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파워업 문학2 정오표</w:t>
      </w:r>
    </w:p>
    <w:tbl>
      <w:tblPr>
        <w:tblStyle w:val="TableGrid"/>
        <w:tblW w:type="auto" w:w="0"/>
        <w:tblLook w:firstColumn="1" w:firstRow="1" w:lastColumn="0" w:lastRow="0" w:noHBand="0" w:noVBand="1" w:val="04A0"/>
      </w:tblPr>
      <w:tblGrid>
        <w:gridCol w:w="1512"/>
        <w:gridCol w:w="2592"/>
        <w:gridCol w:w="6264"/>
      </w:tblGrid>
      <w:tr>
        <w:tc>
          <w:tcPr>
            <w:tcW w:type="dxa" w:w="1512"/>
          </w:tcPr>
          <w:p>
            <w:r>
              <w:rPr>
                <w:b/>
              </w:rPr>
            </w:r>
            <w:r>
              <w:rPr>
                <w:b/>
              </w:rPr>
              <w:t>쪽수와 위치</w:t>
            </w:r>
          </w:p>
        </w:tc>
        <w:tc>
          <w:tcPr>
            <w:tcW w:type="dxa" w:w="2592"/>
          </w:tcPr>
          <w:p>
            <w:r>
              <w:rPr>
                <w:b/>
              </w:rPr>
            </w:r>
            <w:r>
              <w:rPr>
                <w:b/>
              </w:rPr>
              <w:t>수정 항목</w:t>
            </w:r>
          </w:p>
        </w:tc>
        <w:tc>
          <w:tcPr>
            <w:tcW w:type="dxa" w:w="6264"/>
          </w:tcPr>
          <w:p>
            <w:r>
              <w:rPr>
                <w:b/>
              </w:rPr>
            </w:r>
            <w:r>
              <w:rPr>
                <w:b/>
              </w:rPr>
              <w:t>바른 내용</w:t>
            </w:r>
          </w:p>
        </w:tc>
      </w:tr>
      <w:tr>
        <w:tc>
          <w:tcPr>
            <w:tcW w:type="dxa" w:w="1512"/>
          </w:tcPr>
          <w:p>
            <w:r/>
            <w:r>
              <w:t>인쇄 22쪽</w:t>
            </w:r>
          </w:p>
          <w:p>
            <w:r>
              <w:t>PDF 30쪽</w:t>
            </w:r>
          </w:p>
          <w:p>
            <w:r>
              <w:t>KN-073</w:t>
            </w:r>
          </w:p>
          <w:p>
            <w:r>
              <w:t>P687</w:t>
            </w:r>
          </w:p>
        </w:tc>
        <w:tc>
          <w:tcPr>
            <w:tcW w:type="dxa" w:w="2592"/>
          </w:tcPr>
          <w:p>
            <w:r/>
            <w:r>
              <w:t>2번 문장과 시행의 추출 범위 불일치</w:t>
            </w:r>
          </w:p>
          <w:p>
            <w:r>
              <w:t>수정 전: 적절한 문장/각 문장/문장 끝</w:t>
            </w:r>
          </w:p>
        </w:tc>
        <w:tc>
          <w:tcPr>
            <w:tcW w:type="dxa" w:w="6264"/>
          </w:tcPr>
          <w:p>
            <w:r/>
            <w:r>
              <w:t>적절한 시행/각 시행/시행 끝</w:t>
            </w:r>
          </w:p>
          <w:p>
            <w:r>
              <w:t>반영 문구</w:t>
            </w:r>
          </w:p>
          <w:p>
            <w:r>
              <w:t>한 비평의 일부이다. &lt;보기2&gt;의 ①, ②에 들어갈 적절한 시행을</w:t>
            </w:r>
          </w:p>
          <w:p>
            <w:r>
              <w:t>• 각 시행은 제시문에 있는 원문 그대로를 찾아 작성할</w:t>
            </w:r>
          </w:p>
          <w:p>
            <w:r>
              <w:t>• 시행 끝의 문장 부호(?, .)까지 포함하여 마지막 어절</w:t>
            </w:r>
          </w:p>
        </w:tc>
      </w:tr>
      <w:tr>
        <w:tc>
          <w:tcPr>
            <w:tcW w:type="dxa" w:w="1512"/>
          </w:tcPr>
          <w:p>
            <w:r/>
            <w:r>
              <w:t>인쇄 24쪽</w:t>
            </w:r>
          </w:p>
          <w:p>
            <w:r>
              <w:t>PDF 32쪽</w:t>
            </w:r>
          </w:p>
          <w:p>
            <w:r>
              <w:t>KN-073</w:t>
            </w:r>
          </w:p>
          <w:p>
            <w:r>
              <w:t>P688</w:t>
            </w:r>
          </w:p>
        </w:tc>
        <w:tc>
          <w:tcPr>
            <w:tcW w:type="dxa" w:w="2592"/>
          </w:tcPr>
          <w:p>
            <w:r/>
            <w:r>
              <w:t>1번 음성 상징어 인용 오자</w:t>
            </w:r>
          </w:p>
          <w:p>
            <w:r>
              <w:t>수정 전: 왁가왁</w:t>
            </w:r>
          </w:p>
        </w:tc>
        <w:tc>
          <w:tcPr>
            <w:tcW w:type="dxa" w:w="6264"/>
          </w:tcPr>
          <w:p>
            <w:r/>
            <w:r>
              <w:t>가왁가왁</w:t>
            </w:r>
          </w:p>
          <w:p>
            <w:r>
              <w:t>반영 문구</w:t>
            </w:r>
          </w:p>
          <w:p>
            <w:r>
              <w:t>① '가왁가왁', '갈래갈래'는 단어를 중첩하여 리듬감을 형성하</w:t>
            </w:r>
          </w:p>
        </w:tc>
      </w:tr>
      <w:tr>
        <w:tc>
          <w:tcPr>
            <w:tcW w:type="dxa" w:w="1512"/>
          </w:tcPr>
          <w:p>
            <w:r/>
            <w:r>
              <w:t>인쇄 24쪽</w:t>
            </w:r>
          </w:p>
          <w:p>
            <w:r>
              <w:t>PDF 32쪽</w:t>
            </w:r>
          </w:p>
          <w:p>
            <w:r>
              <w:t>KN-073</w:t>
            </w:r>
          </w:p>
          <w:p>
            <w:r>
              <w:t>P689</w:t>
            </w:r>
          </w:p>
        </w:tc>
        <w:tc>
          <w:tcPr>
            <w:tcW w:type="dxa" w:w="2592"/>
          </w:tcPr>
          <w:p>
            <w:r/>
            <w:r>
              <w:t>2번 시행 범위 및 열 십자의 지명 오기</w:t>
            </w:r>
          </w:p>
          <w:p>
            <w:r>
              <w:t>수정 전: 문장을 찾음/당 문장의/지명/결합한 문장은</w:t>
            </w:r>
          </w:p>
        </w:tc>
        <w:tc>
          <w:tcPr>
            <w:tcW w:type="dxa" w:w="6264"/>
          </w:tcPr>
          <w:p>
            <w:r/>
            <w:r>
              <w:t>시행을 찾음/당 시행의/공간/결합한 시행은</w:t>
            </w:r>
          </w:p>
          <w:p>
            <w:r>
              <w:t>반영 문구</w:t>
            </w:r>
          </w:p>
          <w:p>
            <w:r>
              <w:t>작품 속에서 화자의 정서가 집약적으로 드러난 시행을 찾고, 해</w:t>
            </w:r>
          </w:p>
          <w:p>
            <w:r>
              <w:t>당 시행의 서술상 특징(대조, 시각적 형상화, 의문형 어미 등)을</w:t>
            </w:r>
          </w:p>
          <w:p>
            <w:r>
              <w:t>② &lt;보기2&gt;에서 '기하학적 형상의 공간(열 십자)'과 '화자의 멈춰</w:t>
            </w:r>
          </w:p>
          <w:p>
            <w:r>
              <w:t>선 상황'을 결합한 시행은 "열 십자 복판에 내가 섰소."이다. 이</w:t>
            </w:r>
          </w:p>
        </w:tc>
      </w:tr>
      <w:tr>
        <w:tc>
          <w:tcPr>
            <w:tcW w:type="dxa" w:w="1512"/>
          </w:tcPr>
          <w:p>
            <w:r/>
            <w:r>
              <w:t>인쇄 30쪽</w:t>
            </w:r>
          </w:p>
          <w:p>
            <w:r>
              <w:t>PDF 38쪽</w:t>
            </w:r>
          </w:p>
          <w:p>
            <w:r>
              <w:t>KN-075</w:t>
            </w:r>
          </w:p>
          <w:p>
            <w:r>
              <w:t>P715</w:t>
            </w:r>
          </w:p>
        </w:tc>
        <w:tc>
          <w:tcPr>
            <w:tcW w:type="dxa" w:w="2592"/>
          </w:tcPr>
          <w:p>
            <w:r/>
            <w:r>
              <w:t>1번 해설 인물명 오기</w:t>
            </w:r>
          </w:p>
          <w:p>
            <w:r>
              <w:t>수정 전: 봉구 영감에게 빌며</w:t>
            </w:r>
          </w:p>
        </w:tc>
        <w:tc>
          <w:tcPr>
            <w:tcW w:type="dxa" w:w="6264"/>
          </w:tcPr>
          <w:p>
            <w:r/>
            <w:r>
              <w:t>강촌 영감에게 빌며</w:t>
            </w:r>
          </w:p>
          <w:p>
            <w:r>
              <w:t>반영 문구</w:t>
            </w:r>
          </w:p>
          <w:p>
            <w:r>
              <w:t>① 지문 중략 부분 줄거리 이후 강촌 영감에게 빌며 대화가 오</w:t>
            </w:r>
          </w:p>
        </w:tc>
      </w:tr>
      <w:tr>
        <w:tc>
          <w:tcPr>
            <w:tcW w:type="dxa" w:w="1512"/>
          </w:tcPr>
          <w:p>
            <w:r/>
            <w:r>
              <w:t>인쇄 30쪽</w:t>
            </w:r>
          </w:p>
          <w:p>
            <w:r>
              <w:t>PDF 38쪽</w:t>
            </w:r>
          </w:p>
          <w:p>
            <w:r>
              <w:t>KN-075</w:t>
            </w:r>
          </w:p>
          <w:p>
            <w:r>
              <w:t>P716</w:t>
            </w:r>
          </w:p>
        </w:tc>
        <w:tc>
          <w:tcPr>
            <w:tcW w:type="dxa" w:w="2592"/>
          </w:tcPr>
          <w:p>
            <w:r/>
            <w:r>
              <w:t>2번 문장 추출 정답·풀이·채점표 오류</w:t>
            </w:r>
          </w:p>
          <w:p>
            <w:r>
              <w:t>수정 전: ㉠ 방울재와 / 보이면서, ㉡ 징 / 때문에</w:t>
            </w:r>
          </w:p>
        </w:tc>
        <w:tc>
          <w:tcPr>
            <w:tcW w:type="dxa" w:w="6264"/>
          </w:tcPr>
          <w:p>
            <w:r/>
            <w:r>
              <w:t>㉠ 방울재를 / 거였다., ㉡ 그는 / 없었다.</w:t>
            </w:r>
          </w:p>
          <w:p>
            <w:r>
              <w:t>반영 문구</w:t>
            </w:r>
          </w:p>
          <w:p>
            <w:r>
              <w:t>정답: ㉠ 첫 어절: 방울재를, 마지막 어절: 거였다.</w:t>
            </w:r>
          </w:p>
          <w:p>
            <w:r>
              <w:t>㉡ 첫 어절: 그는, 마지막 어절: 없었다.</w:t>
            </w:r>
          </w:p>
          <w:p>
            <w:r>
              <w:t>㉠ '방울재를 삼킨 호수의 물도'로 시작해 '징을 찾아 들고 나서는 거였다.'로 끝나는 문장이다. 댐과 호수가 보이지 않고 옛 마을 사람들이 보이는 환각을 묘사한다. 첫 어절은 '방울재를', 마지막 어절은 '거였다.'이다.</w:t>
            </w:r>
          </w:p>
          <w:p>
            <w:r>
              <w:t>㉡ [B]의 첫 문장은 '그는 문을 안으로 걸어 잠그고'로 시작해 '눈을 붙일 수가 없었다.'로 끝난다. 징 소리를 큰 황소울음에 빗대어 봉구의 죄책감과 불안을 드러낸다. 첫 어절은 '그는', 마지막 어절은 '없었다.'이다.</w:t>
            </w:r>
          </w:p>
          <w:p>
            <w:r>
              <w:t>㉠ 첫 어절: 방울재를 / 끝 어절: 거였다.</w:t>
            </w:r>
          </w:p>
          <w:p>
            <w:r>
              <w:t>㉡ 첫 어절: 그는 / 끝 어절: 없었다.</w:t>
            </w:r>
          </w:p>
        </w:tc>
      </w:tr>
      <w:tr>
        <w:tc>
          <w:tcPr>
            <w:tcW w:type="dxa" w:w="1512"/>
          </w:tcPr>
          <w:p>
            <w:r/>
            <w:r>
              <w:t>인쇄 31쪽</w:t>
            </w:r>
          </w:p>
          <w:p>
            <w:r>
              <w:t>PDF 39쪽</w:t>
            </w:r>
          </w:p>
          <w:p>
            <w:r>
              <w:t>KN-075</w:t>
            </w:r>
          </w:p>
          <w:p>
            <w:r>
              <w:t>P717</w:t>
            </w:r>
          </w:p>
        </w:tc>
        <w:tc>
          <w:tcPr>
            <w:tcW w:type="dxa" w:w="2592"/>
          </w:tcPr>
          <w:p>
            <w:r/>
            <w:r>
              <w:t>4번 소설 소재 설명 용어</w:t>
            </w:r>
          </w:p>
          <w:p>
            <w:r>
              <w:t>수정 전: 대립적 시어(공간)</w:t>
            </w:r>
          </w:p>
        </w:tc>
        <w:tc>
          <w:tcPr>
            <w:tcW w:type="dxa" w:w="6264"/>
          </w:tcPr>
          <w:p>
            <w:r/>
            <w:r>
              <w:t>대립적 표현(공간)</w:t>
            </w:r>
          </w:p>
          <w:p>
            <w:r>
              <w:t>반영 문구</w:t>
            </w:r>
          </w:p>
          <w:p>
            <w:r>
              <w:t>평가한다. 지문 내의 대립적 표현(공간)를 찾아 문맥에 맞게 적</w:t>
            </w:r>
          </w:p>
        </w:tc>
      </w:tr>
      <w:tr>
        <w:tc>
          <w:tcPr>
            <w:tcW w:type="dxa" w:w="1512"/>
          </w:tcPr>
          <w:p>
            <w:r/>
            <w:r>
              <w:t>인쇄 32쪽</w:t>
            </w:r>
          </w:p>
          <w:p>
            <w:r>
              <w:t>PDF 40쪽</w:t>
            </w:r>
          </w:p>
          <w:p>
            <w:r>
              <w:t>KN-077</w:t>
            </w:r>
          </w:p>
          <w:p>
            <w:r>
              <w:t>P778</w:t>
            </w:r>
          </w:p>
        </w:tc>
        <w:tc>
          <w:tcPr>
            <w:tcW w:type="dxa" w:w="2592"/>
          </w:tcPr>
          <w:p>
            <w:r/>
            <w:r>
              <w:t>요약 장면1 문장부호 중복</w:t>
            </w:r>
          </w:p>
          <w:p>
            <w:r>
              <w:t>수정 전: 태평함),.</w:t>
            </w:r>
          </w:p>
        </w:tc>
        <w:tc>
          <w:tcPr>
            <w:tcW w:type="dxa" w:w="6264"/>
          </w:tcPr>
          <w:p>
            <w:r/>
            <w:r>
              <w:t>태평함).</w:t>
            </w:r>
          </w:p>
          <w:p>
            <w:r>
              <w:t>반영 문구</w:t>
            </w:r>
          </w:p>
          <w:p>
            <w:r>
              <w:t>• 정철(술에 취해 위압적임) ↔ 최영경(생사를 잊은 듯 호탕하고 태평함).</w:t>
            </w:r>
          </w:p>
        </w:tc>
      </w:tr>
      <w:tr>
        <w:tc>
          <w:tcPr>
            <w:tcW w:type="dxa" w:w="1512"/>
          </w:tcPr>
          <w:p>
            <w:r/>
            <w:r>
              <w:t>인쇄 32쪽</w:t>
            </w:r>
          </w:p>
          <w:p>
            <w:r>
              <w:t>PDF 40쪽</w:t>
            </w:r>
          </w:p>
          <w:p>
            <w:r>
              <w:t>KN-077</w:t>
            </w:r>
          </w:p>
          <w:p>
            <w:r>
              <w:t>P786</w:t>
            </w:r>
          </w:p>
        </w:tc>
        <w:tc>
          <w:tcPr>
            <w:tcW w:type="dxa" w:w="2592"/>
          </w:tcPr>
          <w:p>
            <w:r/>
            <w:r>
              <w:t>요약 정철 처분 장소</w:t>
            </w:r>
          </w:p>
          <w:p>
            <w:r>
              <w:t>수정 전: 정철을 파직 후 유배 보내고</w:t>
            </w:r>
          </w:p>
        </w:tc>
        <w:tc>
          <w:tcPr>
            <w:tcW w:type="dxa" w:w="6264"/>
          </w:tcPr>
          <w:p>
            <w:r/>
            <w:r>
              <w:t>정철을 사가에 유폐하고</w:t>
            </w:r>
          </w:p>
          <w:p>
            <w:r>
              <w:t>반영 문구</w:t>
            </w:r>
          </w:p>
          <w:p>
            <w:r>
              <w:t>정철을 사가에 유폐</w:t>
            </w:r>
          </w:p>
          <w:p>
            <w:r>
              <w:t>하고,</w:t>
            </w:r>
          </w:p>
        </w:tc>
      </w:tr>
      <w:tr>
        <w:tc>
          <w:tcPr>
            <w:tcW w:type="dxa" w:w="1512"/>
          </w:tcPr>
          <w:p>
            <w:r/>
            <w:r>
              <w:t>인쇄 33쪽</w:t>
            </w:r>
          </w:p>
          <w:p>
            <w:r>
              <w:t>PDF 41쪽</w:t>
            </w:r>
          </w:p>
          <w:p>
            <w:r>
              <w:t>KN-077</w:t>
            </w:r>
          </w:p>
          <w:p>
            <w:r>
              <w:t>P787</w:t>
            </w:r>
          </w:p>
        </w:tc>
        <w:tc>
          <w:tcPr>
            <w:tcW w:type="dxa" w:w="2592"/>
          </w:tcPr>
          <w:p>
            <w:r/>
            <w:r>
              <w:t>요약⑧ 정답 노출</w:t>
            </w:r>
          </w:p>
          <w:p>
            <w:r>
              <w:t>수정 전: ⑧위관이 문제면에 노출</w:t>
            </w:r>
          </w:p>
        </w:tc>
        <w:tc>
          <w:tcPr>
            <w:tcW w:type="dxa" w:w="6264"/>
          </w:tcPr>
          <w:p>
            <w:r/>
            <w:r>
              <w:t>⑧ 번호를 남기고 정답 가림</w:t>
            </w:r>
          </w:p>
        </w:tc>
      </w:tr>
      <w:tr>
        <w:tc>
          <w:tcPr>
            <w:tcW w:type="dxa" w:w="1512"/>
          </w:tcPr>
          <w:p>
            <w:r/>
            <w:r>
              <w:t>인쇄 34쪽</w:t>
            </w:r>
          </w:p>
          <w:p>
            <w:r>
              <w:t>PDF 42쪽</w:t>
            </w:r>
          </w:p>
          <w:p>
            <w:r>
              <w:t>KN-077</w:t>
            </w:r>
          </w:p>
          <w:p>
            <w:r>
              <w:t>P779</w:t>
            </w:r>
          </w:p>
        </w:tc>
        <w:tc>
          <w:tcPr>
            <w:tcW w:type="dxa" w:w="2592"/>
          </w:tcPr>
          <w:p>
            <w:r/>
            <w:r>
              <w:t>1번 작품명 및 설의문 추출 범위</w:t>
            </w:r>
          </w:p>
          <w:p>
            <w:r>
              <w:t>수정 전: 길삼봉전, 복수의 설의문 중 답 추출 범위 불명확</w:t>
            </w:r>
          </w:p>
        </w:tc>
        <w:tc>
          <w:tcPr>
            <w:tcW w:type="dxa" w:w="6264"/>
          </w:tcPr>
          <w:p>
            <w:r/>
            <w:r>
              <w:t>길삼봉뎐, 최영경의 질타 중 마지막 의문문</w:t>
            </w:r>
          </w:p>
          <w:p>
            <w:r>
              <w:t>반영 문구</w:t>
            </w:r>
          </w:p>
          <w:p>
            <w:r>
              <w:t>희곡 「길삼봉뎐」은 기축옥사라는 역사적 사건을 바탕</w:t>
            </w:r>
          </w:p>
          <w:p>
            <w:r>
              <w:t>&lt;보기1&gt;의 ㉠·㉡에 해당하는 문장의 첫 어절과 마지막 어절을 쓰시오. ㉠은 최영경이 정철의 민중 외면을 질타하는 대사 중 마지막 의문문이다.</w:t>
            </w:r>
          </w:p>
        </w:tc>
      </w:tr>
      <w:tr>
        <w:tc>
          <w:tcPr>
            <w:tcW w:type="dxa" w:w="1512"/>
          </w:tcPr>
          <w:p>
            <w:r/>
            <w:r>
              <w:t>인쇄 34쪽</w:t>
            </w:r>
          </w:p>
          <w:p>
            <w:r>
              <w:t>PDF 42쪽</w:t>
            </w:r>
          </w:p>
          <w:p>
            <w:r>
              <w:t>KN-077</w:t>
            </w:r>
          </w:p>
          <w:p>
            <w:r>
              <w:t>P780</w:t>
            </w:r>
          </w:p>
        </w:tc>
        <w:tc>
          <w:tcPr>
            <w:tcW w:type="dxa" w:w="2592"/>
          </w:tcPr>
          <w:p>
            <w:r/>
            <w:r>
              <w:t>2번 대사 첫·끝 어절 추출 범위</w:t>
            </w:r>
          </w:p>
          <w:p>
            <w:r>
              <w:t>수정 전: 대사 전체인지 일부인지 불명확</w:t>
            </w:r>
          </w:p>
        </w:tc>
        <w:tc>
          <w:tcPr>
            <w:tcW w:type="dxa" w:w="6264"/>
          </w:tcPr>
          <w:p>
            <w:r/>
            <w:r>
              <w:t>① 마지막 의문문, ② 마지막 대사 중 앞의 두 명령문</w:t>
            </w:r>
          </w:p>
          <w:p>
            <w:r>
              <w:t>반영 문구</w:t>
            </w:r>
          </w:p>
          <w:p>
            <w:r>
              <w:t>&lt;보기1&gt;에서 ①은 최영경이 정철의 민중 외면을 질타하는 대사 중 마지막 의문문, ②는 이산해의 마지막 대사 중 앞의 두 명령문이다. 각각 첫 어절과 마지막 어절을 제시문에서 찾아 쓰시오.</w:t>
            </w:r>
          </w:p>
        </w:tc>
      </w:tr>
      <w:tr>
        <w:tc>
          <w:tcPr>
            <w:tcW w:type="dxa" w:w="1512"/>
          </w:tcPr>
          <w:p>
            <w:r/>
            <w:r>
              <w:t>인쇄 35쪽</w:t>
            </w:r>
          </w:p>
          <w:p>
            <w:r>
              <w:t>PDF 43쪽</w:t>
            </w:r>
          </w:p>
          <w:p>
            <w:r>
              <w:t>KN-077</w:t>
            </w:r>
          </w:p>
          <w:p>
            <w:r>
              <w:t>P783</w:t>
            </w:r>
          </w:p>
        </w:tc>
        <w:tc>
          <w:tcPr>
            <w:tcW w:type="dxa" w:w="2592"/>
          </w:tcPr>
          <w:p>
            <w:r/>
            <w:r>
              <w:t>3번③ 최영경의 헛것 의미 혼동</w:t>
            </w:r>
          </w:p>
          <w:p>
            <w:r>
              <w:t>수정 전: 실천이 결여된 관념이나 명분을 최영경이 비판</w:t>
            </w:r>
          </w:p>
        </w:tc>
        <w:tc>
          <w:tcPr>
            <w:tcW w:type="dxa" w:w="6264"/>
          </w:tcPr>
          <w:p>
            <w:r/>
            <w:r>
              <w:t>실체 없는 혐의를 이용하는 정철의 정치적 모략을 비판</w:t>
            </w:r>
          </w:p>
          <w:p>
            <w:r>
              <w:t>반영 문구</w:t>
            </w:r>
          </w:p>
          <w:p>
            <w:r>
              <w:t>이러한 다툼 속에서 최영경은 실체 없는 죄를 핑계로 선비들을 죽이는 정철의 정치적 모략을 ( ③ )이라 비판하며 당대 정치의 허망함을 드러낸다.</w:t>
            </w:r>
          </w:p>
        </w:tc>
      </w:tr>
      <w:tr>
        <w:tc>
          <w:tcPr>
            <w:tcW w:type="dxa" w:w="1512"/>
          </w:tcPr>
          <w:p>
            <w:r/>
            <w:r>
              <w:t>인쇄 35쪽</w:t>
            </w:r>
          </w:p>
          <w:p>
            <w:r>
              <w:t>PDF 43쪽</w:t>
            </w:r>
          </w:p>
          <w:p>
            <w:r>
              <w:t>KN-077</w:t>
            </w:r>
          </w:p>
          <w:p>
            <w:r>
              <w:t>P785</w:t>
            </w:r>
          </w:p>
        </w:tc>
        <w:tc>
          <w:tcPr>
            <w:tcW w:type="dxa" w:w="2592"/>
          </w:tcPr>
          <w:p>
            <w:r/>
            <w:r>
              <w:t>4번 작품명 및③ 빈칸 접속 오류</w:t>
            </w:r>
          </w:p>
          <w:p>
            <w:r>
              <w:t>수정 전: 길삼봉전, (갑자기 웃음을 거두며) 행동을 보임</w:t>
            </w:r>
          </w:p>
        </w:tc>
        <w:tc>
          <w:tcPr>
            <w:tcW w:type="dxa" w:w="6264"/>
          </w:tcPr>
          <w:p>
            <w:r/>
            <w:r>
              <w:t>길삼봉뎐, 지시문을 인용하는 문장으로 접속</w:t>
            </w:r>
          </w:p>
          <w:p>
            <w:r>
              <w:t>반영 문구</w:t>
            </w:r>
          </w:p>
          <w:p>
            <w:r>
              <w:t>「길삼봉뎐」에서 ( ① )는 단순한 범죄 수사를 넘어 붕</w:t>
            </w:r>
          </w:p>
          <w:p>
            <w:r>
              <w:t>횡포를 ( ② )라 부르며 정철의 논리를 역이용한다. 한편, 선조는 "( ③ )"라는 지시문에 나타난 태도 변화를 통해 신하들을 다시 압박하며 자신의 통제력을 강화하는 냉혹한 면모를 드러낸다.</w:t>
            </w:r>
          </w:p>
        </w:tc>
      </w:tr>
      <w:tr>
        <w:tc>
          <w:tcPr>
            <w:tcW w:type="dxa" w:w="1512"/>
          </w:tcPr>
          <w:p>
            <w:r/>
            <w:r>
              <w:t>인쇄 36쪽</w:t>
            </w:r>
          </w:p>
          <w:p>
            <w:r>
              <w:t>PDF 44쪽</w:t>
            </w:r>
          </w:p>
          <w:p>
            <w:r>
              <w:t>KN-077</w:t>
            </w:r>
          </w:p>
          <w:p>
            <w:r>
              <w:t>P781</w:t>
            </w:r>
          </w:p>
        </w:tc>
        <w:tc>
          <w:tcPr>
            <w:tcW w:type="dxa" w:w="2592"/>
          </w:tcPr>
          <w:p>
            <w:r/>
            <w:r>
              <w:t>1번㉡ 원문 지시문 인용 오자</w:t>
            </w:r>
          </w:p>
          <w:p>
            <w:r>
              <w:t>수정 전: 불꽃이 될 듯</w:t>
            </w:r>
          </w:p>
        </w:tc>
        <w:tc>
          <w:tcPr>
            <w:tcW w:type="dxa" w:w="6264"/>
          </w:tcPr>
          <w:p>
            <w:r/>
            <w:r>
              <w:t>잘못된 직접 인용을 삭제하고 비유의 의미를 설명</w:t>
            </w:r>
          </w:p>
          <w:p>
            <w:r>
              <w:t>반영 문구</w:t>
            </w:r>
          </w:p>
          <w:p>
            <w:r>
              <w:t>㉡ 정철과 이산해가 극렬하게 대립하는 순간의 긴장감을 묘사한 지시문이다. 두 인물의 눈이 부딪치는 모습을 불꽃에 빗대어 팽팽한 긴장감을 시각적으로 형상화한다. 첫 어절은 "정철과", 마지막 어절은 "부딪친다."이다.</w:t>
            </w:r>
          </w:p>
        </w:tc>
      </w:tr>
      <w:tr>
        <w:tc>
          <w:tcPr>
            <w:tcW w:type="dxa" w:w="1512"/>
          </w:tcPr>
          <w:p>
            <w:r/>
            <w:r>
              <w:t>인쇄 36쪽</w:t>
            </w:r>
          </w:p>
          <w:p>
            <w:r>
              <w:t>PDF 44쪽</w:t>
            </w:r>
          </w:p>
          <w:p>
            <w:r>
              <w:t>KN-077</w:t>
            </w:r>
          </w:p>
          <w:p>
            <w:r>
              <w:t>P782</w:t>
            </w:r>
          </w:p>
        </w:tc>
        <w:tc>
          <w:tcPr>
            <w:tcW w:type="dxa" w:w="2592"/>
          </w:tcPr>
          <w:p>
            <w:r/>
            <w:r>
              <w:t>2번② 해설 인용 범위</w:t>
            </w:r>
          </w:p>
          <w:p>
            <w:r>
              <w:t>수정 전: 전체 문장 또는 연속된 발화의 마지막이 묶어라.</w:t>
            </w:r>
          </w:p>
        </w:tc>
        <w:tc>
          <w:tcPr>
            <w:tcW w:type="dxa" w:w="6264"/>
          </w:tcPr>
          <w:p>
            <w:r/>
            <w:r>
              <w:t>마지막 대사 중 앞의 두 명령문을 대상으로 함</w:t>
            </w:r>
          </w:p>
          <w:p>
            <w:r>
              <w:t>반영 문구</w:t>
            </w:r>
          </w:p>
          <w:p>
            <w:r>
              <w:t>② 선조의 명령 직후 이산해의 마지막 대사 중 앞의 두 명령문은 "횃불을 밝혀라. 인두를 달구고, 고변된 자들을 끌고 와 형틀에 묶어라."이다. 지정된 범위의 첫 어절은 "횃불을", 마지막 어절은 "묶어라."이다. 뒤의 "길삼봉을 잡으라는 어명이시다."는 이 범위에 포함되지 않는다.</w:t>
            </w:r>
          </w:p>
        </w:tc>
      </w:tr>
      <w:tr>
        <w:tc>
          <w:tcPr>
            <w:tcW w:type="dxa" w:w="1512"/>
          </w:tcPr>
          <w:p>
            <w:r/>
            <w:r>
              <w:t>인쇄 37쪽</w:t>
            </w:r>
          </w:p>
          <w:p>
            <w:r>
              <w:t>PDF 45쪽</w:t>
            </w:r>
          </w:p>
          <w:p>
            <w:r>
              <w:t>KN-077</w:t>
            </w:r>
          </w:p>
          <w:p>
            <w:r>
              <w:t>P784</w:t>
            </w:r>
          </w:p>
        </w:tc>
        <w:tc>
          <w:tcPr>
            <w:tcW w:type="dxa" w:w="2592"/>
          </w:tcPr>
          <w:p>
            <w:r/>
            <w:r>
              <w:t>3번③ 해설 비판 대상 명료화</w:t>
            </w:r>
          </w:p>
          <w:p>
            <w:r>
              <w:t>수정 전: 권력의 무의미함</w:t>
            </w:r>
          </w:p>
        </w:tc>
        <w:tc>
          <w:tcPr>
            <w:tcW w:type="dxa" w:w="6264"/>
          </w:tcPr>
          <w:p>
            <w:r/>
            <w:r>
              <w:t>정치적 모략의 허망함</w:t>
            </w:r>
          </w:p>
          <w:p>
            <w:r>
              <w:t>반영 문구</w:t>
            </w:r>
          </w:p>
          <w:p>
            <w:r>
              <w:t>니"라며 정치적 모략의 허망함을 비판하는 핵심어로 사용되었다.</w:t>
            </w:r>
          </w:p>
        </w:tc>
      </w:tr>
      <w:tr>
        <w:tc>
          <w:tcPr>
            <w:tcW w:type="dxa" w:w="1512"/>
          </w:tcPr>
          <w:p>
            <w:r/>
            <w:r>
              <w:t>인쇄 40쪽</w:t>
            </w:r>
          </w:p>
          <w:p>
            <w:r>
              <w:t>PDF 48쪽</w:t>
            </w:r>
          </w:p>
          <w:p>
            <w:r>
              <w:t>KN-079</w:t>
            </w:r>
          </w:p>
          <w:p>
            <w:r>
              <w:t>P839</w:t>
            </w:r>
          </w:p>
        </w:tc>
        <w:tc>
          <w:tcPr>
            <w:tcW w:type="dxa" w:w="2592"/>
          </w:tcPr>
          <w:p>
            <w:r/>
            <w:r>
              <w:t>1번② 글자 수 조건</w:t>
            </w:r>
          </w:p>
          <w:p>
            <w:r>
              <w:t>수정 전: 딴 방향4자인데 공백포함3자 이내</w:t>
            </w:r>
          </w:p>
        </w:tc>
        <w:tc>
          <w:tcPr>
            <w:tcW w:type="dxa" w:w="6264"/>
          </w:tcPr>
          <w:p>
            <w:r/>
            <w:r>
              <w:t>공백포함4자 이내</w:t>
            </w:r>
          </w:p>
          <w:p>
            <w:r>
              <w:t>반영 문구</w:t>
            </w:r>
          </w:p>
          <w:p>
            <w:r>
              <w:t>• ②는 4자 이내의 명사구를 쓸 것.</w:t>
            </w:r>
          </w:p>
        </w:tc>
      </w:tr>
      <w:tr>
        <w:tc>
          <w:tcPr>
            <w:tcW w:type="dxa" w:w="1512"/>
          </w:tcPr>
          <w:p>
            <w:r/>
            <w:r>
              <w:t>인쇄 40쪽</w:t>
            </w:r>
          </w:p>
          <w:p>
            <w:r>
              <w:t>PDF 48쪽</w:t>
            </w:r>
          </w:p>
          <w:p>
            <w:r>
              <w:t>KN-079</w:t>
            </w:r>
          </w:p>
          <w:p>
            <w:r>
              <w:t>P840</w:t>
            </w:r>
          </w:p>
        </w:tc>
        <w:tc>
          <w:tcPr>
            <w:tcW w:type="dxa" w:w="2592"/>
          </w:tcPr>
          <w:p>
            <w:r/>
            <w:r>
              <w:t>2번② 풍경 해석·행 조건</w:t>
            </w:r>
          </w:p>
          <w:p>
            <w:r>
              <w:t>수정 전: 해방된 조국의 밝은 공간,문장(행)</w:t>
            </w:r>
          </w:p>
        </w:tc>
        <w:tc>
          <w:tcPr>
            <w:tcW w:type="dxa" w:w="6264"/>
          </w:tcPr>
          <w:p>
            <w:r/>
            <w:r>
              <w:t>이민길에 서러이 바라본 풍경,시행</w:t>
            </w:r>
          </w:p>
          <w:p>
            <w:r>
              <w:t>반영 문구</w:t>
            </w:r>
          </w:p>
          <w:p>
            <w:r>
              <w:t>해당하는 적절한 시행을 제시문에서 찾아 각각의 첫 어절과</w:t>
            </w:r>
          </w:p>
          <w:p>
            <w:r>
              <w:t>지향과 희망을 상징적으로 보여준다. 반면 ( ② )은/는 3연에서 바다와 거리를 함께 언급한 시행이다. 과거 이민 열차의 흐린 창으로 서러이 바라보던 풍경을 떠올리며, 갈 때와 마찬가지로 헐벗은 현재의 처지와 이어진다. 이 풍경을 해방된 조국의 밝은 미래로 해석해서는 안 된다.</w:t>
            </w:r>
          </w:p>
        </w:tc>
      </w:tr>
      <w:tr>
        <w:tc>
          <w:tcPr>
            <w:tcW w:type="dxa" w:w="1512"/>
          </w:tcPr>
          <w:p>
            <w:r/>
            <w:r>
              <w:t>인쇄 41쪽</w:t>
            </w:r>
          </w:p>
          <w:p>
            <w:r>
              <w:t>PDF 49쪽</w:t>
            </w:r>
          </w:p>
          <w:p>
            <w:r>
              <w:t>KN-079</w:t>
            </w:r>
          </w:p>
          <w:p>
            <w:r>
              <w:t>P842</w:t>
            </w:r>
          </w:p>
        </w:tc>
        <w:tc>
          <w:tcPr>
            <w:tcW w:type="dxa" w:w="2592"/>
          </w:tcPr>
          <w:p>
            <w:r/>
            <w:r>
              <w:t>4번 귀향과 귀국 구별</w:t>
            </w:r>
          </w:p>
          <w:p>
            <w:r>
              <w:t>수정 전: 현재 귀향,과거·현재 조국의 풍경</w:t>
            </w:r>
          </w:p>
        </w:tc>
        <w:tc>
          <w:tcPr>
            <w:tcW w:type="dxa" w:w="6264"/>
          </w:tcPr>
          <w:p>
            <w:r/>
            <w:r>
              <w:t>과거 이민·현재 귀국 과정의 대상</w:t>
            </w:r>
          </w:p>
          <w:p>
            <w:r>
              <w:t>반영 문구</w:t>
            </w:r>
          </w:p>
          <w:p>
            <w:r>
              <w:t>다음은 화자가 과거 이민길과 현재 귀국 과정에서 바라보는 대상에 대한 인식을 정리한 것이다. ㉠·㉡에 해당하는 시행을 지문에서 찾아 각각 한 행 전체를 쓰시오.</w:t>
            </w:r>
          </w:p>
          <w:p>
            <w:r>
              <w:t>과거 (이민 시)</w:t>
            </w:r>
          </w:p>
          <w:p>
            <w:r>
              <w:t>현재 (귀국 시)</w:t>
            </w:r>
          </w:p>
        </w:tc>
      </w:tr>
      <w:tr>
        <w:tc>
          <w:tcPr>
            <w:tcW w:type="dxa" w:w="1512"/>
          </w:tcPr>
          <w:p>
            <w:r/>
            <w:r>
              <w:t>인쇄 42쪽</w:t>
            </w:r>
          </w:p>
          <w:p>
            <w:r>
              <w:t>PDF 50쪽</w:t>
            </w:r>
          </w:p>
          <w:p>
            <w:r>
              <w:t>KN-079</w:t>
            </w:r>
          </w:p>
          <w:p>
            <w:r>
              <w:t>P841</w:t>
            </w:r>
          </w:p>
        </w:tc>
        <w:tc>
          <w:tcPr>
            <w:tcW w:type="dxa" w:w="2592"/>
          </w:tcPr>
          <w:p>
            <w:r/>
            <w:r>
              <w:t>2번② 마지막 어절·풍경 해석</w:t>
            </w:r>
          </w:p>
          <w:p>
            <w:r>
              <w:t>수정 전: 거리거리를,조국의 아름다운 배경</w:t>
            </w:r>
          </w:p>
        </w:tc>
        <w:tc>
          <w:tcPr>
            <w:tcW w:type="dxa" w:w="6264"/>
          </w:tcPr>
          <w:p>
            <w:r/>
            <w:r>
              <w:t>거리를,이민길 풍경과 서러움</w:t>
            </w:r>
          </w:p>
          <w:p>
            <w:r>
              <w:t>반영 문구</w:t>
            </w:r>
          </w:p>
          <w:p>
            <w:r>
              <w:t>서술상 특징이 구현된 구체적인 시행을 지문에서 정확히 찾아낼</w:t>
            </w:r>
          </w:p>
          <w:p>
            <w:r>
              <w:t>마지막어절: 거리를</w:t>
            </w:r>
          </w:p>
          <w:p>
            <w:r>
              <w:t>내는 시행이다.</w:t>
            </w:r>
          </w:p>
          <w:p>
            <w:r>
              <w:t>② 첫어절: 푸르른, 마지막어절: 거리를</w:t>
            </w:r>
          </w:p>
          <w:p>
            <w:r>
              <w:t>② 3연 첫 시행은 "푸르른 바다와 거리 거리를"이다. 과거 이민길에 서러이 바라보던 풍경이다. 첫 어절은 "푸르른", 마지막 어절은 "거리를"이다.</w:t>
            </w:r>
          </w:p>
        </w:tc>
      </w:tr>
      <w:tr>
        <w:tc>
          <w:tcPr>
            <w:tcW w:type="dxa" w:w="1512"/>
          </w:tcPr>
          <w:p>
            <w:r/>
            <w:r>
              <w:t>인쇄 43쪽</w:t>
            </w:r>
          </w:p>
          <w:p>
            <w:r>
              <w:t>PDF 51쪽</w:t>
            </w:r>
          </w:p>
          <w:p>
            <w:r>
              <w:t>KN-079</w:t>
            </w:r>
          </w:p>
          <w:p>
            <w:r>
              <w:t>P843</w:t>
            </w:r>
          </w:p>
        </w:tc>
        <w:tc>
          <w:tcPr>
            <w:tcW w:type="dxa" w:w="2592"/>
          </w:tcPr>
          <w:p>
            <w:r/>
            <w:r>
              <w:t>4번㉠ 원문 띄어쓰기·귀국 표현</w:t>
            </w:r>
          </w:p>
          <w:p>
            <w:r>
              <w:t>수정 전: 골짝골짝을,귀향길</w:t>
            </w:r>
          </w:p>
        </w:tc>
        <w:tc>
          <w:tcPr>
            <w:tcW w:type="dxa" w:w="6264"/>
          </w:tcPr>
          <w:p>
            <w:r/>
            <w:r>
              <w:t>골짝 골짝을,귀국길</w:t>
            </w:r>
          </w:p>
          <w:p>
            <w:r>
              <w:t>반영 문구</w:t>
            </w:r>
          </w:p>
          <w:p>
            <w:r>
              <w:t>제시문의 '하나씩의 별'은 유랑민들이 고단한 귀국길의 고통을</w:t>
            </w:r>
          </w:p>
          <w:p>
            <w:r>
              <w:t>정답: ㉠ 그저 서러이 내다보던 골짝 골짝을 ㉡ 한결같이 쳐다보</w:t>
            </w:r>
          </w:p>
          <w:p>
            <w:r>
              <w:t>다보던 골짝 골짝'을 언급하며 당시의 비극적 정서를 드러내고 있</w:t>
            </w:r>
          </w:p>
          <w:p>
            <w:r>
              <w:t>㉠ 그저 서러이 내다보던 골짝 골짝을</w:t>
            </w:r>
          </w:p>
        </w:tc>
      </w:tr>
      <w:tr>
        <w:tc>
          <w:tcPr>
            <w:tcW w:type="dxa" w:w="1512"/>
          </w:tcPr>
          <w:p>
            <w:r/>
            <w:r>
              <w:t>인쇄 46쪽</w:t>
            </w:r>
          </w:p>
          <w:p>
            <w:r>
              <w:t>PDF 54쪽</w:t>
            </w:r>
          </w:p>
          <w:p>
            <w:r>
              <w:t>KN-080</w:t>
            </w:r>
          </w:p>
          <w:p>
            <w:r>
              <w:t>P863</w:t>
            </w:r>
          </w:p>
        </w:tc>
        <w:tc>
          <w:tcPr>
            <w:tcW w:type="dxa" w:w="2592"/>
          </w:tcPr>
          <w:p>
            <w:r/>
            <w:r>
              <w:t>1번 지시문 추출 범위 명료화</w:t>
            </w:r>
          </w:p>
          <w:p>
            <w:r>
              <w:t>수정 전: 전체 제시문 비유적 행동 지시문</w:t>
            </w:r>
          </w:p>
        </w:tc>
        <w:tc>
          <w:tcPr>
            <w:tcW w:type="dxa" w:w="6264"/>
          </w:tcPr>
          <w:p>
            <w:r/>
            <w:r>
              <w:t>S#32 장면에서 추출</w:t>
            </w:r>
          </w:p>
          <w:p>
            <w:r>
              <w:t>반영 문구</w:t>
            </w:r>
          </w:p>
          <w:p>
            <w:r>
              <w:t>해당하는 문장을 S#32에서 찾아 각각의 첫 어절과 마지막 어</w:t>
            </w:r>
          </w:p>
        </w:tc>
      </w:tr>
      <w:tr>
        <w:tc>
          <w:tcPr>
            <w:tcW w:type="dxa" w:w="1512"/>
          </w:tcPr>
          <w:p>
            <w:r/>
            <w:r>
              <w:t>인쇄 48쪽</w:t>
            </w:r>
          </w:p>
          <w:p>
            <w:r>
              <w:t>PDF 56쪽</w:t>
            </w:r>
          </w:p>
          <w:p>
            <w:r>
              <w:t>KN-080</w:t>
            </w:r>
          </w:p>
          <w:p>
            <w:r>
              <w:t>P864</w:t>
            </w:r>
          </w:p>
        </w:tc>
        <w:tc>
          <w:tcPr>
            <w:tcW w:type="dxa" w:w="2592"/>
          </w:tcPr>
          <w:p>
            <w:r/>
            <w:r>
              <w:t>2번① 원문 인용 표기</w:t>
            </w:r>
          </w:p>
          <w:p>
            <w:r>
              <w:t>수정 전: 살아있는,집엔</w:t>
            </w:r>
          </w:p>
        </w:tc>
        <w:tc>
          <w:tcPr>
            <w:tcW w:type="dxa" w:w="6264"/>
          </w:tcPr>
          <w:p>
            <w:r/>
            <w:r>
              <w:t>살아 있는,집에</w:t>
            </w:r>
          </w:p>
          <w:p>
            <w:r>
              <w:t>반영 문구</w:t>
            </w:r>
          </w:p>
          <w:p>
            <w:r>
              <w:t>오작녀가 "이 집은 내 집이야요. 내가 살아 있는 동안은 누구 하</w:t>
            </w:r>
          </w:p>
          <w:p>
            <w:r>
              <w:t>나 이 집에 손을 못 대요."라고 답하며 맞서는 장면에서 근거를</w:t>
            </w:r>
          </w:p>
        </w:tc>
      </w:tr>
      <w:tr>
        <w:tc>
          <w:tcPr>
            <w:tcW w:type="dxa" w:w="1512"/>
          </w:tcPr>
          <w:p>
            <w:r/>
            <w:r>
              <w:t>인쇄 49쪽</w:t>
            </w:r>
          </w:p>
          <w:p>
            <w:r>
              <w:t>PDF 57쪽</w:t>
            </w:r>
          </w:p>
          <w:p>
            <w:r>
              <w:t>KN-080</w:t>
            </w:r>
          </w:p>
          <w:p>
            <w:r>
              <w:t>P865</w:t>
            </w:r>
          </w:p>
        </w:tc>
        <w:tc>
          <w:tcPr>
            <w:tcW w:type="dxa" w:w="2592"/>
          </w:tcPr>
          <w:p>
            <w:r/>
            <w:r>
              <w:t>3번③ 원문 인용 띄어쓰기</w:t>
            </w:r>
          </w:p>
          <w:p>
            <w:r>
              <w:t>수정 전: 튕겨 나듯</w:t>
            </w:r>
          </w:p>
        </w:tc>
        <w:tc>
          <w:tcPr>
            <w:tcW w:type="dxa" w:w="6264"/>
          </w:tcPr>
          <w:p>
            <w:r/>
            <w:r>
              <w:t>튕겨나듯</w:t>
            </w:r>
          </w:p>
          <w:p>
            <w:r>
              <w:t>반영 문구</w:t>
            </w:r>
          </w:p>
          <w:p>
            <w:r>
              <w:t>장면의 지시문 "격정에 못 이겨 튕겨나듯"을 통해 그녀의 강렬</w:t>
            </w:r>
          </w:p>
        </w:tc>
      </w:tr>
      <w:tr>
        <w:tc>
          <w:tcPr>
            <w:tcW w:type="dxa" w:w="1512"/>
          </w:tcPr>
          <w:p>
            <w:r/>
            <w:r>
              <w:t>인쇄 51쪽</w:t>
            </w:r>
          </w:p>
          <w:p>
            <w:r>
              <w:t>PDF 59쪽</w:t>
            </w:r>
          </w:p>
          <w:p>
            <w:r>
              <w:t>KN-081</w:t>
            </w:r>
          </w:p>
          <w:p>
            <w:r>
              <w:t>P895</w:t>
            </w:r>
          </w:p>
        </w:tc>
        <w:tc>
          <w:tcPr>
            <w:tcW w:type="dxa" w:w="2592"/>
          </w:tcPr>
          <w:p>
            <w:r/>
            <w:r>
              <w:t>요약 눈물 부재의 의미</w:t>
            </w:r>
          </w:p>
          <w:p>
            <w:r>
              <w:t>수정 전: 너무 큰 비극에 도리어 감정이 메마름</w:t>
            </w:r>
          </w:p>
        </w:tc>
        <w:tc>
          <w:tcPr>
            <w:tcW w:type="dxa" w:w="6264"/>
          </w:tcPr>
          <w:p>
            <w:r/>
            <w:r>
              <w:t>극심한 고통과 깊은 슬픔</w:t>
            </w:r>
          </w:p>
          <w:p>
            <w:r>
              <w:t>반영 문구</w:t>
            </w:r>
          </w:p>
          <w:p>
            <w:r>
              <w:t>• 극심한 고통과 깊은 슬픔 → 눈물도 흘리지 않은 채 일본 우동집에서 정종만 마신 뒤 헤어짐.</w:t>
            </w:r>
          </w:p>
        </w:tc>
      </w:tr>
      <w:tr>
        <w:tc>
          <w:tcPr>
            <w:tcW w:type="dxa" w:w="1512"/>
          </w:tcPr>
          <w:p>
            <w:r/>
            <w:r>
              <w:t>인쇄 52쪽</w:t>
            </w:r>
          </w:p>
          <w:p>
            <w:r>
              <w:t>PDF 60쪽</w:t>
            </w:r>
          </w:p>
          <w:p>
            <w:r>
              <w:t>KN-081</w:t>
            </w:r>
          </w:p>
          <w:p>
            <w:r>
              <w:t>P870</w:t>
            </w:r>
          </w:p>
        </w:tc>
        <w:tc>
          <w:tcPr>
            <w:tcW w:type="dxa" w:w="2592"/>
          </w:tcPr>
          <w:p>
            <w:r/>
            <w:r>
              <w:t>1번 서간도 경험·2번 문장 특정</w:t>
            </w:r>
          </w:p>
          <w:p>
            <w:r>
              <w:t>수정 전: 황무지에서 고생; 외양 묘사 구절 추출</w:t>
            </w:r>
          </w:p>
        </w:tc>
        <w:tc>
          <w:tcPr>
            <w:tcW w:type="dxa" w:w="6264"/>
          </w:tcPr>
          <w:p>
            <w:r/>
            <w:r>
              <w:t>생계난; 삼국 옷차림과 외국어 능력을 함께 서술한 문장 추출</w:t>
            </w:r>
          </w:p>
          <w:p>
            <w:r>
              <w:t>반영 문구</w:t>
            </w:r>
          </w:p>
          <w:p>
            <w:r>
              <w:t>비옥한 전야를 기대하며 이주했으나, 가난에 시달리던 중 부모님을 모두 여의게 됨.</w:t>
            </w:r>
          </w:p>
          <w:p>
            <w:r>
              <w:t>다. ( ㉠ )은 전반부에서 삼국의 옷을 한 몸에 감은 모습을 요약한 뒤, 일본말과 중국말을 하는 능력까지 함께 서술한 문장이다. ( ㉡ )은 중반부에서 '그'의 눈물을 보며 '나'가 당대 조선 민중의 비참한 현실을 발견했음을 직접 드러내는 문장이다.</w:t>
            </w:r>
          </w:p>
          <w:p>
            <w:r>
              <w:t>해당하는 문장을 제시문에서 찾아 각각의 첫 어절과 마지막 어</w:t>
            </w:r>
          </w:p>
        </w:tc>
      </w:tr>
      <w:tr>
        <w:tc>
          <w:tcPr>
            <w:tcW w:type="dxa" w:w="1512"/>
          </w:tcPr>
          <w:p>
            <w:r/>
            <w:r>
              <w:t>인쇄 54쪽</w:t>
            </w:r>
          </w:p>
          <w:p>
            <w:r>
              <w:t>PDF 62쪽</w:t>
            </w:r>
          </w:p>
          <w:p>
            <w:r>
              <w:t>KN-081</w:t>
            </w:r>
          </w:p>
          <w:p>
            <w:r>
              <w:t>P871</w:t>
            </w:r>
          </w:p>
        </w:tc>
        <w:tc>
          <w:tcPr>
            <w:tcW w:type="dxa" w:w="2592"/>
          </w:tcPr>
          <w:p>
            <w:r/>
            <w:r>
              <w:t>1번 생계난 해설·2번 정답 및 채점 기준</w:t>
            </w:r>
          </w:p>
          <w:p>
            <w:r>
              <w:t>수정 전: 황무지 걱정; 마지막 어절 있어; EBS3번 정답 근거</w:t>
            </w:r>
          </w:p>
        </w:tc>
        <w:tc>
          <w:tcPr>
            <w:tcW w:type="dxa" w:w="6264"/>
          </w:tcPr>
          <w:p>
            <w:r/>
            <w:r>
              <w:t>생계난; 마지막 어절 모양이었다; 민족적 고통을 드러내는 문장</w:t>
            </w:r>
          </w:p>
          <w:p>
            <w:r>
              <w:t>반영 문구</w:t>
            </w:r>
          </w:p>
          <w:p>
            <w:r>
              <w:t>① 살기 좋다는 말을 듣고 이주했으나 생계난 속에서 부모님을 모두 잃은 공간은 '서간도'이다.</w:t>
            </w:r>
          </w:p>
          <w:p>
            <w:r>
              <w:t>정답: ㉠ 첫 어절: 그는, 마지막 어절: 모양이었다</w:t>
            </w:r>
          </w:p>
          <w:p>
            <w:r>
              <w:t>㉡ 첫 어절: 나는, 마지막 어절: 듯싶었다</w:t>
            </w:r>
          </w:p>
          <w:p>
            <w:r>
              <w:t>㉠ 삼국 옷차림에 이어 일본말과 중국말을 하는 능력을 서술한 문장이다. '그는'으로 시작하여 '모양이었다'로 끝난다. '있어'는 문장 중간의 연결 표현이다.</w:t>
            </w:r>
          </w:p>
          <w:p>
            <w:r>
              <w:t>본 듯싶었다."라는 문장이다. 개인의 불행에서 민족의 보편적 고통을 읽어 내는 서술자의 인식을 드러낸다.</w:t>
            </w:r>
          </w:p>
          <w:p>
            <w:r>
              <w:t>㉠ 첫어절: 그는, 마지막어절: 모양이었다</w:t>
            </w:r>
          </w:p>
        </w:tc>
      </w:tr>
      <w:tr>
        <w:tc>
          <w:tcPr>
            <w:tcW w:type="dxa" w:w="1512"/>
          </w:tcPr>
          <w:p>
            <w:r/>
            <w:r>
              <w:t>인쇄 55쪽</w:t>
            </w:r>
          </w:p>
          <w:p>
            <w:r>
              <w:t>PDF 63쪽</w:t>
            </w:r>
          </w:p>
          <w:p>
            <w:r>
              <w:t>KN-081</w:t>
            </w:r>
          </w:p>
          <w:p>
            <w:r>
              <w:t>P872</w:t>
            </w:r>
          </w:p>
        </w:tc>
        <w:tc>
          <w:tcPr>
            <w:tcW w:type="dxa" w:w="2592"/>
          </w:tcPr>
          <w:p>
            <w:r/>
            <w:r>
              <w:t>3·4번 인용 위치·기호</w:t>
            </w:r>
          </w:p>
          <w:p>
            <w:r>
              <w:t>수정 전: 지문 하단, 마지막 부분인 ㉠</w:t>
            </w:r>
          </w:p>
        </w:tc>
        <w:tc>
          <w:tcPr>
            <w:tcW w:type="dxa" w:w="6264"/>
          </w:tcPr>
          <w:p>
            <w:r/>
            <w:r>
              <w:t>지문에서, 중반부인 ㉢</w:t>
            </w:r>
          </w:p>
          <w:p>
            <w:r>
              <w:t>반영 문구</w:t>
            </w:r>
          </w:p>
          <w:p>
            <w:r>
              <w:t>지문에서 "비참한 조선의 얼굴을 똑똑히 본 듯싶었다"라는 문</w:t>
            </w:r>
          </w:p>
          <w:p>
            <w:r>
              <w:t>③ 지문의 중반부인 ㉢에서 '나'는 '그'의 모습에서 "음산하</w:t>
            </w:r>
          </w:p>
        </w:tc>
      </w:tr>
      <w:tr>
        <w:tc>
          <w:tcPr>
            <w:tcW w:type="dxa" w:w="1512"/>
          </w:tcPr>
          <w:p>
            <w:r/>
            <w:r>
              <w:t>인쇄 58쪽</w:t>
            </w:r>
          </w:p>
          <w:p>
            <w:r>
              <w:t>PDF 66쪽</w:t>
            </w:r>
          </w:p>
          <w:p>
            <w:r>
              <w:t>KN-093</w:t>
            </w:r>
          </w:p>
          <w:p>
            <w:r>
              <w:t>P1611</w:t>
            </w:r>
          </w:p>
        </w:tc>
        <w:tc>
          <w:tcPr>
            <w:tcW w:type="dxa" w:w="2592"/>
          </w:tcPr>
          <w:p>
            <w:r/>
            <w:r>
              <w:t>원문 어형 인용</w:t>
            </w:r>
          </w:p>
          <w:p>
            <w:r>
              <w:t>수정 전: 살찐 젖가슴</w:t>
            </w:r>
          </w:p>
        </w:tc>
        <w:tc>
          <w:tcPr>
            <w:tcW w:type="dxa" w:w="6264"/>
          </w:tcPr>
          <w:p>
            <w:r/>
            <w:r>
              <w:t>살진 젖가슴</w:t>
            </w:r>
          </w:p>
          <w:p>
            <w:r>
              <w:t>반영 문구</w:t>
            </w:r>
          </w:p>
          <w:p>
            <w:r>
              <w:t>• '살진 젖가슴과 같은 부드러운 이 흙' → 조국의 땅((7)____)에 대한 애착과 일체감을 보임</w:t>
            </w:r>
          </w:p>
        </w:tc>
      </w:tr>
      <w:tr>
        <w:tc>
          <w:tcPr>
            <w:tcW w:type="dxa" w:w="1512"/>
          </w:tcPr>
          <w:p>
            <w:r/>
            <w:r>
              <w:t>인쇄 60쪽</w:t>
            </w:r>
          </w:p>
          <w:p>
            <w:r>
              <w:t>PDF 68쪽</w:t>
            </w:r>
          </w:p>
          <w:p>
            <w:r>
              <w:t>KN-093</w:t>
            </w:r>
          </w:p>
          <w:p>
            <w:r>
              <w:t>P1612</w:t>
            </w:r>
          </w:p>
        </w:tc>
        <w:tc>
          <w:tcPr>
            <w:tcW w:type="dxa" w:w="2592"/>
          </w:tcPr>
          <w:p>
            <w:r/>
            <w:r>
              <w:t>2번 소문항2 분량 적용 범위</w:t>
            </w:r>
          </w:p>
          <w:p>
            <w:r>
              <w:t>수정 전: 시행 인용과 두 정서 설명 전체 30자 내외</w:t>
            </w:r>
          </w:p>
        </w:tc>
        <w:tc>
          <w:tcPr>
            <w:tcW w:type="dxa" w:w="6264"/>
          </w:tcPr>
          <w:p>
            <w:r/>
            <w:r>
              <w:t>시행 인용 별도, 정서 설명만 공백 포함 30자 내외; 두 작품 모두 상반된 정서를 동시에 느낀다는 일반화 제거</w:t>
            </w:r>
          </w:p>
          <w:p>
            <w:r>
              <w:t>반영 문구</w:t>
            </w:r>
          </w:p>
          <w:p>
            <w:r>
              <w:t>(가)에서 '웃음'과 '설움'이 공존하는 시행 전체를 옮기고, 두 정서를 서술하시오. (시행 인용을 제외한 설명만 띄어쓰기 포함 30자 내외)</w:t>
            </w:r>
          </w:p>
          <w:p>
            <w:r>
              <w:t>바탕으로 창작된 시이다. 두 작품의 화자는 고통스러운 현실 속에서 느끼는 정서를 시어나 시구로 드러낸다. (가)의 화자는 봄날 국토</w:t>
            </w:r>
          </w:p>
        </w:tc>
      </w:tr>
      <w:tr>
        <w:tc>
          <w:tcPr>
            <w:tcW w:type="dxa" w:w="1512"/>
          </w:tcPr>
          <w:p>
            <w:r/>
            <w:r>
              <w:t>인쇄 61쪽</w:t>
            </w:r>
          </w:p>
          <w:p>
            <w:r>
              <w:t>PDF 69쪽</w:t>
            </w:r>
          </w:p>
          <w:p>
            <w:r>
              <w:t>KN-093</w:t>
            </w:r>
          </w:p>
          <w:p>
            <w:r>
              <w:t>P1613</w:t>
            </w:r>
          </w:p>
        </w:tc>
        <w:tc>
          <w:tcPr>
            <w:tcW w:type="dxa" w:w="2592"/>
          </w:tcPr>
          <w:p>
            <w:r/>
            <w:r>
              <w:t>3번 구절 범위·4번 완결 문장 추출</w:t>
            </w:r>
          </w:p>
          <w:p>
            <w:r>
              <w:t>수정 전: 부분 시행 정답; 다리를~보다/소녀의~없다</w:t>
            </w:r>
          </w:p>
        </w:tc>
        <w:tc>
          <w:tcPr>
            <w:tcW w:type="dxa" w:w="6264"/>
          </w:tcPr>
          <w:p>
            <w:r/>
            <w:r>
              <w:t>3번 네 어절 구절; 4번 나는~걷는다/저기~없다</w:t>
            </w:r>
          </w:p>
          <w:p>
            <w:r>
              <w:t>반영 문구</w:t>
            </w:r>
          </w:p>
          <w:p>
            <w:r>
              <w:t>①청각적 이미지를 활용한 구절으로 표현한 것이 그 예</w:t>
            </w:r>
          </w:p>
          <w:p>
            <w:r>
              <w:t>&lt;보기&gt;를 참고하여 ①은 청각적 표현의 네 어절 구절을, ②는 시어를 찾아 쓰시오.</w:t>
            </w:r>
          </w:p>
          <w:p>
            <w:r>
              <w:t>&lt;보기&gt;의 ㉠~㉢에 해당하는 부분을 (가), (나)에서 찾아 조건에 맞게 쓰시오.</w:t>
            </w:r>
          </w:p>
          <w:p>
            <w:r>
              <w:t>• ㉠: 두 정서가 공존하는 화자의 걸음을 서술한 한 문장 전체의 첫·끝 어절을 쓸 것.</w:t>
            </w:r>
          </w:p>
          <w:p>
            <w:r>
              <w:t>• ㉢: 소녀의 움직임과 미소를 함께 묘사한 한 문장 전체의 첫 어절과 마지막 어절을 쓸 것.</w:t>
            </w:r>
          </w:p>
          <w:p>
            <w:r>
              <w:t>신유형:  문장  첫·끝  어절</w:t>
            </w:r>
          </w:p>
        </w:tc>
      </w:tr>
      <w:tr>
        <w:tc>
          <w:tcPr>
            <w:tcW w:type="dxa" w:w="1512"/>
          </w:tcPr>
          <w:p>
            <w:r/>
            <w:r>
              <w:t>인쇄 62쪽</w:t>
            </w:r>
          </w:p>
          <w:p>
            <w:r>
              <w:t>PDF 70쪽</w:t>
            </w:r>
          </w:p>
          <w:p>
            <w:r>
              <w:t>KN-093</w:t>
            </w:r>
          </w:p>
          <w:p>
            <w:r>
              <w:t>P1614</w:t>
            </w:r>
          </w:p>
        </w:tc>
        <w:tc>
          <w:tcPr>
            <w:tcW w:type="dxa" w:w="2592"/>
          </w:tcPr>
          <w:p>
            <w:r/>
            <w:r>
              <w:t>2번 서술형 분량 준수 예시</w:t>
            </w:r>
          </w:p>
          <w:p>
            <w:r>
              <w:t>수정 전: 30자·40자 조건보다 긴 해설을 정답으로 제시</w:t>
            </w:r>
          </w:p>
        </w:tc>
        <w:tc>
          <w:tcPr>
            <w:tcW w:type="dxa" w:w="6264"/>
          </w:tcPr>
          <w:p>
            <w:r/>
            <w:r>
              <w:t>정서 설명28자·심리 변화39자 예시</w:t>
            </w:r>
          </w:p>
          <w:p>
            <w:r>
              <w:t>반영 문구</w:t>
            </w:r>
          </w:p>
          <w:p>
            <w:r>
              <w:t>정답: ① 광복</w:t>
            </w:r>
          </w:p>
          <w:p>
            <w:r>
              <w:t>② 시행: 푸른 웃음 푸른 설움이 어우러진 사이로</w:t>
            </w:r>
          </w:p>
          <w:p>
            <w:r>
              <w:t>설명(28자): 봄 풍경에 대한 기쁨과 국권 상실에 대한 슬픔이다.</w:t>
            </w:r>
          </w:p>
          <w:p>
            <w:r>
              <w:t>③ 예시(39자): 개나리의 생명력을 발견하여 절망에서 벗어나 현실 극복의 희망을 품는다.</w:t>
            </w:r>
          </w:p>
        </w:tc>
      </w:tr>
      <w:tr>
        <w:tc>
          <w:tcPr>
            <w:tcW w:type="dxa" w:w="1512"/>
          </w:tcPr>
          <w:p>
            <w:r/>
            <w:r>
              <w:t>인쇄 63쪽</w:t>
            </w:r>
          </w:p>
          <w:p>
            <w:r>
              <w:t>PDF 71쪽</w:t>
            </w:r>
          </w:p>
          <w:p>
            <w:r>
              <w:t>KN-093</w:t>
            </w:r>
          </w:p>
          <w:p>
            <w:r>
              <w:t>P1615</w:t>
            </w:r>
          </w:p>
        </w:tc>
        <w:tc>
          <w:tcPr>
            <w:tcW w:type="dxa" w:w="2592"/>
          </w:tcPr>
          <w:p>
            <w:r/>
            <w:r>
              <w:t>3번 구절 용어·4번 문장 첫끝 정답과 근거</w:t>
            </w:r>
          </w:p>
          <w:p>
            <w:r>
              <w:t>수정 전: 4번 다리를/보다 및 소녀의/없다</w:t>
            </w:r>
          </w:p>
        </w:tc>
        <w:tc>
          <w:tcPr>
            <w:tcW w:type="dxa" w:w="6264"/>
          </w:tcPr>
          <w:p>
            <w:r/>
            <w:r>
              <w:t>4번 나는/걷는다 및 저기/없다</w:t>
            </w:r>
          </w:p>
          <w:p>
            <w:r>
              <w:t>반영 문구</w:t>
            </w:r>
          </w:p>
          <w:p>
            <w:r>
              <w:t>달래는 노래'로 표현한 구절이 곧바로 보인다.</w:t>
            </w:r>
          </w:p>
          <w:p>
            <w:r>
              <w:t>정답: ㉠ 첫 어절: 나는 / 마지막 어절: 걷는다 ㉡ 개나리가 망</w:t>
            </w:r>
          </w:p>
          <w:p>
            <w:r>
              <w:t>울졌다. ㉢ 첫 어절: 저기 / 마지막 어절: 없다</w:t>
            </w:r>
          </w:p>
          <w:p>
            <w:r>
              <w:t>㉠ 첫 어절: 나는 / 마지막 어절: 걷는다</w:t>
            </w:r>
          </w:p>
          <w:p>
            <w:r>
              <w:t>㉢ 첫 어절: 저기 / 마지막 어절: 없다</w:t>
            </w:r>
          </w:p>
          <w:p>
            <w:r>
              <w:t>㉠ '나는'부터 '걷는다'까지 잡는다. '띠고'와 '사이로' 뒤의 연결 부분을 포함한다.</w:t>
            </w:r>
          </w:p>
          <w:p>
            <w:r>
              <w:t>㉢ '저기 언덕을 내리 달리는'부터 '죄 하나도 없다'까지 한 문장이다. '소녀의' 앞에 있는 관형어를 생략하지 않고 '저기'부터 쓴다.</w:t>
            </w:r>
          </w:p>
        </w:tc>
      </w:tr>
      <w:tr>
        <w:tc>
          <w:tcPr>
            <w:tcW w:type="dxa" w:w="1512"/>
          </w:tcPr>
          <w:p>
            <w:r/>
            <w:r>
              <w:t>인쇄 64쪽</w:t>
            </w:r>
          </w:p>
          <w:p>
            <w:r>
              <w:t>PDF 72쪽</w:t>
            </w:r>
          </w:p>
          <w:p>
            <w:r>
              <w:t>KN-094</w:t>
            </w:r>
          </w:p>
          <w:p>
            <w:r>
              <w:t>P1638</w:t>
            </w:r>
          </w:p>
        </w:tc>
        <w:tc>
          <w:tcPr>
            <w:tcW w:type="dxa" w:w="2592"/>
          </w:tcPr>
          <w:p>
            <w:r/>
            <w:r>
              <w:t>오월 소식 요약의 연 구분</w:t>
            </w:r>
          </w:p>
          <w:p>
            <w:r>
              <w:t>수정 전: 1연을 1·2연으로 나누고 2·3연을 3연으로 표시</w:t>
            </w:r>
          </w:p>
        </w:tc>
        <w:tc>
          <w:tcPr>
            <w:tcW w:type="dxa" w:w="6264"/>
          </w:tcPr>
          <w:p>
            <w:r/>
            <w:r>
              <w:t>앞 두 묶음 1연, 다음 묶음 2·3연</w:t>
            </w:r>
          </w:p>
          <w:p>
            <w:r>
              <w:t>반영 문구</w:t>
            </w:r>
          </w:p>
          <w:p>
            <w:r>
              <w:t>1연</w:t>
            </w:r>
          </w:p>
          <w:p>
            <w:r>
              <w:t>2·3연</w:t>
            </w:r>
          </w:p>
        </w:tc>
      </w:tr>
      <w:tr>
        <w:tc>
          <w:tcPr>
            <w:tcW w:type="dxa" w:w="1512"/>
          </w:tcPr>
          <w:p>
            <w:r/>
            <w:r>
              <w:t>인쇄 66쪽</w:t>
            </w:r>
          </w:p>
          <w:p>
            <w:r>
              <w:t>PDF 74쪽</w:t>
            </w:r>
          </w:p>
          <w:p>
            <w:r>
              <w:t>KN-094</w:t>
            </w:r>
          </w:p>
          <w:p>
            <w:r>
              <w:t>P1639</w:t>
            </w:r>
          </w:p>
        </w:tc>
        <w:tc>
          <w:tcPr>
            <w:tcW w:type="dxa" w:w="2592"/>
          </w:tcPr>
          <w:p>
            <w:r/>
            <w:r>
              <w:t>2번① 이국적 시어 포함 조건과 추출 범위</w:t>
            </w:r>
          </w:p>
          <w:p>
            <w:r>
              <w:t>수정 전: 외따른 섬도 허용; 조사 제외 미명시</w:t>
            </w:r>
          </w:p>
        </w:tc>
        <w:tc>
          <w:tcPr>
            <w:tcW w:type="dxa" w:w="6264"/>
          </w:tcPr>
          <w:p>
            <w:r/>
            <w:r>
              <w:t>섬 로맨틱 두 어절, 말미 조사 제외</w:t>
            </w:r>
          </w:p>
          <w:p>
            <w:r>
              <w:t>반영 문구</w:t>
            </w:r>
          </w:p>
          <w:p>
            <w:r>
              <w:t>①은 (가)에서 이국적 시어를 포함한 두 어절을 조사만 제외하고, ②는 (나) 5연에서 명사구를 찾아 쓰시오.</w:t>
            </w:r>
          </w:p>
        </w:tc>
      </w:tr>
      <w:tr>
        <w:tc>
          <w:tcPr>
            <w:tcW w:type="dxa" w:w="1512"/>
          </w:tcPr>
          <w:p>
            <w:r/>
            <w:r>
              <w:t>인쇄 67쪽</w:t>
            </w:r>
          </w:p>
          <w:p>
            <w:r>
              <w:t>PDF 75쪽</w:t>
            </w:r>
          </w:p>
          <w:p>
            <w:r>
              <w:t>KN-094</w:t>
            </w:r>
          </w:p>
          <w:p>
            <w:r>
              <w:t>P1640</w:t>
            </w:r>
          </w:p>
        </w:tc>
        <w:tc>
          <w:tcPr>
            <w:tcW w:type="dxa" w:w="2592"/>
          </w:tcPr>
          <w:p>
            <w:r/>
            <w:r>
              <w:t>3·4번 종결 어미 유형 및 개념 답 조건</w:t>
            </w:r>
          </w:p>
          <w:p>
            <w:r>
              <w:t>수정 전: 동일한 어미; 이국적·공감각적도 본문에서 추출</w:t>
            </w:r>
          </w:p>
        </w:tc>
        <w:tc>
          <w:tcPr>
            <w:tcW w:type="dxa" w:w="6264"/>
          </w:tcPr>
          <w:p>
            <w:r/>
            <w:r>
              <w:t>어미 유형을 묻고, ㉠㉢은 개념어·㉡은 조사 제외 시구로 구별</w:t>
            </w:r>
          </w:p>
          <w:p>
            <w:r>
              <w:t>반영 문구</w:t>
            </w:r>
          </w:p>
          <w:p>
            <w:r>
              <w:t>두 작품은 묻는 형식의 종결 어미로 정서를 강조한다. 공통된 어미의 유형을 4자 이내로 쓰고, 그 어미가 쓰인 시구를 (가), (나)에서 각각 하나씩 찾아 쓰시오.</w:t>
            </w:r>
          </w:p>
          <w:p>
            <w:r>
              <w:t>&lt;보기&gt;를 참고하여 ㉠, ㉢에는 표현상의 특징을 나타내는 개념어를 쓰고, ㉡에는 (나)에서 찾은 비유적 표현을 조사 '같이'만 제외한 두 어절로 쓰시오.</w:t>
            </w:r>
          </w:p>
        </w:tc>
      </w:tr>
      <w:tr>
        <w:tc>
          <w:tcPr>
            <w:tcW w:type="dxa" w:w="1512"/>
          </w:tcPr>
          <w:p>
            <w:r/>
            <w:r>
              <w:t>인쇄 68쪽</w:t>
            </w:r>
          </w:p>
          <w:p>
            <w:r>
              <w:t>PDF 76쪽</w:t>
            </w:r>
          </w:p>
          <w:p>
            <w:r>
              <w:t>KN-094</w:t>
            </w:r>
          </w:p>
          <w:p>
            <w:r>
              <w:t>P1641</w:t>
            </w:r>
          </w:p>
        </w:tc>
        <w:tc>
          <w:tcPr>
            <w:tcW w:type="dxa" w:w="2592"/>
          </w:tcPr>
          <w:p>
            <w:r/>
            <w:r>
              <w:t>2번① 조건에 맞지 않는 허용답</w:t>
            </w:r>
          </w:p>
          <w:p>
            <w:r>
              <w:t>수정 전: 외따른 섬 / 섬 로맨틱</w:t>
            </w:r>
          </w:p>
        </w:tc>
        <w:tc>
          <w:tcPr>
            <w:tcW w:type="dxa" w:w="6264"/>
          </w:tcPr>
          <w:p>
            <w:r/>
            <w:r>
              <w:t>섬 로맨틱만 허용</w:t>
            </w:r>
          </w:p>
          <w:p>
            <w:r>
              <w:t>반영 문구</w:t>
            </w:r>
          </w:p>
          <w:p>
            <w:r>
              <w:t>정답: ① 섬 로맨틱 ② 슬픈 신호기 ③ (가)는 그</w:t>
            </w:r>
          </w:p>
          <w:p>
            <w:r>
              <w:t>① '섬 로맨틱'</w:t>
            </w:r>
          </w:p>
        </w:tc>
      </w:tr>
      <w:tr>
        <w:tc>
          <w:tcPr>
            <w:tcW w:type="dxa" w:w="1512"/>
          </w:tcPr>
          <w:p>
            <w:r/>
            <w:r>
              <w:t>인쇄 69쪽</w:t>
            </w:r>
          </w:p>
          <w:p>
            <w:r>
              <w:t>PDF 77쪽</w:t>
            </w:r>
          </w:p>
          <w:p>
            <w:r>
              <w:t>KN-094</w:t>
            </w:r>
          </w:p>
          <w:p>
            <w:r>
              <w:t>P1642</w:t>
            </w:r>
          </w:p>
        </w:tc>
        <w:tc>
          <w:tcPr>
            <w:tcW w:type="dxa" w:w="2592"/>
          </w:tcPr>
          <w:p>
            <w:r/>
            <w:r>
              <w:t>3번 어미 명칭과 원문 인용 및 문항 번호</w:t>
            </w:r>
          </w:p>
          <w:p>
            <w:r>
              <w:t>수정 전: ~한가를 동일 어미로 설명; 5번 선지</w:t>
            </w:r>
          </w:p>
        </w:tc>
        <w:tc>
          <w:tcPr>
            <w:tcW w:type="dxa" w:w="6264"/>
          </w:tcPr>
          <w:p>
            <w:r/>
            <w:r>
              <w:t>같은 의문형 유형으로 구별; 3번⑤ 선지</w:t>
            </w:r>
          </w:p>
          <w:p>
            <w:r>
              <w:t>반영 문구</w:t>
            </w:r>
          </w:p>
          <w:p>
            <w:r>
              <w:t>③ 두 시구는 모두 묻는 형식이므로 어미의 유형은 '의문형'이다. (가)의 '그립지 아니한가?'와 (나)의 '슬픈 신호냐'는 구체적인 어미 형태가 같다는 뜻이 아니다. 시구는 원문의 어절과 표기를 유지하여 인용한다.</w:t>
            </w:r>
          </w:p>
          <w:p>
            <w:r>
              <w:t>추출) + 지문연계. 1번 ④ 선지(의문형 종결 어미)와 3번 ⑤ 선지</w:t>
            </w:r>
          </w:p>
        </w:tc>
      </w:tr>
      <w:tr>
        <w:tc>
          <w:tcPr>
            <w:tcW w:type="dxa" w:w="1512"/>
          </w:tcPr>
          <w:p>
            <w:r/>
            <w:r>
              <w:t>인쇄 72쪽</w:t>
            </w:r>
          </w:p>
          <w:p>
            <w:r>
              <w:t>PDF 80쪽</w:t>
            </w:r>
          </w:p>
          <w:p>
            <w:r>
              <w:t>KN-095</w:t>
            </w:r>
          </w:p>
          <w:p>
            <w:r>
              <w:t>P1663</w:t>
            </w:r>
          </w:p>
        </w:tc>
        <w:tc>
          <w:tcPr>
            <w:tcW w:type="dxa" w:w="2592"/>
          </w:tcPr>
          <w:p>
            <w:r/>
            <w:r>
              <w:t>1번 조사 제외 및2번 원문에 없는 공간 파괴·반사 이미지</w:t>
            </w:r>
          </w:p>
          <w:p>
            <w:r>
              <w:t>수정 전: 공간을 깨뜨림·자연물이 비친 내면</w:t>
            </w:r>
          </w:p>
        </w:tc>
        <w:tc>
          <w:tcPr>
            <w:tcW w:type="dxa" w:w="6264"/>
          </w:tcPr>
          <w:p>
            <w:r/>
            <w:r>
              <w:t>연륜과의 단절·실개천의 정화 행위</w:t>
            </w:r>
          </w:p>
          <w:p>
            <w:r>
              <w:t>반영 문구</w:t>
            </w:r>
          </w:p>
          <w:p>
            <w:r>
              <w:t>찾아 쓰시오. (말미 조사는 제외할 것)</w:t>
            </w:r>
          </w:p>
          <w:p>
            <w:r>
              <w:t>아가려는 능동적 의지는, 주름 잡히는 연륜과의 단절을 표현한 ( ① )(이)라는 시구에 집약되어 있습니다.</w:t>
            </w:r>
          </w:p>
          <w:p>
            <w:r>
              <w:t>마음속을 상징하는 시어 '웅덩이'를 실개천이 씻어 주고 있습니다. 이 정화의 행위를 표현한 ( ② )(이)라는 시구에서, 자연이 화자의 시름을 해소하는 모습을 확인할 수 있지요.</w:t>
            </w:r>
          </w:p>
          <w:p>
            <w:r>
              <w:t>• ①: 주름 잡히는 연륜과의 단절을 표현한 시구를 원문 그대로 쓸 것 (2어절)</w:t>
            </w:r>
          </w:p>
          <w:p>
            <w:r>
              <w:t>• ②: 실개천이 시름을 씻는 행위를 표현한 시구를 원문 그대로 쓸 것 (2어절)</w:t>
            </w:r>
          </w:p>
        </w:tc>
      </w:tr>
      <w:tr>
        <w:tc>
          <w:tcPr>
            <w:tcW w:type="dxa" w:w="1512"/>
          </w:tcPr>
          <w:p>
            <w:r/>
            <w:r>
              <w:t>인쇄 73쪽</w:t>
            </w:r>
          </w:p>
          <w:p>
            <w:r>
              <w:t>PDF 81쪽</w:t>
            </w:r>
          </w:p>
          <w:p>
            <w:r>
              <w:t>KN-095</w:t>
            </w:r>
          </w:p>
          <w:p>
            <w:r>
              <w:t>P1664</w:t>
            </w:r>
          </w:p>
        </w:tc>
        <w:tc>
          <w:tcPr>
            <w:tcW w:type="dxa" w:w="2592"/>
          </w:tcPr>
          <w:p>
            <w:r/>
            <w:r>
              <w:t>3번① 원문 조사 제외 조건</w:t>
            </w:r>
          </w:p>
          <w:p>
            <w:r>
              <w:t>수정 전: 지문 원문 한 단어</w:t>
            </w:r>
          </w:p>
        </w:tc>
        <w:tc>
          <w:tcPr>
            <w:tcW w:type="dxa" w:w="6264"/>
          </w:tcPr>
          <w:p>
            <w:r/>
            <w:r>
              <w:t>말미 조사 제외한 한 단어</w:t>
            </w:r>
          </w:p>
          <w:p>
            <w:r>
              <w:t>반영 문구</w:t>
            </w:r>
          </w:p>
          <w:p>
            <w:r>
              <w:t>빈칸 ①~②를 쓰시오. (①은 원문에서 말미 조사만 제외한 한 단어, ②는 '-법'으로 끝나는 세 음절)</w:t>
            </w:r>
          </w:p>
        </w:tc>
      </w:tr>
      <w:tr>
        <w:tc>
          <w:tcPr>
            <w:tcW w:type="dxa" w:w="1512"/>
          </w:tcPr>
          <w:p>
            <w:r/>
            <w:r>
              <w:t>인쇄 74쪽</w:t>
            </w:r>
          </w:p>
          <w:p>
            <w:r>
              <w:t>PDF 82쪽</w:t>
            </w:r>
          </w:p>
          <w:p>
            <w:r>
              <w:t>KN-095</w:t>
            </w:r>
          </w:p>
          <w:p>
            <w:r>
              <w:t>P1665</w:t>
            </w:r>
          </w:p>
        </w:tc>
        <w:tc>
          <w:tcPr>
            <w:tcW w:type="dxa" w:w="2592"/>
          </w:tcPr>
          <w:p>
            <w:r/>
            <w:r>
              <w:t>1번 원문 그대로 조건과 조사 제외 답안의 불일치</w:t>
            </w:r>
          </w:p>
          <w:p>
            <w:r>
              <w:t>수정 전: 원문 그대로만 요구</w:t>
            </w:r>
          </w:p>
        </w:tc>
        <w:tc>
          <w:tcPr>
            <w:tcW w:type="dxa" w:w="6264"/>
          </w:tcPr>
          <w:p>
            <w:r/>
            <w:r>
              <w:t>원문에서 말미 조사 제외</w:t>
            </w:r>
          </w:p>
          <w:p>
            <w:r>
              <w:t>반영 문구</w:t>
            </w:r>
          </w:p>
          <w:p>
            <w:r>
              <w:t>두 정답은 원문에서 말미 조사 '을', '를'만 제외하여 쓴다. ①은 수식어를 포함한 '초라한 경력' 전체, ②는 '웅덩이'로 써야 한다.</w:t>
            </w:r>
          </w:p>
        </w:tc>
      </w:tr>
      <w:tr>
        <w:tc>
          <w:tcPr>
            <w:tcW w:type="dxa" w:w="1512"/>
          </w:tcPr>
          <w:p>
            <w:r/>
            <w:r>
              <w:t>인쇄 75쪽</w:t>
            </w:r>
          </w:p>
          <w:p>
            <w:r>
              <w:t>PDF 83쪽</w:t>
            </w:r>
          </w:p>
          <w:p>
            <w:r>
              <w:t>KN-095</w:t>
            </w:r>
          </w:p>
          <w:p>
            <w:r>
              <w:t>P1666</w:t>
            </w:r>
          </w:p>
        </w:tc>
        <w:tc>
          <w:tcPr>
            <w:tcW w:type="dxa" w:w="2592"/>
          </w:tcPr>
          <w:p>
            <w:r/>
            <w:r>
              <w:t>3번 이상향의 실제 부재 단정·4번 불필요한 어절 분절</w:t>
            </w:r>
          </w:p>
          <w:p>
            <w:r>
              <w:t>수정 전: 현실에 존재하지 않는, 얻으/리라는</w:t>
            </w:r>
          </w:p>
        </w:tc>
        <w:tc>
          <w:tcPr>
            <w:tcW w:type="dxa" w:w="6264"/>
          </w:tcPr>
          <w:p>
            <w:r/>
            <w:r>
              <w:t>화자가 지향하는 이상적 공간, 어절 보존</w:t>
            </w:r>
          </w:p>
          <w:p>
            <w:r>
              <w:t>반영 문구</w:t>
            </w:r>
          </w:p>
          <w:p>
            <w:r>
              <w:t>③ (가)의 '섬'은 '산호 핀 바다', '비췻빛 하늘' 등의 이미지로 형상화된, 화자가 지향하는 이상적 공간이다. 반면 (나)의 '바람', '햇빛', '실개천'은 화자가 정릉에서 접하는 구체적 자연물이다. '상상 속 공간'은 (가)의 '섬'에, '실제 자연물'은 (나)의 자연물에 연결해야 한다. 두 표현을 작품과 거꾸로 연결하지 않도록 한다. '(가)는 상상 속 공간을 통해, (나)는 실제 자연물을 통해'라는 대구 구조로 서술하면 차이를 분명히 드러낼 수 있다.</w:t>
            </w:r>
          </w:p>
          <w:p>
            <w:r>
              <w:t>표현이지, 미래에 무언가를 얻으리라는 기대가 아니다.</w:t>
            </w:r>
          </w:p>
        </w:tc>
      </w:tr>
      <w:tr>
        <w:tc>
          <w:tcPr>
            <w:tcW w:type="dxa" w:w="1512"/>
          </w:tcPr>
          <w:p>
            <w:r/>
            <w:r>
              <w:t>인쇄 77쪽</w:t>
            </w:r>
          </w:p>
          <w:p>
            <w:r>
              <w:t>PDF 85쪽</w:t>
            </w:r>
          </w:p>
          <w:p>
            <w:r>
              <w:t>KN-096</w:t>
            </w:r>
          </w:p>
          <w:p>
            <w:r>
              <w:t>P1684</w:t>
            </w:r>
          </w:p>
        </w:tc>
        <w:tc>
          <w:tcPr>
            <w:tcW w:type="dxa" w:w="2592"/>
          </w:tcPr>
          <w:p>
            <w:r/>
            <w:r>
              <w:t>칼별 상징 및 2연 내용의 3연 배치</w:t>
            </w:r>
          </w:p>
          <w:p>
            <w:r>
              <w:t>수정 전: 칼별까지 혹독한 시련,3연에 무르팍·꽃피는 가슴</w:t>
            </w:r>
          </w:p>
        </w:tc>
        <w:tc>
          <w:tcPr>
            <w:tcW w:type="dxa" w:w="6264"/>
          </w:tcPr>
          <w:p>
            <w:r/>
            <w:r>
              <w:t>엄동설한과 희망 칼별 구별,2·3연 표시</w:t>
            </w:r>
          </w:p>
          <w:p>
            <w:r>
              <w:t>반영 문구</w:t>
            </w:r>
          </w:p>
          <w:p>
            <w:r>
              <w:t>• 혹독한 시련('엄동설한') 속 희망('(5)____') → 연대의 가치를 깨달음</w:t>
            </w:r>
          </w:p>
          <w:p>
            <w:r>
              <w:t>2·3연</w:t>
            </w:r>
          </w:p>
        </w:tc>
      </w:tr>
      <w:tr>
        <w:tc>
          <w:tcPr>
            <w:tcW w:type="dxa" w:w="1512"/>
          </w:tcPr>
          <w:p>
            <w:r/>
            <w:r>
              <w:t>인쇄 78쪽</w:t>
            </w:r>
          </w:p>
          <w:p>
            <w:r>
              <w:t>PDF 86쪽</w:t>
            </w:r>
          </w:p>
          <w:p>
            <w:r>
              <w:t>KN-096</w:t>
            </w:r>
          </w:p>
          <w:p>
            <w:r>
              <w:t>P1685</w:t>
            </w:r>
          </w:p>
        </w:tc>
        <w:tc>
          <w:tcPr>
            <w:tcW w:type="dxa" w:w="2592"/>
          </w:tcPr>
          <w:p>
            <w:r/>
            <w:r>
              <w:t>1번③ 완결문장·② 조사 제외 및2번 개념어 추론 조건</w:t>
            </w:r>
          </w:p>
          <w:p>
            <w:r>
              <w:t>수정 전: 한 행에서 춤도/되고,원문 그대로 칼별,말을 찾아</w:t>
            </w:r>
          </w:p>
        </w:tc>
        <w:tc>
          <w:tcPr>
            <w:tcW w:type="dxa" w:w="6264"/>
          </w:tcPr>
          <w:p>
            <w:r/>
            <w:r>
              <w:t>문장 전체 춤도/알겠느냐,조사 제외,의미 추론</w:t>
            </w:r>
          </w:p>
          <w:p>
            <w:r>
              <w:t>반영 문구</w:t>
            </w:r>
          </w:p>
          <w:p>
            <w:r>
              <w:t>다음은 EBS &lt;보기&gt;를 재구성한 해설이다. ①~③을 윗글에서 찾아 쓰시오. (①, ②는 시어를 쓰되 말미 조사는 제외하고, ③은 (나)의 완전한 한 문장을 찾아 첫 어절과 마지막 어절을 순서대로 쓸 것)</w:t>
            </w:r>
          </w:p>
          <w:p>
            <w:r>
              <w:t>(가)의 '㉠꽃'과 (나)의 '㉡누룩'이 화자에게 지니는 의미를 추론하여 ①(2자)와 ②(3자)에 들어갈 말을 쓰시오.</w:t>
            </w:r>
          </w:p>
        </w:tc>
      </w:tr>
      <w:tr>
        <w:tc>
          <w:tcPr>
            <w:tcW w:type="dxa" w:w="1512"/>
          </w:tcPr>
          <w:p>
            <w:r/>
            <w:r>
              <w:t>인쇄 79쪽</w:t>
            </w:r>
          </w:p>
          <w:p>
            <w:r>
              <w:t>PDF 87쪽</w:t>
            </w:r>
          </w:p>
          <w:p>
            <w:r>
              <w:t>KN-096</w:t>
            </w:r>
          </w:p>
          <w:p>
            <w:r>
              <w:t>P1686</w:t>
            </w:r>
          </w:p>
        </w:tc>
        <w:tc>
          <w:tcPr>
            <w:tcW w:type="dxa" w:w="2592"/>
          </w:tcPr>
          <w:p>
            <w:r/>
            <w:r>
              <w:t>3번 색채어 공통 단정 및4번 완결문장 경계</w:t>
            </w:r>
          </w:p>
          <w:p>
            <w:r>
              <w:t>수정 전: 두 시 모두 색채어,나비처럼/무리들아,눈/옴자거려</w:t>
            </w:r>
          </w:p>
        </w:tc>
        <w:tc>
          <w:tcPr>
            <w:tcW w:type="dxa" w:w="6264"/>
          </w:tcPr>
          <w:p>
            <w:r/>
            <w:r>
              <w:t>색채어 (가),㉠한/보노라,㉢동방은/않는가</w:t>
            </w:r>
          </w:p>
          <w:p>
            <w:r>
              <w:t>반영 문구</w:t>
            </w:r>
          </w:p>
          <w:p>
            <w:r>
              <w:t>(가)는 색채어로, 두 작품은 의문형 표현으로 대상의 속성과 화자의 태도를 드러낸다. (가)에서</w:t>
            </w:r>
          </w:p>
          <w:p>
            <w:r>
              <w:t>신유형:  문장  첫·끝  어절</w:t>
            </w:r>
          </w:p>
          <w:p>
            <w:r>
              <w:t>&lt;보기&gt;의 ㉠~㉢에 해당하는 완전한 문장을 윗글에서 찾아 각각의 첫 어절과 마지막 어절을 순서대로 쓰시오.</w:t>
            </w:r>
          </w:p>
          <w:p>
            <w:r>
              <w:t>㉠ 직유를 통한 대상의 형상화: (가)에서 '나비'를 보조관념으로 하여 형상화한 무리들을 화자가 직접 부르는 문장을 찾으시오.</w:t>
            </w:r>
          </w:p>
          <w:p>
            <w:r>
              <w:t>병렬하여 의문의 형식으로 제시한, 두 행에 걸친 완전한 문장을 찾으시오.</w:t>
            </w:r>
          </w:p>
          <w:p>
            <w:r>
              <w:t>㉢ 극한의 현실 속 생명력: (가)에서 비 한 방울 내리지 않는 환경에서도 빨갛게 피는 꽃의 생명력을 의문형으로 강조한 문장을 찾으시오.</w:t>
            </w:r>
          </w:p>
          <w:p>
            <w:r>
              <w:t>• ㉠: (가)에서 해당 문장의 첫 어절과 마지막 어절을 쓸 것.</w:t>
            </w:r>
          </w:p>
          <w:p>
            <w:r>
              <w:t>• ㉡: (나)에서 해당 문장의 첫 어절과 마지막 어절을 쓸 것.</w:t>
            </w:r>
          </w:p>
          <w:p>
            <w:r>
              <w:t>• ㉢: (가)에서 해당 문장의 첫 어절과 마지막 어절을 쓸 것.</w:t>
            </w:r>
          </w:p>
        </w:tc>
      </w:tr>
      <w:tr>
        <w:tc>
          <w:tcPr>
            <w:tcW w:type="dxa" w:w="1512"/>
          </w:tcPr>
          <w:p>
            <w:r/>
            <w:r>
              <w:t>인쇄 80쪽</w:t>
            </w:r>
          </w:p>
          <w:p>
            <w:r>
              <w:t>PDF 88쪽</w:t>
            </w:r>
          </w:p>
          <w:p>
            <w:r>
              <w:t>KN-096</w:t>
            </w:r>
          </w:p>
          <w:p>
            <w:r>
              <w:t>P1687</w:t>
            </w:r>
          </w:p>
        </w:tc>
        <w:tc>
          <w:tcPr>
            <w:tcW w:type="dxa" w:w="2592"/>
          </w:tcPr>
          <w:p>
            <w:r/>
            <w:r>
              <w:t>1번③ 정답·해설·채점 문장경계 및2번 글자수 조건</w:t>
            </w:r>
          </w:p>
          <w:p>
            <w:r>
              <w:t>수정 전: 춤도/되고,80자 내외</w:t>
            </w:r>
          </w:p>
        </w:tc>
        <w:tc>
          <w:tcPr>
            <w:tcW w:type="dxa" w:w="6264"/>
          </w:tcPr>
          <w:p>
            <w:r/>
            <w:r>
              <w:t>춤도/알겠느냐,80자 이내</w:t>
            </w:r>
          </w:p>
          <w:p>
            <w:r>
              <w:t>반영 문구</w:t>
            </w:r>
          </w:p>
          <w:p>
            <w:r>
              <w:t>• EBS 연계 방식: EBS 3번 &lt;보기&gt;의 현실 극복 의지를 활용한다. 적절한 선지 ②의 '제비 떼'와 ⑤의 '새벽'·'칼별'을 빈칸화하고, 적절하지 않은 선지 ④를 반박하는 자기희생의 결실을 완전한 문장에서 찾게 한다.</w:t>
            </w:r>
          </w:p>
          <w:p>
            <w:r>
              <w:t>정답: ① 제비 떼 ② 칼별</w:t>
            </w:r>
          </w:p>
          <w:p>
            <w:r>
              <w:t>③ 첫 어절: 춤도 / 마지막 어절: 알겠느냐</w:t>
            </w:r>
          </w:p>
          <w:p>
            <w:r>
              <w:t>③ (나) 4연의 마지막 두 행은 '춤도 되고 기쁨도 되고'에서 시작하여 '해 솟는 얼굴도 되는 죽음을 알겠느냐'로 끝나는 한 문장이다. 연결 어미로 끝나는 첫 행에서 끊지 않고, 첫 어절 '춤도'와 마지막 어절 '알겠느냐'를 쓴다.</w:t>
            </w:r>
          </w:p>
          <w:p>
            <w:r>
              <w:t>의 3요소를 모두 담되 80자 이내로 압축한다.</w:t>
            </w:r>
          </w:p>
        </w:tc>
      </w:tr>
      <w:tr>
        <w:tc>
          <w:tcPr>
            <w:tcW w:type="dxa" w:w="1512"/>
          </w:tcPr>
          <w:p>
            <w:r/>
            <w:r>
              <w:t>인쇄 81쪽</w:t>
            </w:r>
          </w:p>
          <w:p>
            <w:r>
              <w:t>PDF 89쪽</w:t>
            </w:r>
          </w:p>
          <w:p>
            <w:r>
              <w:t>KN-096</w:t>
            </w:r>
          </w:p>
          <w:p>
            <w:r>
              <w:t>P1688</w:t>
            </w:r>
          </w:p>
        </w:tc>
        <w:tc>
          <w:tcPr>
            <w:tcW w:type="dxa" w:w="2592"/>
          </w:tcPr>
          <w:p>
            <w:r/>
            <w:r>
              <w:t>4번 완결문장에 맞춘 정답·근거·채점 동시 수정</w:t>
            </w:r>
          </w:p>
          <w:p>
            <w:r>
              <w:t>수정 전: 나비처럼/무리들아,눈/옴자거려</w:t>
            </w:r>
          </w:p>
        </w:tc>
        <w:tc>
          <w:tcPr>
            <w:tcW w:type="dxa" w:w="6264"/>
          </w:tcPr>
          <w:p>
            <w:r/>
            <w:r>
              <w:t>한/보노라,동방은/않는가</w:t>
            </w:r>
          </w:p>
          <w:p>
            <w:r>
              <w:t>반영 문구</w:t>
            </w:r>
          </w:p>
          <w:p>
            <w:r>
              <w:t>• EBS 연계 방식: (가)의 직유 표현을 ㉠으로, EBS 3번 해설의 자기희생을 통한 가치 전환을 ㉡으로, 극한 상황에서도 피는 꽃의 생명력을 ㉢으로 구성한다. 각 근거가 포함된 완전한 문장의 범위를 확인한다.</w:t>
            </w:r>
          </w:p>
          <w:p>
            <w:r>
              <w:t>• 측정 능력: 표현 기법과 의미를 이해하고, 완전한 문장의 처음과 끝을 원문에서 찾는 능력.</w:t>
            </w:r>
          </w:p>
          <w:p>
            <w:r>
              <w:t>정답: ㉠ 첫 어절: 한 / 마지막 어절: 보노라</w:t>
            </w:r>
          </w:p>
          <w:p>
            <w:r>
              <w:t>㉡ 첫 어절: 춤도 / 마지막 어절: 알겠느냐</w:t>
            </w:r>
          </w:p>
          <w:p>
            <w:r>
              <w:t>㉢ 첫 어절: 동방은 / 마지막 어절: 않는가</w:t>
            </w:r>
          </w:p>
          <w:p>
            <w:r>
              <w:t>㉠ (가) 3연은 '한 바다 복판 용솟음치는 곳'에서 시작해 '오늘 내 여기서 너를 불러 보노라'로 끝나는 한 문장이다. '나비처럼'은 '회상의 무리들'을 형상화한다. '무리들아'는 부르는 말이므로 문장의 끝으로 삼지 않는다. 첫 어절은 '한', 마지막 어절은 '보노라'이다.</w:t>
            </w:r>
          </w:p>
          <w:p>
            <w:r>
              <w:t>㉢ (가) 1연의 첫 세 행은 '동방은 하늘도 다 끝나고'에서 시작하여 '오히려 꽃은 빨갛게 피지 않는가'로 끝나는 한 문장이다. 앞의 두 행은 연결되는 부분이므로 줄바꿈에서 끊지 않는다. 첫 어절은 '동방은', 마지막 어절은 '않는가'이다.</w:t>
            </w:r>
          </w:p>
          <w:p>
            <w:r>
              <w:t>㉠ 첫 어절: 한 / 마지막 어절: 보노라</w:t>
            </w:r>
          </w:p>
        </w:tc>
      </w:tr>
      <w:tr>
        <w:tc>
          <w:tcPr>
            <w:tcW w:type="dxa" w:w="1512"/>
          </w:tcPr>
          <w:p>
            <w:r/>
            <w:r>
              <w:t>인쇄 83쪽</w:t>
            </w:r>
          </w:p>
          <w:p>
            <w:r>
              <w:t>PDF 91쪽</w:t>
            </w:r>
          </w:p>
          <w:p>
            <w:r>
              <w:t>KN-097</w:t>
            </w:r>
          </w:p>
          <w:p>
            <w:r>
              <w:t>P1710</w:t>
            </w:r>
          </w:p>
        </w:tc>
        <w:tc>
          <w:tcPr>
            <w:tcW w:type="dxa" w:w="2592"/>
          </w:tcPr>
          <w:p>
            <w:r/>
            <w:r>
              <w:t>민들레꽃 요약 연 번호</w:t>
            </w:r>
          </w:p>
          <w:p>
            <w:r>
              <w:t>수정 전: 3연에4연 내용,4연에5연 내용,5연에6연 내용</w:t>
            </w:r>
          </w:p>
        </w:tc>
        <w:tc>
          <w:tcPr>
            <w:tcW w:type="dxa" w:w="6264"/>
          </w:tcPr>
          <w:p>
            <w:r/>
            <w:r>
              <w:t>3·4연/4·5연/6연으로 실제 범위 표시</w:t>
            </w:r>
          </w:p>
          <w:p>
            <w:r>
              <w:t>반영 문구</w:t>
            </w:r>
          </w:p>
          <w:p>
            <w:r>
              <w:t>3·4연</w:t>
            </w:r>
          </w:p>
          <w:p>
            <w:r>
              <w:t>4·5연</w:t>
            </w:r>
          </w:p>
          <w:p>
            <w:r>
              <w:t>6연</w:t>
            </w:r>
          </w:p>
        </w:tc>
      </w:tr>
      <w:tr>
        <w:tc>
          <w:tcPr>
            <w:tcW w:type="dxa" w:w="1512"/>
          </w:tcPr>
          <w:p>
            <w:r/>
            <w:r>
              <w:t>인쇄 84쪽</w:t>
            </w:r>
          </w:p>
          <w:p>
            <w:r>
              <w:t>PDF 92쪽</w:t>
            </w:r>
          </w:p>
          <w:p>
            <w:r>
              <w:t>KN-097</w:t>
            </w:r>
          </w:p>
          <w:p>
            <w:r>
              <w:t>P1711</w:t>
            </w:r>
          </w:p>
        </w:tc>
        <w:tc>
          <w:tcPr>
            <w:tcW w:type="dxa" w:w="2592"/>
          </w:tcPr>
          <w:p>
            <w:r/>
            <w:r>
              <w:t>1번 재구성 보기 표시·③ 인용 범위,2번 색채 명칭 조건</w:t>
            </w:r>
          </w:p>
          <w:p>
            <w:r>
              <w:t>수정 전: EBS 보기 원문 단정,③하지만~꿈 불완전 인용,5자 이내 불명확</w:t>
            </w:r>
          </w:p>
        </w:tc>
        <w:tc>
          <w:tcPr>
            <w:tcW w:type="dxa" w:w="6264"/>
          </w:tcPr>
          <w:p>
            <w:r/>
            <w:r>
              <w:t>재구성 표시,③헛되어도 좋은 꿈,띄어쓰기 포함6자</w:t>
            </w:r>
          </w:p>
          <w:p>
            <w:r>
              <w:t>반영 문구</w:t>
            </w:r>
          </w:p>
          <w:p>
            <w:r>
              <w:t>다음은 EBS &lt;보기&gt;를 재구성한 글이다. ①, ②는 각각 (가), (나)에서 시구를 찾고, ③은 (나)에서 ‘하지만’과 ‘아니냐’ 사이의 시구를 그대로 쓰시오.</w:t>
            </w:r>
          </w:p>
          <w:p>
            <w:r>
              <w:t>두 작품은 색채를 통해 대상의 속성을 부각한다. 이 표현 기법의 명칭을 띄어쓰기 포함 6자로 쓰고, (나)에서 ‘전력을 다해’라는 말과 함께 강인한 생명력을 드러낸 시행 한 행을 그대로 쓰시오.</w:t>
            </w:r>
          </w:p>
        </w:tc>
      </w:tr>
      <w:tr>
        <w:tc>
          <w:tcPr>
            <w:tcW w:type="dxa" w:w="1512"/>
          </w:tcPr>
          <w:p>
            <w:r/>
            <w:r>
              <w:t>인쇄 85쪽</w:t>
            </w:r>
          </w:p>
          <w:p>
            <w:r>
              <w:t>PDF 93쪽</w:t>
            </w:r>
          </w:p>
          <w:p>
            <w:r>
              <w:t>KN-097</w:t>
            </w:r>
          </w:p>
          <w:p>
            <w:r>
              <w:t>P1712</w:t>
            </w:r>
          </w:p>
        </w:tc>
        <w:tc>
          <w:tcPr>
            <w:tcW w:type="dxa" w:w="2592"/>
          </w:tcPr>
          <w:p>
            <w:r/>
            <w:r>
              <w:t>3번 완결문장 경계 및3·4번 원문 없는 개념어 추론 조건</w:t>
            </w:r>
          </w:p>
          <w:p>
            <w:r>
              <w:t>수정 전: 시행 첫끝,본문/EBS에서개념어찾기,강인함을지문에서찾기</w:t>
            </w:r>
          </w:p>
        </w:tc>
        <w:tc>
          <w:tcPr>
            <w:tcW w:type="dxa" w:w="6264"/>
          </w:tcPr>
          <w:p>
            <w:r/>
            <w:r>
              <w:t>5연 전체 신도/본다,개념어는추론·말미조사제외</w:t>
            </w:r>
          </w:p>
          <w:p>
            <w:r>
              <w:t>반영 문구</w:t>
            </w:r>
          </w:p>
          <w:p>
            <w:r>
              <w:t>위 감상문의 ①, ②에 들어갈 개념어를 추론하여 쓰시오. ①은 활주로와 제트기가 상징하는 대상을, ②는 흰색 이미지가 환기하는 나비의 속성을 가리킨다.</w:t>
            </w:r>
          </w:p>
          <w:p>
            <w:r>
              <w:t>(가)의 마지막 연 전체는 나비의 대결 의지를 드러내는 한 문장이다. 이 문장의 첫 어절과 마지막 어절을 쓰시오. (줄바꿈이나 줄표에서 끊지 말 것)</w:t>
            </w:r>
          </w:p>
          <w:p>
            <w:r>
              <w:t>①, ③은 표에 알맞은 시구를 원문에서 찾아 쓰되 말미 조사는 제외하시오. ②는 민들레가 온 힘을 다해 피어나는 모습의 속성을 추론하여 3자로 쓰시오.</w:t>
            </w:r>
          </w:p>
        </w:tc>
      </w:tr>
      <w:tr>
        <w:tc>
          <w:tcPr>
            <w:tcW w:type="dxa" w:w="1512"/>
          </w:tcPr>
          <w:p>
            <w:r/>
            <w:r>
              <w:t>인쇄 86쪽</w:t>
            </w:r>
          </w:p>
          <w:p>
            <w:r>
              <w:t>PDF 94쪽</w:t>
            </w:r>
          </w:p>
          <w:p>
            <w:r>
              <w:t>KN-097</w:t>
            </w:r>
          </w:p>
          <w:p>
            <w:r>
              <w:t>P1713</w:t>
            </w:r>
          </w:p>
        </w:tc>
        <w:tc>
          <w:tcPr>
            <w:tcW w:type="dxa" w:w="2592"/>
          </w:tcPr>
          <w:p>
            <w:r/>
            <w:r>
              <w:t>1번 인용·출처 설명 및2번 정답·채점 조건</w:t>
            </w:r>
          </w:p>
          <w:p>
            <w:r>
              <w:t>수정 전: 정답선지②④,③하지만헛되어도좋은꿈,배점상 시행누락</w:t>
            </w:r>
          </w:p>
        </w:tc>
        <w:tc>
          <w:tcPr>
            <w:tcW w:type="dxa" w:w="6264"/>
          </w:tcPr>
          <w:p>
            <w:r/>
            <w:r>
              <w:t>적절한선지②④,③헛되어도좋은꿈,시행과서술배점명시</w:t>
            </w:r>
          </w:p>
          <w:p>
            <w:r>
              <w:t>반영 문구</w:t>
            </w:r>
          </w:p>
          <w:p>
            <w:r>
              <w:t>• EBS 연계 방식: 3번 &lt;보기&gt;와 적절한 선지 ②·④, 2번 ㉡의 감상 내용을 재구성하였다. 나비의 대결 의지, 민들레의 수용적 자세와 삶의 의미 추구에 대응하는 시구를 원문에서 찾아 쓰게 한다.</w:t>
            </w:r>
          </w:p>
          <w:p>
            <w:r>
              <w:t>씨 뿌려진 그 자리가 바로 내 자리 ③ 헛되어도 좋은 꿈</w:t>
            </w:r>
          </w:p>
          <w:p>
            <w:r>
              <w:t>③ 헛되어도 좋은 꿈</w:t>
            </w:r>
          </w:p>
          <w:p>
            <w:r>
              <w:t>정답: ① 허망한 광장 ② 내 자리</w:t>
            </w:r>
          </w:p>
          <w:p>
            <w:r>
              <w:t>③ 색채 이미지 / 전력을 다해 샛노랗게 피어 있다</w:t>
            </w:r>
          </w:p>
          <w:p>
            <w:r>
              <w:t>④ 한 댓새를 짐짓 영원인 양하고 / 짧은 생의 허무에 매몰되지 않고 그 시간을 영원처럼 끌어안아 삶의 의미를 추구하는 의지적 태도가 드러난다.</w:t>
            </w:r>
          </w:p>
          <w:p>
            <w:r>
              <w:t>④ 시행 인용 1점 + 허무·의미 사용 각 1점 + 삶을 영원처럼 끌어안는 태도 서술 1점</w:t>
            </w:r>
          </w:p>
        </w:tc>
      </w:tr>
      <w:tr>
        <w:tc>
          <w:tcPr>
            <w:tcW w:type="dxa" w:w="1512"/>
          </w:tcPr>
          <w:p>
            <w:r/>
            <w:r>
              <w:t>인쇄 87쪽</w:t>
            </w:r>
          </w:p>
          <w:p>
            <w:r>
              <w:t>PDF 95쪽</w:t>
            </w:r>
          </w:p>
          <w:p>
            <w:r>
              <w:t>KN-097</w:t>
            </w:r>
          </w:p>
          <w:p>
            <w:r>
              <w:t>P1714</w:t>
            </w:r>
          </w:p>
        </w:tc>
        <w:tc>
          <w:tcPr>
            <w:tcW w:type="dxa" w:w="2592"/>
          </w:tcPr>
          <w:p>
            <w:r/>
            <w:r>
              <w:t>3번 정답·해설·채점 완결문장 및4번 개념어 추론·대결 관계</w:t>
            </w:r>
          </w:p>
          <w:p>
            <w:r>
              <w:t>수정 전: 그/본다와또/본다불일치,신화를대결대상단정</w:t>
            </w:r>
          </w:p>
        </w:tc>
        <w:tc>
          <w:tcPr>
            <w:tcW w:type="dxa" w:w="6264"/>
          </w:tcPr>
          <w:p>
            <w:r/>
            <w:r>
              <w:t>신도/본다 일치,강인함은추론·신화와더불어현실대결</w:t>
            </w:r>
          </w:p>
          <w:p>
            <w:r>
              <w:t>반영 문구</w:t>
            </w:r>
          </w:p>
          <w:p>
            <w:r>
              <w:t>(수용적) ⑤ (첫 어절) 신도 / (마지막 어절) 본다</w:t>
            </w:r>
          </w:p>
          <w:p>
            <w:r>
              <w:t>⑤ (첫 어절) 신도 / (마지막 어절) 본다.</w:t>
            </w:r>
          </w:p>
          <w:p>
            <w:r>
              <w:t>⑤ 마지막 연의 앞 두 행은 신과 기적이 사라진 '유역'을 제시하고, 뒤의 두 행은 그곳에서 대결하는 나비를 서술한다. 줄표와 줄바꿈에서 끊지 않고 연 전체를 읽어 첫 어절 '신도', 마지막 어절 '본다'를 쓴다.</w:t>
            </w:r>
          </w:p>
          <w:p>
            <w:r>
              <w:t>① 마지막 행의 '스스로의 신화와 더불어'에서 말미 조사 '와'를 제외한 '스스로의 신화'를 쓴다.</w:t>
            </w:r>
          </w:p>
          <w:p>
            <w:r>
              <w:t>② '전력을 다해 샛노랗게 피어 있다'는 모습에서 척박한 환경을 이겨 내는 '강인함'을 추론한다.</w:t>
            </w:r>
          </w:p>
        </w:tc>
      </w:tr>
      <w:tr>
        <w:tc>
          <w:tcPr>
            <w:tcW w:type="dxa" w:w="1512"/>
          </w:tcPr>
          <w:p>
            <w:r/>
            <w:r>
              <w:t>인쇄 88쪽</w:t>
            </w:r>
          </w:p>
          <w:p>
            <w:r>
              <w:t>PDF 96쪽</w:t>
            </w:r>
          </w:p>
          <w:p>
            <w:r>
              <w:t>KN-098</w:t>
            </w:r>
          </w:p>
          <w:p>
            <w:r>
              <w:t>P1734</w:t>
            </w:r>
          </w:p>
        </w:tc>
        <w:tc>
          <w:tcPr>
            <w:tcW w:type="dxa" w:w="2592"/>
          </w:tcPr>
          <w:p>
            <w:r/>
            <w:r>
              <w:t>요약1연에2연내용 배치 및②정답노출</w:t>
            </w:r>
          </w:p>
          <w:p>
            <w:r>
              <w:t>수정 전: 1연에모든노래남겨둠,단절희미하게노출</w:t>
            </w:r>
          </w:p>
        </w:tc>
        <w:tc>
          <w:tcPr>
            <w:tcW w:type="dxa" w:w="6264"/>
          </w:tcPr>
          <w:p>
            <w:r/>
            <w:r>
              <w:t>1·2연표시,정답을빈칸으로복원</w:t>
            </w:r>
          </w:p>
          <w:p>
            <w:r>
              <w:t>반영 문구</w:t>
            </w:r>
          </w:p>
          <w:p>
            <w:r>
              <w:t>1·2연</w:t>
            </w:r>
          </w:p>
          <w:p>
            <w:r>
              <w:t>(1)____의 좌절과 과거 열정과의 (2)____</w:t>
            </w:r>
          </w:p>
        </w:tc>
      </w:tr>
      <w:tr>
        <w:tc>
          <w:tcPr>
            <w:tcW w:type="dxa" w:w="1512"/>
          </w:tcPr>
          <w:p>
            <w:r/>
            <w:r>
              <w:t>인쇄 90쪽</w:t>
            </w:r>
          </w:p>
          <w:p>
            <w:r>
              <w:t>PDF 98쪽</w:t>
            </w:r>
          </w:p>
          <w:p>
            <w:r>
              <w:t>KN-098</w:t>
            </w:r>
          </w:p>
          <w:p>
            <w:r>
              <w:t>P1735</w:t>
            </w:r>
          </w:p>
        </w:tc>
        <w:tc>
          <w:tcPr>
            <w:tcW w:type="dxa" w:w="2592"/>
          </w:tcPr>
          <w:p>
            <w:r/>
            <w:r>
              <w:t>1번③조사제외조건·2번가벼움의정의</w:t>
            </w:r>
          </w:p>
          <w:p>
            <w:r>
              <w:t>수정 전: 길을에서길추출조건없음,무게가없어</w:t>
            </w:r>
          </w:p>
        </w:tc>
        <w:tc>
          <w:tcPr>
            <w:tcW w:type="dxa" w:w="6264"/>
          </w:tcPr>
          <w:p>
            <w:r/>
            <w:r>
              <w:t>말미조사제외,무게가적어</w:t>
            </w:r>
          </w:p>
          <w:p>
            <w:r>
              <w:t>반영 문구</w:t>
            </w:r>
          </w:p>
          <w:p>
            <w:r>
              <w:t>• ③은 (나)에서 말미 조사를 제외하여 쓸 것</w:t>
            </w:r>
          </w:p>
          <w:p>
            <w:r>
              <w:t>본래 ( ㉠ )은(는) 무게가 적어 하찮은 것으로 여겨지지</w:t>
            </w:r>
          </w:p>
        </w:tc>
      </w:tr>
      <w:tr>
        <w:tc>
          <w:tcPr>
            <w:tcW w:type="dxa" w:w="1512"/>
          </w:tcPr>
          <w:p>
            <w:r/>
            <w:r>
              <w:t>인쇄 91쪽</w:t>
            </w:r>
          </w:p>
          <w:p>
            <w:r>
              <w:t>PDF 99쪽</w:t>
            </w:r>
          </w:p>
          <w:p>
            <w:r>
              <w:t>KN-098</w:t>
            </w:r>
          </w:p>
          <w:p>
            <w:r>
              <w:t>P1736</w:t>
            </w:r>
          </w:p>
        </w:tc>
        <w:tc>
          <w:tcPr>
            <w:tcW w:type="dxa" w:w="2592"/>
          </w:tcPr>
          <w:p>
            <w:r/>
            <w:r>
              <w:t>3번반복범위와문법조건</w:t>
            </w:r>
          </w:p>
          <w:p>
            <w:r>
              <w:t>수정 전: 각연첫머리,형용사형</w:t>
            </w:r>
          </w:p>
        </w:tc>
        <w:tc>
          <w:tcPr>
            <w:tcW w:type="dxa" w:w="6264"/>
          </w:tcPr>
          <w:p>
            <w:r/>
            <w:r>
              <w:t>일부연첫머리,세음절의말</w:t>
            </w:r>
          </w:p>
          <w:p>
            <w:r>
              <w:t>반영 문구</w:t>
            </w:r>
          </w:p>
          <w:p>
            <w:r>
              <w:t>(가)는 ( ① )(이)라는 시구를 일부 연 첫머리에서 변주·</w:t>
            </w:r>
          </w:p>
          <w:p>
            <w:r>
              <w:t>• ③과 ④는 '-적'으로 끝나는 세 음절의 말로 쓸 것</w:t>
            </w:r>
          </w:p>
        </w:tc>
      </w:tr>
      <w:tr>
        <w:tc>
          <w:tcPr>
            <w:tcW w:type="dxa" w:w="1512"/>
          </w:tcPr>
          <w:p>
            <w:r/>
            <w:r>
              <w:t>인쇄 92쪽</w:t>
            </w:r>
          </w:p>
          <w:p>
            <w:r>
              <w:t>PDF 100쪽</w:t>
            </w:r>
          </w:p>
          <w:p>
            <w:r>
              <w:t>KN-098</w:t>
            </w:r>
          </w:p>
          <w:p>
            <w:r>
              <w:t>P1737</w:t>
            </w:r>
          </w:p>
        </w:tc>
        <w:tc>
          <w:tcPr>
            <w:tcW w:type="dxa" w:w="2592"/>
          </w:tcPr>
          <w:p>
            <w:r/>
            <w:r>
              <w:t>1번원문인용·③조사근거와2번가벼움설명</w:t>
            </w:r>
          </w:p>
          <w:p>
            <w:r>
              <w:t>수정 전: 닫는따옴표다음행,원문과그대로대응단정,무게없음</w:t>
            </w:r>
          </w:p>
        </w:tc>
        <w:tc>
          <w:tcPr>
            <w:tcW w:type="dxa" w:w="6264"/>
          </w:tcPr>
          <w:p>
            <w:r/>
            <w:r>
              <w:t>인용정돈·③길을에서조사제외,가벼움시적의미</w:t>
            </w:r>
          </w:p>
          <w:p>
            <w:r>
              <w:t>반영 문구</w:t>
            </w:r>
          </w:p>
          <w:p>
            <w:r>
              <w:t>• EBS 연계 방식: 3번 &lt;보기&gt;의 역사적·실존적 자아 성찰을 감상문으로 재구성하였다. 적절하지 않은 선지 ②의 '과거를 배제한다'는 해석을 바로잡아 실망을 재산으로 삼는 태도를 읽고, 선지 ③의 상실 이후 기쁨과 (나)의 새로운 삶에 대한 의지를 원문 시구로 찾게 한다.</w:t>
            </w:r>
          </w:p>
          <w:p>
            <w:r>
              <w:t>② '이제 나는 무엇인지 모르게 기쁘고' 바로 다음의 마지막 행 '나의 가슴은 이유 없이 풍성하다'를 그대로 쓴다. 상실 속에서도 느끼는 기쁨과 풍성함은 성찰 이후 새로운 자아를 모색하는 희망적 태도와 연결된다.</w:t>
            </w:r>
          </w:p>
          <w:p>
            <w:r>
              <w:t>③ (나)의 '이제 내 것 가운데 그중 외로움이 아닌 길을'에서 친구들에게 보여 줄 것을 찾는다. 문제 조건에 따라 말미 조사 '을'을 제외한 '외로움이 아닌 길'을 쓴다.</w:t>
            </w:r>
          </w:p>
          <w:p>
            <w:r>
              <w:t>㉠ '실망의 가벼움'과 '역사일지도 모르는'이라는 표현을 연결한다. 화자는 좌절과 상실에서 오는 가벼움을 버리지 않고 자신의 재산으로 받아들인다. 빈칸은 (가) 3연에 반복되는 '가벼움'이다.</w:t>
            </w:r>
          </w:p>
        </w:tc>
      </w:tr>
      <w:tr>
        <w:tc>
          <w:tcPr>
            <w:tcW w:type="dxa" w:w="1512"/>
          </w:tcPr>
          <w:p>
            <w:r/>
            <w:r>
              <w:t>인쇄 93쪽</w:t>
            </w:r>
          </w:p>
          <w:p>
            <w:r>
              <w:t>PDF 101쪽</w:t>
            </w:r>
          </w:p>
          <w:p>
            <w:r>
              <w:t>KN-098</w:t>
            </w:r>
          </w:p>
          <w:p>
            <w:r>
              <w:t>P1738</w:t>
            </w:r>
          </w:p>
        </w:tc>
        <w:tc>
          <w:tcPr>
            <w:tcW w:type="dxa" w:w="2592"/>
          </w:tcPr>
          <w:p>
            <w:r/>
            <w:r>
              <w:t>4번내/네원문인용오류 및3번반복연범위</w:t>
            </w:r>
          </w:p>
          <w:p>
            <w:r>
              <w:t>수정 전: 네여며온,각연첫머리</w:t>
            </w:r>
          </w:p>
        </w:tc>
        <w:tc>
          <w:tcPr>
            <w:tcW w:type="dxa" w:w="6264"/>
          </w:tcPr>
          <w:p>
            <w:r/>
            <w:r>
              <w:t>내여며온,일부연첫머리</w:t>
            </w:r>
          </w:p>
          <w:p>
            <w:r>
              <w:t>반영 문구</w:t>
            </w:r>
          </w:p>
          <w:p>
            <w:r>
              <w:t>한다. (가)에서 일부 연의 첫머리에 놓인 시행을 확인하면 1연과</w:t>
            </w:r>
          </w:p>
          <w:p>
            <w:r>
              <w:t>정답: ① ⓒ ② '고의춤'은 "오랫동안 내 여며온 고의춤에 남은</w:t>
            </w:r>
          </w:p>
          <w:p>
            <w:r>
              <w:t>안 내 여며온 고의춤에 남은 것은 무엇인가"이다. 이는 질문(자</w:t>
            </w:r>
          </w:p>
        </w:tc>
      </w:tr>
      <w:tr>
        <w:tc>
          <w:tcPr>
            <w:tcW w:type="dxa" w:w="1512"/>
          </w:tcPr>
          <w:p>
            <w:r/>
            <w:r>
              <w:t>인쇄 94쪽</w:t>
            </w:r>
          </w:p>
          <w:p>
            <w:r>
              <w:t>PDF 102쪽</w:t>
            </w:r>
          </w:p>
          <w:p>
            <w:r>
              <w:t>KN-099</w:t>
            </w:r>
          </w:p>
          <w:p>
            <w:r>
              <w:t>P1755</w:t>
            </w:r>
          </w:p>
        </w:tc>
        <w:tc>
          <w:tcPr>
            <w:tcW w:type="dxa" w:w="2592"/>
          </w:tcPr>
          <w:p>
            <w:r/>
            <w:r>
              <w:t>요약3연에4연 내용 포함</w:t>
            </w:r>
          </w:p>
          <w:p>
            <w:r>
              <w:t>수정 전: 3연</w:t>
            </w:r>
          </w:p>
        </w:tc>
        <w:tc>
          <w:tcPr>
            <w:tcW w:type="dxa" w:w="6264"/>
          </w:tcPr>
          <w:p>
            <w:r/>
            <w:r>
              <w:t>3·4연</w:t>
            </w:r>
          </w:p>
          <w:p>
            <w:r>
              <w:t>반영 문구</w:t>
            </w:r>
          </w:p>
          <w:p>
            <w:r>
              <w:t>3·4연</w:t>
            </w:r>
          </w:p>
        </w:tc>
      </w:tr>
      <w:tr>
        <w:tc>
          <w:tcPr>
            <w:tcW w:type="dxa" w:w="1512"/>
          </w:tcPr>
          <w:p>
            <w:r/>
            <w:r>
              <w:t>인쇄 96쪽</w:t>
            </w:r>
          </w:p>
          <w:p>
            <w:r>
              <w:t>PDF 104쪽</w:t>
            </w:r>
          </w:p>
          <w:p>
            <w:r>
              <w:t>KN-099</w:t>
            </w:r>
          </w:p>
          <w:p>
            <w:r>
              <w:t>P1756</w:t>
            </w:r>
          </w:p>
        </w:tc>
        <w:tc>
          <w:tcPr>
            <w:tcW w:type="dxa" w:w="2592"/>
          </w:tcPr>
          <w:p>
            <w:r/>
            <w:r>
              <w:t>1번③문장 경계·①어미 제외</w:t>
            </w:r>
          </w:p>
          <w:p>
            <w:r>
              <w:t>수정 전: 모조리/불사르고,허망한에서허망무조건추출</w:t>
            </w:r>
          </w:p>
        </w:tc>
        <w:tc>
          <w:tcPr>
            <w:tcW w:type="dxa" w:w="6264"/>
          </w:tcPr>
          <w:p>
            <w:r/>
            <w:r>
              <w:t>3~4연 완결 문장 홀로/쌓인다,한제외 명시</w:t>
            </w:r>
          </w:p>
          <w:p>
            <w:r>
              <w:t>반영 문구</w:t>
            </w:r>
          </w:p>
          <w:p>
            <w:r>
              <w:t>안을 얻는다. 특히 (가) 3연에서는 '보람'과 '자랑'을 불사르는 행위로 내면적 고통을 드러낸다. 한편 절망을 눈처럼 포근하게 받아들이는 부분에서는 상황에 대한 ( ② )된 인식이 드러난다. 보람과 자랑이 사라지는 절망감을 느끼던 화자가 그 절망을 오히려 포근한 것으로 끌어안는 것이다. 두 작품은 이처럼 모순된 표현을 통해 삶의 고통을 감내하려는 태도를 드러낸다.</w:t>
            </w:r>
          </w:p>
          <w:p>
            <w:r>
              <w:t>빈칸 ①, ②를 쓰시오. ①은 (가)에서 어미 '한'을 제외한 두 글자로, ②는 절망을 포근하게 받아들이는 인식의 변화를 뜻하는 두 글자의 개념어로 쓸 것.</w:t>
            </w:r>
          </w:p>
          <w:p>
            <w:r>
              <w:t>③ (가)에서 보람과 자랑을 불사르는 내용으로 시작하는 3~4연 전체 문장의 첫 어절과 마지막 어절을 쓰시오.</w:t>
            </w:r>
          </w:p>
        </w:tc>
      </w:tr>
      <w:tr>
        <w:tc>
          <w:tcPr>
            <w:tcW w:type="dxa" w:w="1512"/>
          </w:tcPr>
          <w:p>
            <w:r/>
            <w:r>
              <w:t>인쇄 97쪽</w:t>
            </w:r>
          </w:p>
          <w:p>
            <w:r>
              <w:t>PDF 105쪽</w:t>
            </w:r>
          </w:p>
          <w:p>
            <w:r>
              <w:t>KN-099</w:t>
            </w:r>
          </w:p>
          <w:p>
            <w:r>
              <w:t>P1757</w:t>
            </w:r>
          </w:p>
        </w:tc>
        <w:tc>
          <w:tcPr>
            <w:tcW w:type="dxa" w:w="2592"/>
          </w:tcPr>
          <w:p>
            <w:r/>
            <w:r>
              <w:t>3번③지시 누락 및4번㉠문장 경계</w:t>
            </w:r>
          </w:p>
          <w:p>
            <w:r>
              <w:t>수정 전: ①②만지시,불사르고를문장끝처리</w:t>
            </w:r>
          </w:p>
        </w:tc>
        <w:tc>
          <w:tcPr>
            <w:tcW w:type="dxa" w:w="6264"/>
          </w:tcPr>
          <w:p>
            <w:r/>
            <w:r>
              <w:t>①~③지시·조사제외,3~4연 전체문장</w:t>
            </w:r>
          </w:p>
          <w:p>
            <w:r>
              <w:t>반영 문구</w:t>
            </w:r>
          </w:p>
          <w:p>
            <w:r>
              <w:t>①~③의 시어·시구를 찾으시오. ①은 조사를 제외하고, ②는 3연의 첫 두 행, ③은 마지막 연의 마지막 두 행을 쓸 것.</w:t>
            </w:r>
          </w:p>
          <w:p>
            <w:r>
              <w:t>다음 〈보기〉에서 ㉠에 해당하는 문장과 ㉡·㉢에 해당하는 시행을 찾아 각각의 조건에 맞게 쓰시오.</w:t>
            </w:r>
          </w:p>
          <w:p>
            <w:r>
              <w:t>㉠ (가)에서 보람과 자랑을 불사르는 내용으로 시작하는 3~4연의 문장 전체. (첫 어절과 마지막 어절을 조사까지 포함하여 쓸 것)</w:t>
            </w:r>
          </w:p>
        </w:tc>
      </w:tr>
      <w:tr>
        <w:tc>
          <w:tcPr>
            <w:tcW w:type="dxa" w:w="1512"/>
          </w:tcPr>
          <w:p>
            <w:r/>
            <w:r>
              <w:t>인쇄 98쪽</w:t>
            </w:r>
          </w:p>
          <w:p>
            <w:r>
              <w:t>PDF 106쪽</w:t>
            </w:r>
          </w:p>
          <w:p>
            <w:r>
              <w:t>KN-099</w:t>
            </w:r>
          </w:p>
          <w:p>
            <w:r>
              <w:t>P1758</w:t>
            </w:r>
          </w:p>
        </w:tc>
        <w:tc>
          <w:tcPr>
            <w:tcW w:type="dxa" w:w="2592"/>
          </w:tcPr>
          <w:p>
            <w:r/>
            <w:r>
              <w:t>1번③정답 경계·2번 예시와역설적 조건</w:t>
            </w:r>
          </w:p>
          <w:p>
            <w:r>
              <w:t>수정 전: 모조리/불사르고,역설법도인정,②분량초과</w:t>
            </w:r>
          </w:p>
        </w:tc>
        <w:tc>
          <w:tcPr>
            <w:tcW w:type="dxa" w:w="6264"/>
          </w:tcPr>
          <w:p>
            <w:r/>
            <w:r>
              <w:t>홀로/쌓인다,역설,②50자예시</w:t>
            </w:r>
          </w:p>
          <w:p>
            <w:r>
              <w:t>반영 문구</w:t>
            </w:r>
          </w:p>
          <w:p>
            <w:r>
              <w:t>• EBS 연계 방식: 4번 〈보기〉의 고통과 위안, 모순된 표현의 논리를 재구성하였다. ①은 '허망한'에서 어미를 제외하여 쓰고, ②는 인식의 변화를 개념어로 답한다. ③은 추상적 가치를 불사르는 내용이 포함된 3~4연의 완결 문장을 찾아 경계를 확인한다.</w:t>
            </w:r>
          </w:p>
          <w:p>
            <w:r>
              <w:t>정답: ① 허망 ② 전환</w:t>
            </w:r>
          </w:p>
          <w:p>
            <w:r>
              <w:t>③ 첫 어절: 홀로 / 마지막 어절: 쌓인다</w:t>
            </w:r>
          </w:p>
          <w:p>
            <w:r>
              <w:t>③ '홀로 지니던 값진 보람과'로 시작하는 문장을 찾는다. '불사르고'는 연결 어미로 끝나므로 문장의 끝이 아니다. '썩어 가면은' 뒤에도 4연의 눈발이 내리는 내용이 이어진다. 따라서 3~4연 전체 문장을 읽어 첫 어절 '홀로', 마지막 어절 '쌓인다'를 쓴다.</w:t>
            </w:r>
          </w:p>
          <w:p>
            <w:r>
              <w:t>정답: ① 역설</w:t>
            </w:r>
          </w:p>
          <w:p>
            <w:r>
              <w:t>② (가)는 내리고 쌓이는 눈이라는 자연 현상에, (나)는 유등제라는 의식(儀式)에 의지한다. (50자)</w:t>
            </w:r>
          </w:p>
          <w:p>
            <w:r>
              <w:t>③ 눈은 내리는 상황이 끝나고 쌓인 눈도 녹기 마련인 일시적 현상이므로 고통을 근본적으로 제거하지 못하기 때문이다. (62자)</w:t>
            </w:r>
          </w:p>
          <w:p>
            <w:r>
              <w:t>적설은 일시적인 것' 논리와 ⑤번 선지의 '모순된 표현(역설)을 통</w:t>
            </w:r>
          </w:p>
          <w:p>
            <w:r>
              <w:t>① 역설 ('적'은 빈칸 뒤에 제시됨)</w:t>
            </w:r>
          </w:p>
        </w:tc>
      </w:tr>
      <w:tr>
        <w:tc>
          <w:tcPr>
            <w:tcW w:type="dxa" w:w="1512"/>
          </w:tcPr>
          <w:p>
            <w:r/>
            <w:r>
              <w:t>인쇄 99쪽</w:t>
            </w:r>
          </w:p>
          <w:p>
            <w:r>
              <w:t>PDF 107쪽</w:t>
            </w:r>
          </w:p>
          <w:p>
            <w:r>
              <w:t>KN-099</w:t>
            </w:r>
          </w:p>
          <w:p>
            <w:r>
              <w:t>P1759</w:t>
            </w:r>
          </w:p>
        </w:tc>
        <w:tc>
          <w:tcPr>
            <w:tcW w:type="dxa" w:w="2592"/>
          </w:tcPr>
          <w:p>
            <w:r/>
            <w:r>
              <w:t>3번꽃다발연번호·4번㉠문장정답</w:t>
            </w:r>
          </w:p>
          <w:p>
            <w:r>
              <w:t>수정 전: 꽃다발2·4연,빛나는/불사르고</w:t>
            </w:r>
          </w:p>
        </w:tc>
        <w:tc>
          <w:tcPr>
            <w:tcW w:type="dxa" w:w="6264"/>
          </w:tcPr>
          <w:p>
            <w:r/>
            <w:r>
              <w:t>꽃다발4연,홀로/쌓인다</w:t>
            </w:r>
          </w:p>
          <w:p>
            <w:r>
              <w:t>반영 문구</w:t>
            </w:r>
          </w:p>
          <w:p>
            <w:r>
              <w:t>주목하면, 4연에서 반복되는 '꽃다발처럼'을 찾을 수 있고, 여</w:t>
            </w:r>
          </w:p>
          <w:p>
            <w:r>
              <w:t>분석 표현과 4번 선지 ⑤('절망이란 눈처럼 포근하다', '눈</w:t>
            </w:r>
          </w:p>
          <w:p>
            <w:r>
              <w:t>정답: ㉠ 첫 어절: 홀로 / 마지막 어절: 쌓인다</w:t>
            </w:r>
          </w:p>
          <w:p>
            <w:r>
              <w:t>㉡ 나리는 눈처럼 포근하고나. ㉢ 그 눈물 글썽이는 축복의 제의를</w:t>
            </w:r>
          </w:p>
          <w:p>
            <w:r>
              <w:t>㉠은 (가) 3연의 '홀로 지니던 값진 보람과'에서 시작한다. '불사르고'와 '썩어 가면은'에서 문장을 끊지 않고 4연의 '하이얀 눈발이 / 나려 쌓인다'까지 읽는다. 첫 어절은 '홀로', 마지막 어절은 '쌓인다'이다. ㉡·㉢은 이와 달리 문제에 지정된 한 시행 전체를 옮긴다.</w:t>
            </w:r>
          </w:p>
          <w:p>
            <w:r>
              <w:t>㉠ 첫 어절: 홀로 / 마지막 어절: 쌓인다</w:t>
            </w:r>
          </w:p>
        </w:tc>
      </w:tr>
      <w:tr>
        <w:tc>
          <w:tcPr>
            <w:tcW w:type="dxa" w:w="1512"/>
          </w:tcPr>
          <w:p>
            <w:r/>
            <w:r>
              <w:t>인쇄 101쪽</w:t>
            </w:r>
          </w:p>
          <w:p>
            <w:r>
              <w:t>PDF 109쪽</w:t>
            </w:r>
          </w:p>
          <w:p>
            <w:r>
              <w:t>KN-100</w:t>
            </w:r>
          </w:p>
          <w:p>
            <w:r>
              <w:t>P1773</w:t>
            </w:r>
          </w:p>
        </w:tc>
        <w:tc>
          <w:tcPr>
            <w:tcW w:type="dxa" w:w="2592"/>
          </w:tcPr>
          <w:p>
            <w:r/>
            <w:r>
              <w:t>요약정답 폭설 한 글자 고립</w:t>
            </w:r>
          </w:p>
          <w:p>
            <w:r>
              <w:t>수정 전: 요약정답 폭설 한 글자 고립</w:t>
            </w:r>
          </w:p>
        </w:tc>
        <w:tc>
          <w:tcPr>
            <w:tcW w:type="dxa" w:w="6264"/>
          </w:tcPr>
          <w:p>
            <w:r/>
            <w:r>
              <w:t>원문·조건·정답 정합 및 원본 크기 편집</w:t>
            </w:r>
          </w:p>
          <w:p>
            <w:r>
              <w:t>반영 문구</w:t>
            </w:r>
          </w:p>
          <w:p>
            <w:r>
              <w:t>(1) 해일  (2) 굴뚝새  (3) 눈보라  (4) 위기  (5) 눈보라의 군단</w:t>
            </w:r>
          </w:p>
          <w:p>
            <w:r>
              <w:t>(6) 백색의 계엄령  (7) 뒷간  (8) 솔개  (9) 억압적인  (10) 폭설</w:t>
            </w:r>
          </w:p>
        </w:tc>
      </w:tr>
      <w:tr>
        <w:tc>
          <w:tcPr>
            <w:tcW w:type="dxa" w:w="1512"/>
          </w:tcPr>
          <w:p>
            <w:r/>
            <w:r>
              <w:t>인쇄 102쪽</w:t>
            </w:r>
          </w:p>
          <w:p>
            <w:r>
              <w:t>PDF 110쪽</w:t>
            </w:r>
          </w:p>
          <w:p>
            <w:r>
              <w:t>KN-100</w:t>
            </w:r>
          </w:p>
          <w:p>
            <w:r>
              <w:t>P1774</w:t>
            </w:r>
          </w:p>
        </w:tc>
        <w:tc>
          <w:tcPr>
            <w:tcW w:type="dxa" w:w="2592"/>
          </w:tcPr>
          <w:p>
            <w:r/>
            <w:r>
              <w:t>1번②추출 범위 불명확·2번③답안 노출</w:t>
            </w:r>
          </w:p>
          <w:p>
            <w:r>
              <w:t>수정 전: 1번②추출 범위 불명확·2번③답안 노출</w:t>
            </w:r>
          </w:p>
        </w:tc>
        <w:tc>
          <w:tcPr>
            <w:tcW w:type="dxa" w:w="6264"/>
          </w:tcPr>
          <w:p>
            <w:r/>
            <w:r>
              <w:t>원문·조건·정답 정합 및 원본 크기 편집</w:t>
            </w:r>
          </w:p>
          <w:p>
            <w:r>
              <w:t>반영 문구</w:t>
            </w:r>
          </w:p>
          <w:p>
            <w:r>
              <w:t>①에 해당하는 시행과 ②에 해당하는 시구를 쓰시오. ②는 (나)의 마지막 행에서 두 어절로 쓸 것.</w:t>
            </w:r>
          </w:p>
          <w:p>
            <w:r>
              <w:t>(가)의 ㉠'집 통'과 (나)의 ㉡'뒷간'의 성격 차이를 각 새의 입장에서 서술하시오. '㉠은 ~한 공간이고, ㉡은 ~한 공간이다.'의 형식으로 한 문장으로 쓸 것.</w:t>
            </w:r>
          </w:p>
        </w:tc>
      </w:tr>
      <w:tr>
        <w:tc>
          <w:tcPr>
            <w:tcW w:type="dxa" w:w="1512"/>
          </w:tcPr>
          <w:p>
            <w:r/>
            <w:r>
              <w:t>인쇄 103쪽</w:t>
            </w:r>
          </w:p>
          <w:p>
            <w:r>
              <w:t>PDF 111쪽</w:t>
            </w:r>
          </w:p>
          <w:p>
            <w:r>
              <w:t>KN-100</w:t>
            </w:r>
          </w:p>
          <w:p>
            <w:r>
              <w:t>P1775</w:t>
            </w:r>
          </w:p>
        </w:tc>
        <w:tc>
          <w:tcPr>
            <w:tcW w:type="dxa" w:w="2592"/>
          </w:tcPr>
          <w:p>
            <w:r/>
            <w:r>
              <w:t>3번④정답 노출·4번②마지막행 특정</w:t>
            </w:r>
          </w:p>
          <w:p>
            <w:r>
              <w:t>수정 전: 3번④정답 노출·4번②마지막행 특정</w:t>
            </w:r>
          </w:p>
        </w:tc>
        <w:tc>
          <w:tcPr>
            <w:tcW w:type="dxa" w:w="6264"/>
          </w:tcPr>
          <w:p>
            <w:r/>
            <w:r>
              <w:t>원문·조건·정답 정합 및 원본 크기 편집</w:t>
            </w:r>
          </w:p>
          <w:p>
            <w:r>
              <w:t>반영 문구</w:t>
            </w:r>
          </w:p>
          <w:p>
            <w:r>
              <w:t>(가)의 ㉠'집 통'과 (나)의 ㉡'뒷간'은 각각의 시적 대상이 처한 상황과 관련된 공간이다. 두 공간의 성격 차이를 아래 조건에 맞게 한 문장으로 서술하시오.</w:t>
            </w:r>
          </w:p>
          <w:p>
            <w:r>
              <w:t>하여 작품의 마지막 행에 나오는 시구 ( ② )은/는 1980년</w:t>
            </w:r>
          </w:p>
        </w:tc>
      </w:tr>
      <w:tr>
        <w:tc>
          <w:tcPr>
            <w:tcW w:type="dxa" w:w="1512"/>
          </w:tcPr>
          <w:p>
            <w:r/>
            <w:r>
              <w:t>인쇄 104쪽</w:t>
            </w:r>
          </w:p>
          <w:p>
            <w:r>
              <w:t>PDF 112쪽</w:t>
            </w:r>
          </w:p>
          <w:p>
            <w:r>
              <w:t>KN-100</w:t>
            </w:r>
          </w:p>
          <w:p>
            <w:r>
              <w:t>P1776</w:t>
            </w:r>
          </w:p>
        </w:tc>
        <w:tc>
          <w:tcPr>
            <w:tcW w:type="dxa" w:w="2592"/>
          </w:tcPr>
          <w:p>
            <w:r/>
            <w:r>
              <w:t>1번해설의없는단서·정답직접제시 단정·2번소문항번호</w:t>
            </w:r>
          </w:p>
          <w:p>
            <w:r>
              <w:t>수정 전: 1번해설의없는단서·정답직접제시 단정·2번소문항번호</w:t>
            </w:r>
          </w:p>
        </w:tc>
        <w:tc>
          <w:tcPr>
            <w:tcW w:type="dxa" w:w="6264"/>
          </w:tcPr>
          <w:p>
            <w:r/>
            <w:r>
              <w:t>원문·조건·정답 정합 및 원본 크기 편집</w:t>
            </w:r>
          </w:p>
          <w:p>
            <w:r>
              <w:t>반영 문구</w:t>
            </w:r>
          </w:p>
          <w:p>
            <w:r>
              <w:t>① 〈보기〉의 '날아오를 공간조차 허용되지 않는다'는 설명을 근거로 (가)의 해당 시행을 찾는다. '비둘기가 날아 볼 하늘이 없다'가 그 부자유한 처지를 직접 드러낸다.</w:t>
            </w:r>
          </w:p>
          <w:p>
            <w:r>
              <w:t>② 군사적 의미를 지닌 표현 중 문제에서 지정한 마지막 행을 확인한다. '백색의 계엄령'은 두 어절이며 폭압적 시대 상황을 드러낸다. '눈보라의 군단'도 군사적 표현이지만 마지막 행의 시구가 아니므로 이 빈칸의 정답은 아니다.</w:t>
            </w:r>
          </w:p>
          <w:p>
            <w:r>
              <w:t>공간 / ㉡=숨기 위해 찾아든 공간)의 서술을 소문항 2의 지</w:t>
            </w:r>
          </w:p>
        </w:tc>
      </w:tr>
      <w:tr>
        <w:tc>
          <w:tcPr>
            <w:tcW w:type="dxa" w:w="1512"/>
          </w:tcPr>
          <w:p>
            <w:r/>
            <w:r>
              <w:t>인쇄 105쪽</w:t>
            </w:r>
          </w:p>
          <w:p>
            <w:r>
              <w:t>PDF 113쪽</w:t>
            </w:r>
          </w:p>
          <w:p>
            <w:r>
              <w:t>KN-100</w:t>
            </w:r>
          </w:p>
          <w:p>
            <w:r>
              <w:t>P1777</w:t>
            </w:r>
          </w:p>
        </w:tc>
        <w:tc>
          <w:tcPr>
            <w:tcW w:type="dxa" w:w="2592"/>
          </w:tcPr>
          <w:p>
            <w:r/>
            <w:r>
              <w:t>3번선지번호오류·4번허용답안불일치·인용행번호</w:t>
            </w:r>
          </w:p>
          <w:p>
            <w:r>
              <w:t>수정 전: 3번선지번호오류·4번허용답안불일치·인용행번호</w:t>
            </w:r>
          </w:p>
        </w:tc>
        <w:tc>
          <w:tcPr>
            <w:tcW w:type="dxa" w:w="6264"/>
          </w:tcPr>
          <w:p>
            <w:r/>
            <w:r>
              <w:t>원문·조건·정답 정합 및 원본 크기 편집</w:t>
            </w:r>
          </w:p>
          <w:p>
            <w:r>
              <w:t>반영 문구</w:t>
            </w:r>
          </w:p>
          <w:p>
            <w:r>
              <w:t>거의 그대로 이식한 뒤, ①·② 선지의 서술형 설명(‘수많은</w:t>
            </w:r>
          </w:p>
          <w:p>
            <w:r>
              <w:t>정답: ① 포스터 ② 백색의 계엄령</w:t>
            </w:r>
          </w:p>
          <w:p>
            <w:r>
              <w:t>② 백색의 계엄령</w:t>
            </w:r>
          </w:p>
          <w:p>
            <w:r>
              <w:t>① 비둘기를 가두고 있는 인위적 소재를 찾는다. (가) 1행의 '포스터 속에 들어앉아'와 20행의 '그는 찍어 낸 포스터'에 공통으로 나오는 '포스터'이다. 문제의 한 단어 조건에 맞게 수식어를 붙이지 않고 쓴다.</w:t>
            </w:r>
          </w:p>
          <w:p>
            <w:r>
              <w:t>② '눈보라의 군단'과 '백색의 계엄령'은 모두 군사적 의미를 지닌다. 이 문항은 작품의 마지막 행에 나오는 두 어절을 요구하므로 '백색의 계엄령'을 쓴다. '눈보라의 군단'은 마지막 행에 없으며, '계엄령'만 쓰면 두 어절 조건을 충족하지 못한다.</w:t>
            </w:r>
          </w:p>
        </w:tc>
      </w:tr>
      <w:tr>
        <w:tc>
          <w:tcPr>
            <w:tcW w:type="dxa" w:w="1512"/>
          </w:tcPr>
          <w:p>
            <w:r/>
            <w:r>
              <w:t>인쇄 106쪽</w:t>
            </w:r>
          </w:p>
          <w:p>
            <w:r>
              <w:t>PDF 114쪽</w:t>
            </w:r>
          </w:p>
          <w:p>
            <w:r>
              <w:t>KN-101</w:t>
            </w:r>
          </w:p>
          <w:p>
            <w:r>
              <w:t>P1790</w:t>
            </w:r>
          </w:p>
        </w:tc>
        <w:tc>
          <w:tcPr>
            <w:tcW w:type="dxa" w:w="2592"/>
          </w:tcPr>
          <w:p>
            <w:r/>
            <w:r>
              <w:t>요약 우박을 시련으로 오독</w:t>
            </w:r>
          </w:p>
          <w:p>
            <w:r>
              <w:t>수정 전: 요약 우박을 시련으로 오독</w:t>
            </w:r>
          </w:p>
        </w:tc>
        <w:tc>
          <w:tcPr>
            <w:tcW w:type="dxa" w:w="6264"/>
          </w:tcPr>
          <w:p>
            <w:r/>
            <w:r>
              <w:t>원문·조건·정답 일치</w:t>
            </w:r>
          </w:p>
          <w:p>
            <w:r>
              <w:t>반영 문구</w:t>
            </w:r>
          </w:p>
          <w:p>
            <w:r>
              <w:t>• (1)____에도 쓰러지지 않고 우박처럼 붉은 꽃들을 매달음 → 백일홍의 강인한 (2)____</w:t>
            </w:r>
          </w:p>
          <w:p>
            <w:r>
              <w:t>• 우박은 쏟아지듯 피어난 붉은 꽃들을 빗댄 표현임</w:t>
            </w:r>
          </w:p>
        </w:tc>
      </w:tr>
      <w:tr>
        <w:tc>
          <w:tcPr>
            <w:tcW w:type="dxa" w:w="1512"/>
          </w:tcPr>
          <w:p>
            <w:r/>
            <w:r>
              <w:t>인쇄 108쪽</w:t>
            </w:r>
          </w:p>
          <w:p>
            <w:r>
              <w:t>PDF 116쪽</w:t>
            </w:r>
          </w:p>
          <w:p>
            <w:r>
              <w:t>KN-101</w:t>
            </w:r>
          </w:p>
          <w:p>
            <w:r>
              <w:t>P1791</w:t>
            </w:r>
          </w:p>
        </w:tc>
        <w:tc>
          <w:tcPr>
            <w:tcW w:type="dxa" w:w="2592"/>
          </w:tcPr>
          <w:p>
            <w:r/>
            <w:r>
              <w:t>1번색채어/시구혼동·①조사제외·②범위</w:t>
            </w:r>
          </w:p>
          <w:p>
            <w:r>
              <w:t>수정 전: 1번색채어/시구혼동·①조사제외·②범위</w:t>
            </w:r>
          </w:p>
        </w:tc>
        <w:tc>
          <w:tcPr>
            <w:tcW w:type="dxa" w:w="6264"/>
          </w:tcPr>
          <w:p>
            <w:r/>
            <w:r>
              <w:t>원문·조건·정답 일치</w:t>
            </w:r>
          </w:p>
          <w:p>
            <w:r>
              <w:t>반영 문구</w:t>
            </w:r>
          </w:p>
          <w:p>
            <w:r>
              <w:t>맺은 결실인 '( ① )'(이)라는 시구는 그 강인한 생명력</w:t>
            </w:r>
          </w:p>
          <w:p>
            <w:r>
              <w:t>미지를 '( ③ )'(이)라는 시구를 통해 선명하게 제시함으</w:t>
            </w:r>
          </w:p>
          <w:p>
            <w:r>
              <w:t>키는 시어를 4자로 쓸 것(띄어쓰기 포함)</w:t>
            </w:r>
          </w:p>
          <w:p>
            <w:r>
              <w:t>• ①, ③은 색채어가 포함된 두 어절의 시구를 쓸 것. ①은 말미 조사 '을'을 제외할 것</w:t>
            </w:r>
          </w:p>
        </w:tc>
      </w:tr>
      <w:tr>
        <w:tc>
          <w:tcPr>
            <w:tcW w:type="dxa" w:w="1512"/>
          </w:tcPr>
          <w:p>
            <w:r/>
            <w:r>
              <w:t>인쇄 109쪽</w:t>
            </w:r>
          </w:p>
          <w:p>
            <w:r>
              <w:t>PDF 117쪽</w:t>
            </w:r>
          </w:p>
          <w:p>
            <w:r>
              <w:t>KN-101</w:t>
            </w:r>
          </w:p>
          <w:p>
            <w:r>
              <w:t>P1792</w:t>
            </w:r>
          </w:p>
        </w:tc>
        <w:tc>
          <w:tcPr>
            <w:tcW w:type="dxa" w:w="2592"/>
          </w:tcPr>
          <w:p>
            <w:r/>
            <w:r>
              <w:t>3번한의문법설명·4번수정형식과근거조건·인용</w:t>
            </w:r>
          </w:p>
          <w:p>
            <w:r>
              <w:t>수정 전: 3번한의문법설명·4번수정형식과근거조건·인용</w:t>
            </w:r>
          </w:p>
        </w:tc>
        <w:tc>
          <w:tcPr>
            <w:tcW w:type="dxa" w:w="6264"/>
          </w:tcPr>
          <w:p>
            <w:r/>
            <w:r>
              <w:t>원문·조건·정답 일치</w:t>
            </w:r>
          </w:p>
          <w:p>
            <w:r>
              <w:t>반영 문구</w:t>
            </w:r>
          </w:p>
          <w:p>
            <w:r>
              <w:t>• 빈칸 ③은 윗글 (나)의 색채어에서 끝의 '한'을 제외하</w:t>
            </w:r>
          </w:p>
          <w:p>
            <w:r>
              <w:t>① 적절하지 않은 진술의 기호를 쓰시오. ② 시구의 의미와 나무·화자의 동일시를 근거로 이유를 서술하시오. ③ 잘못된 진술을 올바른 문장으로 고쳐 쓰시오.</w:t>
            </w:r>
          </w:p>
          <w:p>
            <w:r>
              <w:t>㉮ (가)의 화자는 거듭된 폭풍에도 쓰러지지 않은 백일홍을 관찰한다. 폭풍의 한가운데서 시련을 견딘 자신과 백일홍이 유사한 처지에 있음을 인식하고 있다.</w:t>
            </w:r>
          </w:p>
        </w:tc>
      </w:tr>
      <w:tr>
        <w:tc>
          <w:tcPr>
            <w:tcW w:type="dxa" w:w="1512"/>
          </w:tcPr>
          <w:p>
            <w:r/>
            <w:r>
              <w:t>인쇄 110쪽</w:t>
            </w:r>
          </w:p>
          <w:p>
            <w:r>
              <w:t>PDF 118쪽</w:t>
            </w:r>
          </w:p>
          <w:p>
            <w:r>
              <w:t>KN-101</w:t>
            </w:r>
          </w:p>
          <w:p>
            <w:r>
              <w:t>P1793</w:t>
            </w:r>
          </w:p>
        </w:tc>
        <w:tc>
          <w:tcPr>
            <w:tcW w:type="dxa" w:w="2592"/>
          </w:tcPr>
          <w:p>
            <w:r/>
            <w:r>
              <w:t>1번①시구설명·②그나무와조건확인</w:t>
            </w:r>
          </w:p>
          <w:p>
            <w:r>
              <w:t>수정 전: 1번①시구설명·②그나무와조건확인</w:t>
            </w:r>
          </w:p>
        </w:tc>
        <w:tc>
          <w:tcPr>
            <w:tcW w:type="dxa" w:w="6264"/>
          </w:tcPr>
          <w:p>
            <w:r/>
            <w:r>
              <w:t>원문·조건·정답 일치</w:t>
            </w:r>
          </w:p>
          <w:p>
            <w:r>
              <w:t>반영 문구</w:t>
            </w:r>
          </w:p>
          <w:p>
            <w:r>
              <w:t>① 결실인 꽃을 가리키면서 색채어가 포함된 두 어절의 시구를 찾는다. (가) 1연의 '붉은 꽃들을'에서 문제 조건에 따라 말미 조사 '을'을 제외한 '붉은 꽃들'을 쓴다. '붉은'은 색채어이고 '붉은 꽃들'은 그 색채어가 포함된 시구이다.</w:t>
            </w:r>
          </w:p>
          <w:p>
            <w:r>
              <w:t>② 화자가 동질감을 느끼는 대상은 늦된 나무이다. (나) 원문의 '그 나무'는 띄어쓰기 포함 4자이므로 조건에 맞는다. '나무'만 쓰면 2자이므로 조건에 맞지 않는다.</w:t>
            </w:r>
          </w:p>
        </w:tc>
      </w:tr>
      <w:tr>
        <w:tc>
          <w:tcPr>
            <w:tcW w:type="dxa" w:w="1512"/>
          </w:tcPr>
          <w:p>
            <w:r/>
            <w:r>
              <w:t>인쇄 111쪽</w:t>
            </w:r>
          </w:p>
          <w:p>
            <w:r>
              <w:t>PDF 119쪽</w:t>
            </w:r>
          </w:p>
          <w:p>
            <w:r>
              <w:t>KN-101</w:t>
            </w:r>
          </w:p>
          <w:p>
            <w:r>
              <w:t>P1794</w:t>
            </w:r>
          </w:p>
        </w:tc>
        <w:tc>
          <w:tcPr>
            <w:tcW w:type="dxa" w:w="2592"/>
          </w:tcPr>
          <w:p>
            <w:r/>
            <w:r>
              <w:t>3번한문법설명·4번미제시근거수조건</w:t>
            </w:r>
          </w:p>
          <w:p>
            <w:r>
              <w:t>수정 전: 3번한문법설명·4번미제시근거수조건</w:t>
            </w:r>
          </w:p>
        </w:tc>
        <w:tc>
          <w:tcPr>
            <w:tcW w:type="dxa" w:w="6264"/>
          </w:tcPr>
          <w:p>
            <w:r/>
            <w:r>
              <w:t>원문·조건·정답 일치</w:t>
            </w:r>
          </w:p>
          <w:p>
            <w:r>
              <w:t>반영 문구</w:t>
            </w:r>
          </w:p>
          <w:p>
            <w:r>
              <w:t>끝의 '한'을 제외한 두 글자 '푸릇'을 쓴다. 또한 보라의 마지막</w:t>
            </w:r>
          </w:p>
          <w:p>
            <w:r>
              <w:t>음임을 함께 서술한다. (시구의 의미와 동일시를 모두 제시)</w:t>
            </w:r>
          </w:p>
        </w:tc>
      </w:tr>
      <w:tr>
        <w:tc>
          <w:tcPr>
            <w:tcW w:type="dxa" w:w="1512"/>
          </w:tcPr>
          <w:p>
            <w:r/>
            <w:r>
              <w:t>인쇄 113쪽</w:t>
            </w:r>
          </w:p>
          <w:p>
            <w:r>
              <w:t>PDF 121쪽</w:t>
            </w:r>
          </w:p>
          <w:p>
            <w:r>
              <w:t>KN-102</w:t>
            </w:r>
          </w:p>
          <w:p>
            <w:r>
              <w:t>P1799</w:t>
            </w:r>
          </w:p>
        </w:tc>
        <w:tc>
          <w:tcPr>
            <w:tcW w:type="dxa" w:w="2592"/>
          </w:tcPr>
          <w:p>
            <w:r/>
            <w:r>
              <w:t>요약 마지막 함 고립 편집</w:t>
            </w:r>
          </w:p>
          <w:p>
            <w:r>
              <w:t>수정 전: 요약 마지막 함 고립 편집</w:t>
            </w:r>
          </w:p>
        </w:tc>
        <w:tc>
          <w:tcPr>
            <w:tcW w:type="dxa" w:w="6264"/>
          </w:tcPr>
          <w:p>
            <w:r/>
            <w:r>
              <w:t>완전한 문장 범위·조건·정답 일치</w:t>
            </w:r>
          </w:p>
          <w:p>
            <w:r>
              <w:t>반영 문구</w:t>
            </w:r>
          </w:p>
          <w:p>
            <w:r>
              <w:t>• 아픈 상처(금)를 몸의 일부처럼 수용함 → 서로를 (8)____하여 성숙하고 아름다운 관계를 소망함</w:t>
            </w:r>
          </w:p>
        </w:tc>
      </w:tr>
      <w:tr>
        <w:tc>
          <w:tcPr>
            <w:tcW w:type="dxa" w:w="1512"/>
          </w:tcPr>
          <w:p>
            <w:r/>
            <w:r>
              <w:t>인쇄 114쪽</w:t>
            </w:r>
          </w:p>
          <w:p>
            <w:r>
              <w:t>PDF 122쪽</w:t>
            </w:r>
          </w:p>
          <w:p>
            <w:r>
              <w:t>KN-102</w:t>
            </w:r>
          </w:p>
          <w:p>
            <w:r>
              <w:t>P1800</w:t>
            </w:r>
          </w:p>
        </w:tc>
        <w:tc>
          <w:tcPr>
            <w:tcW w:type="dxa" w:w="2592"/>
          </w:tcPr>
          <w:p>
            <w:r/>
            <w:r>
              <w:t>1번 문장경계·빈칸 형식·차의마음 추출조건 및2번기능조건</w:t>
            </w:r>
          </w:p>
          <w:p>
            <w:r>
              <w:t>수정 전: 1번 문장경계·빈칸 형식·차의마음 추출조건 및2번기능조건</w:t>
            </w:r>
          </w:p>
        </w:tc>
        <w:tc>
          <w:tcPr>
            <w:tcW w:type="dxa" w:w="6264"/>
          </w:tcPr>
          <w:p>
            <w:r/>
            <w:r>
              <w:t>완전한 문장 범위·조건·정답 일치</w:t>
            </w:r>
          </w:p>
          <w:p>
            <w:r>
              <w:t>반영 문구</w:t>
            </w:r>
          </w:p>
          <w:p>
            <w:r>
              <w:t>신유형:  문장  첫·끝  어절</w:t>
            </w:r>
          </w:p>
          <w:p>
            <w:r>
              <w:t>㉠, ㉡에 해당하는 문장 전체를 (가)에서 찾아 첫 어절과 마지막 어절을 쓰시오(문장부호 제외). 쉼표·행갈이에서는 끊지 마시오. ㉢은 (나)에서 조사 등을 제외한 네 글자의 시구로 쓰시오(띄어쓰기 제외).</w:t>
            </w:r>
          </w:p>
          <w:p>
            <w:r>
              <w:t>(가)와 (나)의 화자는 거리가 발생한 상황에서 긍정적 이면을 발견하는 역설적 인식을 보여 준다.</w:t>
            </w:r>
          </w:p>
          <w:p>
            <w:r>
              <w:t>㉠ (가)에서 대상을 열거하면서, 멀리 있어 손에 닿을 수 없다는 점을 아름다움의 근거로 삼는 문장을 찾는다.</w:t>
            </w:r>
          </w:p>
          <w:p>
            <w:r>
              <w:t>㉡ (가)에서 사랑하는 사람에게 말을 건네며, 이별을 헤어짐이 아닌 멀어짐으로 받아들이는 문장을 찾는다.</w:t>
            </w:r>
          </w:p>
          <w:p>
            <w:r>
              <w:t>(나)의 화자는 차심이 그릇을 단단하게 하고 병균을 막아 준다는 사실을 알게 된다. 이를 '갈라진 너와 나 사이'에 적용하여 성숙한 관계를 소망한다. 화자는 차심을 (㉢)이라는 새로운 의미로 받아들인다.</w:t>
            </w:r>
          </w:p>
          <w:p>
            <w:r>
              <w:t>(나)에서 '잔금'이 긍정적 의미를 지니는 까닭을, 차심의 두 가지 기능을 모두 포함하여 서술하시오. (띄어쓰기 포함 50자 이내)</w:t>
            </w:r>
          </w:p>
        </w:tc>
      </w:tr>
      <w:tr>
        <w:tc>
          <w:tcPr>
            <w:tcW w:type="dxa" w:w="1512"/>
          </w:tcPr>
          <w:p>
            <w:r/>
            <w:r>
              <w:t>인쇄 115쪽</w:t>
            </w:r>
          </w:p>
          <w:p>
            <w:r>
              <w:t>PDF 123쪽</w:t>
            </w:r>
          </w:p>
          <w:p>
            <w:r>
              <w:t>KN-102</w:t>
            </w:r>
          </w:p>
          <w:p>
            <w:r>
              <w:t>P1801</w:t>
            </w:r>
          </w:p>
        </w:tc>
        <w:tc>
          <w:tcPr>
            <w:tcW w:type="dxa" w:w="2592"/>
          </w:tcPr>
          <w:p>
            <w:r/>
            <w:r>
              <w:t>3번①빈칸누락·4번 문장경계조건</w:t>
            </w:r>
          </w:p>
          <w:p>
            <w:r>
              <w:t>수정 전: 3번①빈칸누락·4번 문장경계조건</w:t>
            </w:r>
          </w:p>
        </w:tc>
        <w:tc>
          <w:tcPr>
            <w:tcW w:type="dxa" w:w="6264"/>
          </w:tcPr>
          <w:p>
            <w:r/>
            <w:r>
              <w:t>완전한 문장 범위·조건·정답 일치</w:t>
            </w:r>
          </w:p>
          <w:p>
            <w:r>
              <w:t>반영 문구</w:t>
            </w:r>
          </w:p>
          <w:p>
            <w:r>
              <w:t>인식하게 하는 (①)을 통해 ‘늙음’을 자각한다. 한편 (나)</w:t>
            </w:r>
          </w:p>
          <w:p>
            <w:r>
              <w:t>의 마음’이라는 새로운 의미로 받아들인다.</w:t>
            </w:r>
          </w:p>
          <w:p>
            <w:r>
              <w:t>신유형:  문장  첫·끝  어절</w:t>
            </w:r>
          </w:p>
          <w:p>
            <w:r>
              <w:t>&lt;보기&gt;의 ㉠~㉢에 해당하는 문장 전체를 찾아 첫 어절과 마지막 어절을 순서대로 쓰시오.</w:t>
            </w:r>
          </w:p>
          <w:p>
            <w:r>
              <w:t>러난 문장을 찾을 수 있다.</w:t>
            </w:r>
          </w:p>
          <w:p>
            <w:r>
              <w:t>표현된 문장을 찾을 수 있다.</w:t>
            </w:r>
          </w:p>
          <w:p>
            <w:r>
              <w:t>• ㉠: (가)에서 이별을 재정의하는 문장 전체를 찾을 것. 부름말과 쉼표 뒤의 내용도 포함할 것.</w:t>
            </w:r>
          </w:p>
          <w:p>
            <w:r>
              <w:t>• ㉡: (나)에서 차심의 기능을 나열하는 문장 전체를 찾을 것.</w:t>
            </w:r>
          </w:p>
          <w:p>
            <w:r>
              <w:t>• ㉢: (나)의 마지막 다섯 행 전체를 대상으로 할 것. 연결어미에서 끊지 말고 작품 끝까지 포함할 것.</w:t>
            </w:r>
          </w:p>
          <w:p>
            <w:r>
              <w:t>• 문장부호는 어절에 포함하지 않을 것.</w:t>
            </w:r>
          </w:p>
          <w:p>
            <w:r>
              <w:t>㉡ (나)에서 화자는 '잔금'이 그릇을 보호하고 단단하게 만든다는 점에 주목한다. 차심의 긍정적 기능을 나열한 문장을 찾는다.</w:t>
            </w:r>
          </w:p>
        </w:tc>
      </w:tr>
      <w:tr>
        <w:tc>
          <w:tcPr>
            <w:tcW w:type="dxa" w:w="1512"/>
          </w:tcPr>
          <w:p>
            <w:r/>
            <w:r>
              <w:t>인쇄 116쪽</w:t>
            </w:r>
          </w:p>
          <w:p>
            <w:r>
              <w:t>PDF 124쪽</w:t>
            </w:r>
          </w:p>
          <w:p>
            <w:r>
              <w:t>KN-102</w:t>
            </w:r>
          </w:p>
          <w:p>
            <w:r>
              <w:t>P1802</w:t>
            </w:r>
          </w:p>
        </w:tc>
        <w:tc>
          <w:tcPr>
            <w:tcW w:type="dxa" w:w="2592"/>
          </w:tcPr>
          <w:p>
            <w:r/>
            <w:r>
              <w:t>1번 정답·해설·채점 문장경계와 기호 및2번분량·의미</w:t>
            </w:r>
          </w:p>
          <w:p>
            <w:r>
              <w:t>수정 전: 1번 정답·해설·채점 문장경계와 기호 및2번분량·의미</w:t>
            </w:r>
          </w:p>
        </w:tc>
        <w:tc>
          <w:tcPr>
            <w:tcW w:type="dxa" w:w="6264"/>
          </w:tcPr>
          <w:p>
            <w:r/>
            <w:r>
              <w:t>완전한 문장 범위·조건·정답 일치</w:t>
            </w:r>
          </w:p>
          <w:p>
            <w:r>
              <w:t>반영 문구</w:t>
            </w:r>
          </w:p>
          <w:p>
            <w:r>
              <w:t>• 측정 능력: 역설적 인식의 근거가 되는 문장을 정확히 찾아내</w:t>
            </w:r>
          </w:p>
          <w:p>
            <w:r>
              <w:t>정답: ㉠ 무지개나 / 아름답다  ㉡ 사랑하는 / 뿐이다</w:t>
            </w:r>
          </w:p>
          <w:p>
            <w:r>
              <w:t>㉢ 차의 마음</w:t>
            </w:r>
          </w:p>
          <w:p>
            <w:r>
              <w:t>㉠ (가) 3~6행은 대상을 열거한 뒤, 손에 닿을 수 없어서 아름답다고 말하는 한 문장이다. 첫 어절 '무지개나'와 마지막 어절 '아름답다'를 쓴다. '손에 / 까닭에'는 이유를 나타내는 일부 행만 잘라 낸 것이므로 정답이 아니다.</w:t>
            </w:r>
          </w:p>
          <w:p>
            <w:r>
              <w:t>㉡ (가) 7~11행은 '사랑하는 사람아,'라는 부름말부터 '멀어지는 일일 뿐이다.'까지 이어진다. 중간 쉼표나 행갈이로 문장을 나누지 않는다. 첫 어절은 '사랑하는', 마지막 어절은 '뿐이다'이다.</w:t>
            </w:r>
          </w:p>
          <w:p>
            <w:r>
              <w:t>㉢ 원문의 '그게 차의 마음이라는 말처럼 들렸지'에서 화자가 차심을 듣고 떠올린 의미를 찾는다. 문제 조건에 따라 '이라는'을 제외한 '차의 마음'을 쓴다. 띄어쓰기를 제외하면 네 글자이다.</w:t>
            </w:r>
          </w:p>
          <w:p>
            <w:r>
              <w:t>㉠ 무지개나 / 아름답다</w:t>
            </w:r>
          </w:p>
          <w:p>
            <w:r>
              <w:t>㉡ 사랑하는 / 뿐이다</w:t>
            </w:r>
          </w:p>
          <w:p>
            <w:r>
              <w:t>정답: ① 부정적 ② 역설적</w:t>
            </w:r>
          </w:p>
          <w:p>
            <w:r>
              <w:t>③ 이별은 헤어지는 일이 아니라 멀어지는 일일 뿐이다.</w:t>
            </w:r>
          </w:p>
          <w:p>
            <w:r>
              <w:t>④ 차심이 박힌 금이 병균을 막고 그릇을 더 단단하게 조여 주기 때문이다.</w:t>
            </w:r>
          </w:p>
          <w:p>
            <w:r>
              <w:t>④ 차심이 박힌 그릇의 금은 병균을 막고 그릇을 더 단단하게 조여 준다. 부정적으로 보이는 금이 이러한 기능으로 긍정적 의미를 지닌다. 문제 조건에 따라 두 기능을 모두 포함하여 50자 이내로 서술한다.</w:t>
            </w:r>
          </w:p>
        </w:tc>
      </w:tr>
      <w:tr>
        <w:tc>
          <w:tcPr>
            <w:tcW w:type="dxa" w:w="1512"/>
          </w:tcPr>
          <w:p>
            <w:r/>
            <w:r>
              <w:t>인쇄 117쪽</w:t>
            </w:r>
          </w:p>
          <w:p>
            <w:r>
              <w:t>PDF 125쪽</w:t>
            </w:r>
          </w:p>
          <w:p>
            <w:r>
              <w:t>KN-102</w:t>
            </w:r>
          </w:p>
          <w:p>
            <w:r>
              <w:t>P1803</w:t>
            </w:r>
          </w:p>
        </w:tc>
        <w:tc>
          <w:tcPr>
            <w:tcW w:type="dxa" w:w="2592"/>
          </w:tcPr>
          <w:p>
            <w:r/>
            <w:r>
              <w:t>4번 문장 전체 정답·채점·해설 및3번노안표현</w:t>
            </w:r>
          </w:p>
          <w:p>
            <w:r>
              <w:t>수정 전: 4번 문장 전체 정답·채점·해설 및3번노안표현</w:t>
            </w:r>
          </w:p>
        </w:tc>
        <w:tc>
          <w:tcPr>
            <w:tcW w:type="dxa" w:w="6264"/>
          </w:tcPr>
          <w:p>
            <w:r/>
            <w:r>
              <w:t>완전한 문장 범위·조건·정답 일치</w:t>
            </w:r>
          </w:p>
          <w:p>
            <w:r>
              <w:t>반영 문구</w:t>
            </w:r>
          </w:p>
          <w:p>
            <w:r>
              <w:t>이며, 나이 듦을 드러내는 ‘돋보기’가 정답이다.</w:t>
            </w:r>
          </w:p>
          <w:p>
            <w:r>
              <w:t>바람직한 관계 형성 염원' 분석 표현을 문장 찾기로 전환함. ㉠</w:t>
            </w:r>
          </w:p>
          <w:p>
            <w:r>
              <w:t>기능, 소망)을 구체적 문장과 정확히 대응시키는 능력 및 문장</w:t>
            </w:r>
          </w:p>
          <w:p>
            <w:r>
              <w:t>정답: ㉠ 사랑하는 / 뿐이다</w:t>
            </w:r>
          </w:p>
          <w:p>
            <w:r>
              <w:t>㉡ 차심 / 준다고</w:t>
            </w:r>
          </w:p>
          <w:p>
            <w:r>
              <w:t>㉢ 수백 / 양</w:t>
            </w:r>
          </w:p>
          <w:p>
            <w:r>
              <w:t>㉠ (가) 7~11행의 전체 문장은 '사랑하는 사람아,'로 시작하여 '멀어지는 일일 뿐이다.'로 끝난다. 부름말과 '이별을 서러워하지 마라,' 뒤에 쉼표가 있으므로 이어지는 내용을 한 문장으로 읽는다. '내 나이의 이별이란'이나 '헤어지는'부터 잘라 내지 않는다.</w:t>
            </w:r>
          </w:p>
          <w:p>
            <w:r>
              <w:t>㉡ (나) [C]의 두 행 전체에서 차심이 박힌 금의 기능을 찾는다. '차심 박힌 그릇의 금은 병균도 막아주고 / 그릇을 더 단단하게 조여 준다고……'가 해당한다. 첫 어절은 '차심', 마지막 어절은 문장부호를 제외한 '준다고'이다.</w:t>
            </w:r>
          </w:p>
          <w:p>
            <w:r>
              <w:t>㉢ (나) [E]의 마지막 다섯 행 전체를 찾는다. '수백 년 동안 대를 이은 잔에선'에서 시작하여 '금마저 몸의 일부인 양'으로 끝난다. '있다면'은 중간 연결어미이므로 마지막 어절로 삼지 않는다. 미완결 표현으로 끝나는 작품의 끝까지 포함하여 '수백 / 양'을 쓴다.</w:t>
            </w:r>
          </w:p>
          <w:p>
            <w:r>
              <w:t>㉠ 첫 어절: 사랑하는 / 마지막 어절: 뿐이다</w:t>
            </w:r>
          </w:p>
          <w:p>
            <w:r>
              <w:t>㉡ 첫 어절: 차심 / 마지막 어절: 준다고</w:t>
            </w:r>
          </w:p>
          <w:p>
            <w:r>
              <w:t>㉢ 첫 어절: 수백 / 마지막 어절: 양</w:t>
            </w:r>
          </w:p>
        </w:tc>
      </w:tr>
      <w:tr>
        <w:tc>
          <w:tcPr>
            <w:tcW w:type="dxa" w:w="1512"/>
          </w:tcPr>
          <w:p>
            <w:r/>
            <w:r>
              <w:t>인쇄 118쪽</w:t>
            </w:r>
          </w:p>
          <w:p>
            <w:r>
              <w:t>PDF 126쪽</w:t>
            </w:r>
          </w:p>
          <w:p>
            <w:r>
              <w:t>KN-103</w:t>
            </w:r>
          </w:p>
          <w:p>
            <w:r>
              <w:t>P1808</w:t>
            </w:r>
          </w:p>
        </w:tc>
        <w:tc>
          <w:tcPr>
            <w:tcW w:type="dxa" w:w="2592"/>
          </w:tcPr>
          <w:p>
            <w:r/>
            <w:r>
              <w:t>요약 냄 고립 및 긴 문장 편집</w:t>
            </w:r>
          </w:p>
          <w:p>
            <w:r>
              <w:t>수정 전: 요약 냄 고립 및 긴 문장 편집</w:t>
            </w:r>
          </w:p>
        </w:tc>
        <w:tc>
          <w:tcPr>
            <w:tcW w:type="dxa" w:w="6264"/>
          </w:tcPr>
          <w:p>
            <w:r/>
            <w:r>
              <w:t>원문·문장전체·조건·정답 일치</w:t>
            </w:r>
          </w:p>
          <w:p>
            <w:r>
              <w:t>반영 문구</w:t>
            </w:r>
          </w:p>
          <w:p>
            <w:r>
              <w:t>• 소리 죽여 흐느끼고 가지를 팽팽히 후리는 나무 → 고난에도 굴하지 않는 굳건함을 드러냄</w:t>
            </w:r>
          </w:p>
          <w:p>
            <w:r>
              <w:t>• 나무의 생생한 초록 광휘 → 모내기하는 사람들에게 살아갈 희망과 (5)____를 줌</w:t>
            </w:r>
          </w:p>
        </w:tc>
      </w:tr>
      <w:tr>
        <w:tc>
          <w:tcPr>
            <w:tcW w:type="dxa" w:w="1512"/>
          </w:tcPr>
          <w:p>
            <w:r/>
            <w:r>
              <w:t>인쇄 119쪽</w:t>
            </w:r>
          </w:p>
          <w:p>
            <w:r>
              <w:t>PDF 127쪽</w:t>
            </w:r>
          </w:p>
          <w:p>
            <w:r>
              <w:t>KN-103</w:t>
            </w:r>
          </w:p>
          <w:p>
            <w:r>
              <w:t>P1809</w:t>
            </w:r>
          </w:p>
        </w:tc>
        <w:tc>
          <w:tcPr>
            <w:tcW w:type="dxa" w:w="2592"/>
          </w:tcPr>
          <w:p>
            <w:r/>
            <w:r>
              <w:t>요약 설화대목 연범위 오류</w:t>
            </w:r>
          </w:p>
          <w:p>
            <w:r>
              <w:t>수정 전: 요약 설화대목 연범위 오류</w:t>
            </w:r>
          </w:p>
        </w:tc>
        <w:tc>
          <w:tcPr>
            <w:tcW w:type="dxa" w:w="6264"/>
          </w:tcPr>
          <w:p>
            <w:r/>
            <w:r>
              <w:t>원문·문장전체·조건·정답 일치</w:t>
            </w:r>
          </w:p>
          <w:p>
            <w:r>
              <w:t>반영 문구</w:t>
            </w:r>
          </w:p>
          <w:p>
            <w:r>
              <w:t>2·3연</w:t>
            </w:r>
          </w:p>
          <w:p>
            <w:r>
              <w:t>• 밟으면 으스러지는 꽃(민중의 (4)______) ↔ 우리를 다시 일으켜 세우는 꽃(민중의 (5)______)</w:t>
            </w:r>
          </w:p>
        </w:tc>
      </w:tr>
      <w:tr>
        <w:tc>
          <w:tcPr>
            <w:tcW w:type="dxa" w:w="1512"/>
          </w:tcPr>
          <w:p>
            <w:r/>
            <w:r>
              <w:t>인쇄 120쪽</w:t>
            </w:r>
          </w:p>
          <w:p>
            <w:r>
              <w:t>PDF 128쪽</w:t>
            </w:r>
          </w:p>
          <w:p>
            <w:r>
              <w:t>KN-103</w:t>
            </w:r>
          </w:p>
          <w:p>
            <w:r>
              <w:t>P1810</w:t>
            </w:r>
          </w:p>
        </w:tc>
        <w:tc>
          <w:tcPr>
            <w:tcW w:type="dxa" w:w="2592"/>
          </w:tcPr>
          <w:p>
            <w:r/>
            <w:r>
              <w:t>1번답안범위·말미조사 및2번시행전체 범위</w:t>
            </w:r>
          </w:p>
          <w:p>
            <w:r>
              <w:t>수정 전: 1번답안범위·말미조사 및2번시행전체 범위</w:t>
            </w:r>
          </w:p>
        </w:tc>
        <w:tc>
          <w:tcPr>
            <w:tcW w:type="dxa" w:w="6264"/>
          </w:tcPr>
          <w:p>
            <w:r/>
            <w:r>
              <w:t>원문·문장전체·조건·정답 일치</w:t>
            </w:r>
          </w:p>
          <w:p>
            <w:r>
              <w:t>반영 문구</w:t>
            </w:r>
          </w:p>
          <w:p>
            <w:r>
              <w:t>①, ②를 (가)에서 각각 두 어절로 찾아 쓰시오. ②는 말미 조사 '를'을 제외하시오.</w:t>
            </w:r>
          </w:p>
          <w:p>
            <w:r>
              <w:t>〈보기〉의 ①은 (가)에서 의지를 드러내는 한 행 전체를, ②는 (나)에서 민중을 일으켜 세우는 힘을 나타내는 두 행 전체를 원문 그대로 찾아 쓰시오.</w:t>
            </w:r>
          </w:p>
          <w:p>
            <w:r>
              <w:t>① __________________________________________</w:t>
            </w:r>
          </w:p>
          <w:p>
            <w:r>
              <w:t>② __________________________________________</w:t>
            </w:r>
          </w:p>
          <w:p>
            <w:r>
              <w:t>__________________________________________</w:t>
            </w:r>
          </w:p>
        </w:tc>
      </w:tr>
      <w:tr>
        <w:tc>
          <w:tcPr>
            <w:tcW w:type="dxa" w:w="1512"/>
          </w:tcPr>
          <w:p>
            <w:r/>
            <w:r>
              <w:t>인쇄 121쪽</w:t>
            </w:r>
          </w:p>
          <w:p>
            <w:r>
              <w:t>PDF 129쪽</w:t>
            </w:r>
          </w:p>
          <w:p>
            <w:r>
              <w:t>KN-103</w:t>
            </w:r>
          </w:p>
          <w:p>
            <w:r>
              <w:t>P1811</w:t>
            </w:r>
          </w:p>
        </w:tc>
        <w:tc>
          <w:tcPr>
            <w:tcW w:type="dxa" w:w="2592"/>
          </w:tcPr>
          <w:p>
            <w:r/>
            <w:r>
              <w:t>3번말미조사·문장전체 및4번조사제외</w:t>
            </w:r>
          </w:p>
          <w:p>
            <w:r>
              <w:t>수정 전: 3번말미조사·문장전체 및4번조사제외</w:t>
            </w:r>
          </w:p>
        </w:tc>
        <w:tc>
          <w:tcPr>
            <w:tcW w:type="dxa" w:w="6264"/>
          </w:tcPr>
          <w:p>
            <w:r/>
            <w:r>
              <w:t>원문·문장전체·조건·정답 일치</w:t>
            </w:r>
          </w:p>
          <w:p>
            <w:r>
              <w:t>반영 문구</w:t>
            </w:r>
          </w:p>
          <w:p>
            <w:r>
              <w:t>①, ②를 본문에서 찾아 쓰시오. ①은 두 어절, ②는 네 음절의 말로 쓰되, ①의 말미 조사 '를'과 ②의 말미 조사 '의'는 제외하시오.</w:t>
            </w:r>
          </w:p>
          <w:p>
            <w:r>
              <w:t>각 문장 전체의 첫·마지막 어절을 쓰시오. 도치된 내용도 포함하고, 연결어미·행갈이에서 끊지 마시오.</w:t>
            </w:r>
          </w:p>
          <w:p>
            <w:r>
              <w:t>(1) (가) 3연에서 현실을 이겨 내려는 의지를 전하는 소리를 묻는 도치 문장 전체를 찾으시오.</w:t>
            </w:r>
          </w:p>
          <w:p>
            <w:r>
              <w:t>(2) (나) 2~3연에서 꽃의 힘과 설화를 설명하며 끝나는 문장 전체를 찾으시오(문장부호 제외).</w:t>
            </w:r>
          </w:p>
          <w:p>
            <w:r>
              <w:t>&lt;보기&gt;와 표를 참고하여 ㉠~㉢을 원문에서 찾으시오. ㉠, ㉡은 두 어절, ㉢은 세 어절로 쓰시오. ㉠의 말미 조사 '에'와 ㉡의 말미 조사 '를'은 제외하시오.</w:t>
            </w:r>
          </w:p>
        </w:tc>
      </w:tr>
      <w:tr>
        <w:tc>
          <w:tcPr>
            <w:tcW w:type="dxa" w:w="1512"/>
          </w:tcPr>
          <w:p>
            <w:r/>
            <w:r>
              <w:t>인쇄 122쪽</w:t>
            </w:r>
          </w:p>
          <w:p>
            <w:r>
              <w:t>PDF 130쪽</w:t>
            </w:r>
          </w:p>
          <w:p>
            <w:r>
              <w:t>KN-103</w:t>
            </w:r>
          </w:p>
          <w:p>
            <w:r>
              <w:t>P1812</w:t>
            </w:r>
          </w:p>
        </w:tc>
        <w:tc>
          <w:tcPr>
            <w:tcW w:type="dxa" w:w="2592"/>
          </w:tcPr>
          <w:p>
            <w:r/>
            <w:r>
              <w:t>1번조사근거·2번연번호 및②첫부분 누락</w:t>
            </w:r>
          </w:p>
          <w:p>
            <w:r>
              <w:t>수정 전: 1번조사근거·2번연번호 및②첫부분 누락</w:t>
            </w:r>
          </w:p>
        </w:tc>
        <w:tc>
          <w:tcPr>
            <w:tcW w:type="dxa" w:w="6264"/>
          </w:tcPr>
          <w:p>
            <w:r/>
            <w:r>
              <w:t>원문·문장전체·조건·정답 일치</w:t>
            </w:r>
          </w:p>
          <w:p>
            <w:r>
              <w:t>반영 문구</w:t>
            </w:r>
          </w:p>
          <w:p>
            <w:r>
              <w:t>• 문제 조건에 따라 '초록의 광휘를'에서 말미 조사 '를'을 제외한 '초록의 광휘'를 쓴다.</w:t>
            </w:r>
          </w:p>
          <w:p>
            <w:r>
              <w:t>긴 생명력'이라는 감상 틀과 적절한 선지(①·②·⑤)의 서술을 보기</w:t>
            </w:r>
          </w:p>
          <w:p>
            <w:r>
              <w:t>므로, 3연의 '그래도 지킬 것은 지켜야 한다고'가 정답이다. '그</w:t>
            </w:r>
          </w:p>
          <w:p>
            <w:r>
              <w:t>정답: ① 그래도 지킬 것은 지켜야 한다고 ② 이 세상 끝이 와도 끝내는 주저앉은 우리를 다시 / 일으켜 세우는 꽃 ③ ㉠: 희망 / ㉡: 서러움</w:t>
            </w:r>
          </w:p>
          <w:p>
            <w:r>
              <w:t>② (나) 2연의 두 행 '이 세상 끝이 와도 끝내는 주저앉은 우리를 다시 / 일으켜 세우는 꽃'을 쓴다. 처음의 '이 세상 끝이 와도'도 포함해야 두 행 전체를 옮긴 답이 된다.</w:t>
            </w:r>
          </w:p>
          <w:p>
            <w:r>
              <w:t>② 이 세상 끝이 와도 끝내는 주저앉은 우리를 다시 / 일으켜 세우는 꽃</w:t>
            </w:r>
          </w:p>
        </w:tc>
      </w:tr>
      <w:tr>
        <w:tc>
          <w:tcPr>
            <w:tcW w:type="dxa" w:w="1512"/>
          </w:tcPr>
          <w:p>
            <w:r/>
            <w:r>
              <w:t>인쇄 123쪽</w:t>
            </w:r>
          </w:p>
          <w:p>
            <w:r>
              <w:t>PDF 131쪽</w:t>
            </w:r>
          </w:p>
          <w:p>
            <w:r>
              <w:t>KN-103</w:t>
            </w:r>
          </w:p>
          <w:p>
            <w:r>
              <w:t>P1813</w:t>
            </w:r>
          </w:p>
        </w:tc>
        <w:tc>
          <w:tcPr>
            <w:tcW w:type="dxa" w:w="2592"/>
          </w:tcPr>
          <w:p>
            <w:r/>
            <w:r>
              <w:t>3번음절·문장경계·채점 및4번설화 원문불일치</w:t>
            </w:r>
          </w:p>
          <w:p>
            <w:r>
              <w:t>수정 전: 3번음절·문장경계·채점 및4번설화 원문불일치</w:t>
            </w:r>
          </w:p>
        </w:tc>
        <w:tc>
          <w:tcPr>
            <w:tcW w:type="dxa" w:w="6264"/>
          </w:tcPr>
          <w:p>
            <w:r/>
            <w:r>
              <w:t>원문·문장전체·조건·정답 일치</w:t>
            </w:r>
          </w:p>
          <w:p>
            <w:r>
              <w:t>반영 문구</w:t>
            </w:r>
          </w:p>
          <w:p>
            <w:r>
              <w:t>• EBS 2번 정답 선지 ⑤의 '초록의 광휘'와 희망의 관계를 빈칸으로 구성하였다. EBS 3번 &lt;보기&gt;의 민중의 생명력이라는 관점을 적용하여 (가) 3연과 (나) 2~3연의 문장 전체를 찾게 한다. 도치와 연결어미를 고려하여 문장 경계를 판단한다.</w:t>
            </w:r>
          </w:p>
          <w:p>
            <w:r>
              <w:t>정답: ① 초록의 광휘 ② 느티나무</w:t>
            </w:r>
          </w:p>
          <w:p>
            <w:r>
              <w:t>③ 너 / 소리  ④ 그중에서도 / 피었느니라</w:t>
            </w:r>
          </w:p>
          <w:p>
            <w:r>
              <w:t>① '저렇게 생생한 초록의 광휘를'에서 울음이 드러내는 희망의 색채 이미지를 찾는다. 문제 조건에 따라 말미 조사 '를'을 제외한 두 어절 '초록의 광휘'를 쓴다.</w:t>
            </w:r>
          </w:p>
          <w:p>
            <w:r>
              <w:t>② 원문의 '저 동구밖 느티나무의'에서 말미 조사 '의'를 제외하면 '느티나무'이다. 느·티·나·무의 네 음절이며, 며느리밥풀꽃과 대응하는 자연물이다.</w:t>
            </w:r>
          </w:p>
          <w:p>
            <w:r>
              <w:t>③ (가) 3연은 '너 들어 보았니' 다음에 들어 보았는지 묻는 대상인 소리가 이어지는 도치 문장이다. '그래도 지킬 것은 지켜야 한다고'는 그 소리의 내용이다. 3연 전체의 처음 '너'와 마지막 '소리'를 쓴다.</w:t>
            </w:r>
          </w:p>
          <w:p>
            <w:r>
              <w:t>④ (나) 2연에서 이어지는 꽃의 설명은 3연 마지막의 '피었느니라.'에서 끝난다. 문장 전체는 '그중에서도'로 시작한다. '이 / 꽃'은 중간의 두 행만 잘라 낸 답이므로 인정하지 않는다.</w:t>
            </w:r>
          </w:p>
          <w:p>
            <w:r>
              <w:t>③ 첫 어절: 너 / 마지막 어절: 소리</w:t>
            </w:r>
          </w:p>
          <w:p>
            <w:r>
              <w:t>④ 첫 어절: 그중에서도 / 마지막 어절: 피었느니라</w:t>
            </w:r>
          </w:p>
          <w:p>
            <w:r>
              <w:t>㉢ 배고파 밥풀을 훔쳐 먹었다는 설화 각주를 바탕으로, '밥알 두 알'을 찾는다.</w:t>
            </w:r>
          </w:p>
        </w:tc>
      </w:tr>
      <w:tr>
        <w:tc>
          <w:tcPr>
            <w:tcW w:type="dxa" w:w="1512"/>
          </w:tcPr>
          <w:p>
            <w:r/>
            <w:r>
              <w:t>인쇄 126쪽</w:t>
            </w:r>
          </w:p>
          <w:p>
            <w:r>
              <w:t>PDF 134쪽</w:t>
            </w:r>
          </w:p>
          <w:p>
            <w:r>
              <w:t>KN-115</w:t>
            </w:r>
          </w:p>
          <w:p>
            <w:r>
              <w:t>P1822</w:t>
            </w:r>
          </w:p>
        </w:tc>
        <w:tc>
          <w:tcPr>
            <w:tcW w:type="dxa" w:w="2592"/>
          </w:tcPr>
          <w:p>
            <w:r/>
            <w:r>
              <w:t>요약 끝글자 고립 2곳</w:t>
            </w:r>
          </w:p>
          <w:p>
            <w:r>
              <w:t>수정 전: 요약 끝글자 고립 2곳</w:t>
            </w:r>
          </w:p>
        </w:tc>
        <w:tc>
          <w:tcPr>
            <w:tcW w:type="dxa" w:w="6264"/>
          </w:tcPr>
          <w:p>
            <w:r/>
            <w:r>
              <w:t>원문·조건·해설 일치</w:t>
            </w:r>
          </w:p>
          <w:p>
            <w:r>
              <w:t>반영 문구</w:t>
            </w:r>
          </w:p>
          <w:p>
            <w:r>
              <w:t>• 고독을 피해 경성역으로 감 → 타인에게 (4)______하고 이기적인 군중 속에서 고독을 느낌</w:t>
            </w:r>
          </w:p>
          <w:p>
            <w:r>
              <w:t>• 대학 노트를 펴자 낯선 사내가 의혹 어린 시선을 보냄 → (6)______ 속에 자리를 뜸</w:t>
            </w:r>
          </w:p>
        </w:tc>
      </w:tr>
      <w:tr>
        <w:tc>
          <w:tcPr>
            <w:tcW w:type="dxa" w:w="1512"/>
          </w:tcPr>
          <w:p>
            <w:r/>
            <w:r>
              <w:t>인쇄 127쪽</w:t>
            </w:r>
          </w:p>
          <w:p>
            <w:r>
              <w:t>PDF 135쪽</w:t>
            </w:r>
          </w:p>
          <w:p>
            <w:r>
              <w:t>KN-115</w:t>
            </w:r>
          </w:p>
          <w:p>
            <w:r>
              <w:t>P1823</w:t>
            </w:r>
          </w:p>
        </w:tc>
        <w:tc>
          <w:tcPr>
            <w:tcW w:type="dxa" w:w="2592"/>
          </w:tcPr>
          <w:p>
            <w:r/>
            <w:r>
              <w:t>음료에 대한 평가주체·요약정답 분리</w:t>
            </w:r>
          </w:p>
          <w:p>
            <w:r>
              <w:t>수정 전: 음료에 대한 평가주체·요약정답 분리</w:t>
            </w:r>
          </w:p>
        </w:tc>
        <w:tc>
          <w:tcPr>
            <w:tcW w:type="dxa" w:w="6264"/>
          </w:tcPr>
          <w:p>
            <w:r/>
            <w:r>
              <w:t>원문·조건·해설 일치</w:t>
            </w:r>
          </w:p>
          <w:p>
            <w:r>
              <w:t>반영 문구</w:t>
            </w:r>
          </w:p>
          <w:p>
            <w:r>
              <w:t>• 구보가 외설적이라고 여긴 (11)________ ↔ 구보가 선택한 홍차나 커피</w:t>
            </w:r>
          </w:p>
          <w:p>
            <w:r>
              <w:t>(1) 행복  (2) 고독  (3) 의미  (4) 무관심  (5) 만성 위 확장  (6) 우울감</w:t>
            </w:r>
          </w:p>
          <w:p>
            <w:r>
              <w:t>(7) 금광 브로커  (8) 맹목적  (9) 황금광 시대  (10) 금시계  (11) 가루삐스  (12) 교양</w:t>
            </w:r>
          </w:p>
          <w:p>
            <w:r>
              <w:t>• 개찰구 앞 두 사내를 무직자로 단정하고, 그중 한 사람을 (7)금광 브로커일지도 모른다고 상상함</w:t>
            </w:r>
          </w:p>
        </w:tc>
      </w:tr>
      <w:tr>
        <w:tc>
          <w:tcPr>
            <w:tcW w:type="dxa" w:w="1512"/>
          </w:tcPr>
          <w:p>
            <w:r/>
            <w:r>
              <w:t>인쇄 128쪽</w:t>
            </w:r>
          </w:p>
          <w:p>
            <w:r>
              <w:t>PDF 136쪽</w:t>
            </w:r>
          </w:p>
          <w:p>
            <w:r>
              <w:t>KN-115</w:t>
            </w:r>
          </w:p>
          <w:p>
            <w:r>
              <w:t>P1824</w:t>
            </w:r>
          </w:p>
        </w:tc>
        <w:tc>
          <w:tcPr>
            <w:tcW w:type="dxa" w:w="2592"/>
          </w:tcPr>
          <w:p>
            <w:r/>
            <w:r>
              <w:t>1개념어 원문추출불가·2무직자판단근거 범위</w:t>
            </w:r>
          </w:p>
          <w:p>
            <w:r>
              <w:t>수정 전: 1개념어 원문추출불가·2무직자판단근거 범위</w:t>
            </w:r>
          </w:p>
        </w:tc>
        <w:tc>
          <w:tcPr>
            <w:tcW w:type="dxa" w:w="6264"/>
          </w:tcPr>
          <w:p>
            <w:r/>
            <w:r>
              <w:t>원문·조건·해설 일치</w:t>
            </w:r>
          </w:p>
          <w:p>
            <w:r>
              <w:t>반영 문구</w:t>
            </w:r>
          </w:p>
          <w:p>
            <w:r>
              <w:t>&lt;보기&gt;는 작품의 서술상 특징과 인물의 태도를 정리한 것이다. ①은 알맞은 개념어를 쓰고, ②는 윗글에서 말미 조사를 제외한 두 음절의 단어를 찾아 쓰시오.</w:t>
            </w:r>
          </w:p>
          <w:p>
            <w:r>
              <w:t>윗글에서 구보가 개찰구 앞의 두 사내를 '무직자'라고 판단한 근거를 찾고, 이러한 판단 방식의 특징을 포함하여 50자 내외(띄어쓰기 포함)의 한 문장으로 서술하시오.</w:t>
            </w:r>
          </w:p>
        </w:tc>
      </w:tr>
      <w:tr>
        <w:tc>
          <w:tcPr>
            <w:tcW w:type="dxa" w:w="1512"/>
          </w:tcPr>
          <w:p>
            <w:r/>
            <w:r>
              <w:t>인쇄 129쪽</w:t>
            </w:r>
          </w:p>
          <w:p>
            <w:r>
              <w:t>PDF 137쪽</w:t>
            </w:r>
          </w:p>
          <w:p>
            <w:r>
              <w:t>KN-115</w:t>
            </w:r>
          </w:p>
          <w:p>
            <w:r>
              <w:t>P1825</w:t>
            </w:r>
          </w:p>
        </w:tc>
        <w:tc>
          <w:tcPr>
            <w:tcW w:type="dxa" w:w="2592"/>
          </w:tcPr>
          <w:p>
            <w:r/>
            <w:r>
              <w:t>3개념어 추출조건·4문장표제및조사</w:t>
            </w:r>
          </w:p>
          <w:p>
            <w:r>
              <w:t>수정 전: 3개념어 추출조건·4문장표제및조사</w:t>
            </w:r>
          </w:p>
        </w:tc>
        <w:tc>
          <w:tcPr>
            <w:tcW w:type="dxa" w:w="6264"/>
          </w:tcPr>
          <w:p>
            <w:r/>
            <w:r>
              <w:t>원문·조건·해설 일치</w:t>
            </w:r>
          </w:p>
          <w:p>
            <w:r>
              <w:t>반영 문구</w:t>
            </w:r>
          </w:p>
          <w:p>
            <w:r>
              <w:t>&lt;보기&gt;를 참고하여 ①은 알맞은 개념어를 쓰고, ②는 윗글에서 말미 조사를 제외한 두 음절의 단어를 찾아 쓰시오.</w:t>
            </w:r>
          </w:p>
          <w:p>
            <w:r>
              <w:t>신유형:  문장  첫·끝  어절</w:t>
            </w:r>
          </w:p>
          <w:p>
            <w:r>
              <w:t>업을 나타내는 단어를 말미 조사 '라고'를 제외하고 쓸 것.</w:t>
            </w:r>
          </w:p>
        </w:tc>
      </w:tr>
      <w:tr>
        <w:tc>
          <w:tcPr>
            <w:tcW w:type="dxa" w:w="1512"/>
          </w:tcPr>
          <w:p>
            <w:r/>
            <w:r>
              <w:t>인쇄 130쪽</w:t>
            </w:r>
          </w:p>
          <w:p>
            <w:r>
              <w:t>PDF 138쪽</w:t>
            </w:r>
          </w:p>
          <w:p>
            <w:r>
              <w:t>KN-115</w:t>
            </w:r>
          </w:p>
          <w:p>
            <w:r>
              <w:t>P1826</w:t>
            </w:r>
          </w:p>
        </w:tc>
        <w:tc>
          <w:tcPr>
            <w:tcW w:type="dxa" w:w="2592"/>
          </w:tcPr>
          <w:p>
            <w:r/>
            <w:r>
              <w:t>2연계선지설명·기호·예시글자수·3어미설명</w:t>
            </w:r>
          </w:p>
          <w:p>
            <w:r>
              <w:t>수정 전: 2연계선지설명·기호·예시글자수·3어미설명</w:t>
            </w:r>
          </w:p>
        </w:tc>
        <w:tc>
          <w:tcPr>
            <w:tcW w:type="dxa" w:w="6264"/>
          </w:tcPr>
          <w:p>
            <w:r/>
            <w:r>
              <w:t>원문·조건·해설 일치</w:t>
            </w:r>
          </w:p>
          <w:p>
            <w:r>
              <w:t>반영 문구</w:t>
            </w:r>
          </w:p>
          <w:p>
            <w:r>
              <w:t>• EBS 3번의 적절한 선지 ①(기대를 배반한 장소)을 빈칸 ① '배반'으로, 1번 ㄷ의 개념을 ② '추정'으로 바꾸었다. 2번 ④(외양만으로 직업 판단)를 소문항 2로, 4번 ⑤의 오답 이유(광산 방문은 창작 목적)를 소문항 3으로 구성했다.</w:t>
            </w:r>
          </w:p>
          <w:p>
            <w:r>
              <w:t>정답: ① 배반 ② 추정 ③ 낡은 옷차림과 보따리를 들지 않은 겉모습만을 근거로 두 사내의 직업을 단정하는 방식이다. ④ 황금광 시대를 비판하면서도 소설 창작을 위해 광산에서 사람들의 사행심과 황금의 매력을 직접 보고 느끼려 했기 때문이다.</w:t>
            </w:r>
          </w:p>
          <w:p>
            <w:r>
              <w:t>① '~지 모른다', '~을 게다'는 타인에 대한 불확실한 짐작을 드러내는 표현이다. 원문에서 단어를 옮기는 것이 아니라, 알맞은 개념어인 '추정'을 쓴다.</w:t>
            </w:r>
          </w:p>
          <w:p>
            <w:r>
              <w:t>② 경성역 군중에게서 '인간 본래의 온정'을 찾을 수 없었다는 대목을 확인한다. 원문의 '온정을'에서 말미 조사 '을'을 제외한 '온정'을 쓴다.</w:t>
            </w:r>
          </w:p>
          <w:p>
            <w:r>
              <w:t>③ 두 사내의 낡은 옷차림과 보따리를 들지 않은 겉모습을 근거로 직업을 단정했음을 쓴다. 예시 답안은 공백 포함 49자이다. 금광 브로커에 관한 상상은 이 문항의 요구 대상에 포함하지 않는다.</w:t>
            </w:r>
          </w:p>
        </w:tc>
      </w:tr>
      <w:tr>
        <w:tc>
          <w:tcPr>
            <w:tcW w:type="dxa" w:w="1512"/>
          </w:tcPr>
          <w:p>
            <w:r/>
            <w:r>
              <w:t>인쇄 131쪽</w:t>
            </w:r>
          </w:p>
          <w:p>
            <w:r>
              <w:t>PDF 139쪽</w:t>
            </w:r>
          </w:p>
          <w:p>
            <w:r>
              <w:t>KN-115</w:t>
            </w:r>
          </w:p>
          <w:p>
            <w:r>
              <w:t>P1827</w:t>
            </w:r>
          </w:p>
        </w:tc>
        <w:tc>
          <w:tcPr>
            <w:tcW w:type="dxa" w:w="2592"/>
          </w:tcPr>
          <w:p>
            <w:r/>
            <w:r>
              <w:t>3어미오칭및온전한문장·4무직자조사제외</w:t>
            </w:r>
          </w:p>
          <w:p>
            <w:r>
              <w:t>수정 전: 3어미오칭및온전한문장·4무직자조사제외</w:t>
            </w:r>
          </w:p>
        </w:tc>
        <w:tc>
          <w:tcPr>
            <w:tcW w:type="dxa" w:w="6264"/>
          </w:tcPr>
          <w:p>
            <w:r/>
            <w:r>
              <w:t>원문·조건·해설 일치</w:t>
            </w:r>
          </w:p>
          <w:p>
            <w:r>
              <w:t>반영 문구</w:t>
            </w:r>
          </w:p>
          <w:p>
            <w:r>
              <w:t>① '~을 게다', '~지 모른다'는 불확실한 짐작을 나타내는 표현이므로, 이를 설명하는 개념어 '추정'을 쓴다.</w:t>
            </w:r>
          </w:p>
          <w:p>
            <w:r>
              <w:t>② 원문은 '그러나 오히려 고독은 그곳에 있었다.'이다. '고독은'에서 말미 조사 '은'을 제외한 '고독'을 쓴다.</w:t>
            </w:r>
          </w:p>
          <w:p>
            <w:r>
              <w:t>㉢ 개찰구 앞에서 두 사내를 '무직자라고 단정한다'는 대목을 찾는다. 조건에 따라 말미 조사 '라고'를 제외한 세 음절의 '무직자'를 쓴다.</w:t>
            </w:r>
          </w:p>
        </w:tc>
      </w:tr>
      <w:tr>
        <w:tc>
          <w:tcPr>
            <w:tcW w:type="dxa" w:w="1512"/>
          </w:tcPr>
          <w:p>
            <w:r/>
            <w:r>
              <w:t>인쇄 132쪽</w:t>
            </w:r>
          </w:p>
          <w:p>
            <w:r>
              <w:t>PDF 140쪽</w:t>
            </w:r>
          </w:p>
          <w:p>
            <w:r>
              <w:t>KN-116</w:t>
            </w:r>
          </w:p>
          <w:p>
            <w:r>
              <w:t>P1854</w:t>
            </w:r>
          </w:p>
        </w:tc>
        <w:tc>
          <w:tcPr>
            <w:tcW w:type="dxa" w:w="2592"/>
          </w:tcPr>
          <w:p>
            <w:r/>
            <w:r>
              <w:t>요약 수확 전부 수탈 오독 및 줄 분리</w:t>
            </w:r>
          </w:p>
          <w:p>
            <w:r>
              <w:t>수정 전: 요약 수확 전부 수탈 오독 및 줄 분리</w:t>
            </w:r>
          </w:p>
        </w:tc>
        <w:tc>
          <w:tcPr>
            <w:tcW w:type="dxa" w:w="6264"/>
          </w:tcPr>
          <w:p>
            <w:r/>
            <w:r>
              <w:t>원문·질문·정답·해설·채점 일치</w:t>
            </w:r>
          </w:p>
          <w:p>
            <w:r>
              <w:t>반영 문구</w:t>
            </w:r>
          </w:p>
          <w:p>
            <w:r>
              <w:t>• (3)____ 덕호가 원금, 이자, 비룟값, 장리쌀을 명목으로 수확한 벼 15섬 닷 말 중 일곱 섬을 가져감</w:t>
            </w:r>
          </w:p>
          <w:p>
            <w:r>
              <w:t>• 일곱 섬을 구루마에 싣고 감 → 농민들은 조수와 같은 피로를 느끼며 주저앉음</w:t>
            </w:r>
          </w:p>
          <w:p>
            <w:r>
              <w:t>• 법과 (5)____를 동원하는 지주 덕호 ↔ 편지봉투의 글조차 읽지 못해 억울한 일을 당하는 (6)____ 농민들</w:t>
            </w:r>
          </w:p>
        </w:tc>
      </w:tr>
      <w:tr>
        <w:tc>
          <w:tcPr>
            <w:tcW w:type="dxa" w:w="1512"/>
          </w:tcPr>
          <w:p>
            <w:r/>
            <w:r>
              <w:t>인쇄 133쪽</w:t>
            </w:r>
          </w:p>
          <w:p>
            <w:r>
              <w:t>PDF 141쪽</w:t>
            </w:r>
          </w:p>
          <w:p>
            <w:r>
              <w:t>KN-116</w:t>
            </w:r>
          </w:p>
          <w:p>
            <w:r>
              <w:t>P1855</w:t>
            </w:r>
          </w:p>
        </w:tc>
        <w:tc>
          <w:tcPr>
            <w:tcW w:type="dxa" w:w="2592"/>
          </w:tcPr>
          <w:p>
            <w:r/>
            <w:r>
              <w:t>요약 빈칸과 강자 덕호 분리 편집</w:t>
            </w:r>
          </w:p>
          <w:p>
            <w:r>
              <w:t>수정 전: 요약 빈칸과 강자 덕호 분리 편집</w:t>
            </w:r>
          </w:p>
        </w:tc>
        <w:tc>
          <w:tcPr>
            <w:tcW w:type="dxa" w:w="6264"/>
          </w:tcPr>
          <w:p>
            <w:r/>
            <w:r>
              <w:t>원문·질문·정답·해설·채점 일치</w:t>
            </w:r>
          </w:p>
          <w:p>
            <w:r>
              <w:t>반영 문구</w:t>
            </w:r>
          </w:p>
          <w:p>
            <w:r>
              <w:t>• 자식을 살리려 고개 숙여 비는 약자 개똥 어머니 ↔ 은인 행세를 하며 생색내는 (9)____ 덕호</w:t>
            </w:r>
          </w:p>
        </w:tc>
      </w:tr>
      <w:tr>
        <w:tc>
          <w:tcPr>
            <w:tcW w:type="dxa" w:w="1512"/>
          </w:tcPr>
          <w:p>
            <w:r/>
            <w:r>
              <w:t>인쇄 134쪽</w:t>
            </w:r>
          </w:p>
          <w:p>
            <w:r>
              <w:t>PDF 142쪽</w:t>
            </w:r>
          </w:p>
          <w:p>
            <w:r>
              <w:t>KN-116</w:t>
            </w:r>
          </w:p>
          <w:p>
            <w:r>
              <w:t>P1856</w:t>
            </w:r>
          </w:p>
        </w:tc>
        <w:tc>
          <w:tcPr>
            <w:tcW w:type="dxa" w:w="2592"/>
          </w:tcPr>
          <w:p>
            <w:r/>
            <w:r>
              <w:t>개작 보기 출처 표현 및③ 추출범위</w:t>
            </w:r>
          </w:p>
          <w:p>
            <w:r>
              <w:t>수정 전: 개작 보기 출처 표현 및③ 추출범위</w:t>
            </w:r>
          </w:p>
        </w:tc>
        <w:tc>
          <w:tcPr>
            <w:tcW w:type="dxa" w:w="6264"/>
          </w:tcPr>
          <w:p>
            <w:r/>
            <w:r>
              <w:t>원문·질문·정답·해설·채점 일치</w:t>
            </w:r>
          </w:p>
          <w:p>
            <w:r>
              <w:t>반영 문구</w:t>
            </w:r>
          </w:p>
          <w:p>
            <w:r>
              <w:t>다음은 EBS &lt;보기&gt;를 바탕으로 재구성한 글이다. ①~③을 윗글에서 찾되, ③은 말미의 들과를 제외하여 쓰시오.</w:t>
            </w:r>
          </w:p>
        </w:tc>
      </w:tr>
      <w:tr>
        <w:tc>
          <w:tcPr>
            <w:tcW w:type="dxa" w:w="1512"/>
          </w:tcPr>
          <w:p>
            <w:r/>
            <w:r>
              <w:t>인쇄 135쪽</w:t>
            </w:r>
          </w:p>
          <w:p>
            <w:r>
              <w:t>PDF 143쪽</w:t>
            </w:r>
          </w:p>
          <w:p>
            <w:r>
              <w:t>KN-116</w:t>
            </w:r>
          </w:p>
          <w:p>
            <w:r>
              <w:t>P1857</w:t>
            </w:r>
          </w:p>
        </w:tc>
        <w:tc>
          <w:tcPr>
            <w:tcW w:type="dxa" w:w="2592"/>
          </w:tcPr>
          <w:p>
            <w:r/>
            <w:r>
              <w:t>추출 조건·심리 서술 요구 및㉡ 원문 인용</w:t>
            </w:r>
          </w:p>
          <w:p>
            <w:r>
              <w:t>수정 전: 추출 조건·심리 서술 요구 및㉡ 원문 인용</w:t>
            </w:r>
          </w:p>
        </w:tc>
        <w:tc>
          <w:tcPr>
            <w:tcW w:type="dxa" w:w="6264"/>
          </w:tcPr>
          <w:p>
            <w:r/>
            <w:r>
              <w:t>원문·질문·정답·해설·채점 일치</w:t>
            </w:r>
          </w:p>
          <w:p>
            <w:r>
              <w:t>반영 문구</w:t>
            </w:r>
          </w:p>
          <w:p>
            <w:r>
              <w:t>• ②: 말미 조사 '과'를 제외한 2어절로 쓸 것</w:t>
            </w:r>
          </w:p>
          <w:p>
            <w:r>
              <w:t>• ③: 빚 정리를 뜻하는 2음절 한자어만 쓸 것</w:t>
            </w:r>
          </w:p>
          <w:p>
            <w:r>
              <w:t>㉣에 나타난 농민들의 심리를 벼를 빼앗긴 상황과 연결하여 한 문장으로 서술하시오. 누적된 '피로'와 수확물을 빼앗긴 데서 오는 감정(허탈감 또는 좌절감)을 모두 포함하시오.</w:t>
            </w:r>
          </w:p>
          <w:p>
            <w:r>
              <w:t>&lt;보기&gt;는 덕호의 이중적 면모를 분석한 글이다. ㉠은 5어절, ㉡은 연결 어미까지 포함한 2어절을 원문 그대로 쓰시오. ㉢은 말미 조사 '도'를 제외한 2음절로 쓰시오.</w:t>
            </w:r>
          </w:p>
          <w:p>
            <w:r>
              <w:t>들의 석방을 결심한 진짜 이유는 눈 오기 전에 '[ ㉡ ]'라는 생각과, 미곡 통제안으로 [ ㉢ ]이/가 오르기 전에 빚을 청산하려는 잇속에 있다. 이러한 대비로 지주의 위선을 드러낸다.</w:t>
            </w:r>
          </w:p>
        </w:tc>
      </w:tr>
      <w:tr>
        <w:tc>
          <w:tcPr>
            <w:tcW w:type="dxa" w:w="1512"/>
          </w:tcPr>
          <w:p>
            <w:r/>
            <w:r>
              <w:t>인쇄 136쪽</w:t>
            </w:r>
          </w:p>
          <w:p>
            <w:r>
              <w:t>PDF 144쪽</w:t>
            </w:r>
          </w:p>
          <w:p>
            <w:r>
              <w:t>KN-116</w:t>
            </w:r>
          </w:p>
          <w:p>
            <w:r>
              <w:t>P1858</w:t>
            </w:r>
          </w:p>
        </w:tc>
        <w:tc>
          <w:tcPr>
            <w:tcW w:type="dxa" w:w="2592"/>
          </w:tcPr>
          <w:p>
            <w:r/>
            <w:r>
              <w:t>원문 말이여 및 적절한 선지 구분</w:t>
            </w:r>
          </w:p>
          <w:p>
            <w:r>
              <w:t>수정 전: 원문 말이여 및 적절한 선지 구분</w:t>
            </w:r>
          </w:p>
        </w:tc>
        <w:tc>
          <w:tcPr>
            <w:tcW w:type="dxa" w:w="6264"/>
          </w:tcPr>
          <w:p>
            <w:r/>
            <w:r>
              <w:t>원문·질문·정답·해설·채점 일치</w:t>
            </w:r>
          </w:p>
          <w:p>
            <w:r>
              <w:t>반영 문구</w:t>
            </w:r>
          </w:p>
          <w:p>
            <w:r>
              <w:t>• EBS 연계 방식: 4번 &lt;보기&gt;의 계급 갈등과 지주의 이중성이라는 관점을 바탕으로 재구성하였다. 적절한 선지 ②의 입도 차압과 ③의 친자식 발언을 근거로, 회상 주체와 사건명 및 인물의 말을 빈칸으로 묻는다.</w:t>
            </w:r>
          </w:p>
          <w:p>
            <w:r>
              <w:t>③ 덕호의 말 '내 친자식들과 같이 사랑한단 말이여'에서 찾는다. 문제 조건에 따라 '친자식들과'의 말미 '들과'를 제외한 '친자식'을 쓴다.</w:t>
            </w:r>
          </w:p>
        </w:tc>
      </w:tr>
      <w:tr>
        <w:tc>
          <w:tcPr>
            <w:tcW w:type="dxa" w:w="1512"/>
          </w:tcPr>
          <w:p>
            <w:r/>
            <w:r>
              <w:t>인쇄 137쪽</w:t>
            </w:r>
          </w:p>
          <w:p>
            <w:r>
              <w:t>PDF 145쪽</w:t>
            </w:r>
          </w:p>
          <w:p>
            <w:r>
              <w:t>KN-116</w:t>
            </w:r>
          </w:p>
          <w:p>
            <w:r>
              <w:t>P1859</w:t>
            </w:r>
          </w:p>
        </w:tc>
        <w:tc>
          <w:tcPr>
            <w:tcW w:type="dxa" w:w="2592"/>
          </w:tcPr>
          <w:p>
            <w:r/>
            <w:r>
              <w:t>㉠말이여·㉡끝내야겠으니 원문 정정 및 해설</w:t>
            </w:r>
          </w:p>
          <w:p>
            <w:r>
              <w:t>수정 전: ㉠말이여·㉡끝내야겠으니 원문 정정 및 해설</w:t>
            </w:r>
          </w:p>
        </w:tc>
        <w:tc>
          <w:tcPr>
            <w:tcW w:type="dxa" w:w="6264"/>
          </w:tcPr>
          <w:p>
            <w:r/>
            <w:r>
              <w:t>원문·질문·정답·해설·채점 일치</w:t>
            </w:r>
          </w:p>
          <w:p>
            <w:r>
              <w:t>반영 문구</w:t>
            </w:r>
          </w:p>
          <w:p>
            <w:r>
              <w:t>③ 곡가가 오르기 전에 빚을 정리한다는 대목에서 '청산'이라는 2음절 한자어를 찾는다.</w:t>
            </w:r>
          </w:p>
          <w:p>
            <w:r>
              <w:t>정답: ㉠ 내 친자식들과 같이 사랑한단 말이여.</w:t>
            </w:r>
          </w:p>
          <w:p>
            <w:r>
              <w:t>㉡ 마당질은 끝내야겠으니 ㉢ 곡가</w:t>
            </w:r>
          </w:p>
          <w:p>
            <w:r>
              <w:t>㉠ 덕호가 자신을 인정 많은 어른으로 포장하는 대사에서 '저희들을' 뒤의 다섯 어절을 쓴다. '내 친자식들과 같이 사랑한단 말이여.'라는 원문 표현을 그대로 옮기며, 마지막 말을 '말이어'로 바꾸지 않는다.</w:t>
            </w:r>
          </w:p>
          <w:p>
            <w:r>
              <w:t>㉡ 원문의 '눈 오기 전에 마당질은 끝내야겠으니'에서 찾는다. 조건에 따라 연결 어미까지 포함한 '마당질은 끝내야겠으니' 두 어절을 그대로 쓴다.</w:t>
            </w:r>
          </w:p>
          <w:p>
            <w:r>
              <w:t>㉢ 미곡 통제안이 실시되면 오를 대상은 '곡가'이다. 원문의 '곡가도'에서 말미 조사 '도'를 제외한다. 덕호는 곡가가 오르기 전에 현재 곡가로 빚을 청산하여 이익을 얻으려 한다.</w:t>
            </w:r>
          </w:p>
          <w:p>
            <w:r>
              <w:t>㉠ 내 친자식들과 같이 사랑한단 말이여.</w:t>
            </w:r>
          </w:p>
          <w:p>
            <w:r>
              <w:t>㉡ 마당질은 끝내야겠으니</w:t>
            </w:r>
          </w:p>
          <w:p>
            <w:r>
              <w:t>있음"이라는 이론 틀을 유지하고, 정답 근거를 적절한 선지 ③</w:t>
            </w:r>
          </w:p>
        </w:tc>
      </w:tr>
      <w:tr>
        <w:tc>
          <w:tcPr>
            <w:tcW w:type="dxa" w:w="1512"/>
          </w:tcPr>
          <w:p>
            <w:r/>
            <w:r>
              <w:t>인쇄 138쪽</w:t>
            </w:r>
          </w:p>
          <w:p>
            <w:r>
              <w:t>PDF 146쪽</w:t>
            </w:r>
          </w:p>
          <w:p>
            <w:r>
              <w:t>KN-117</w:t>
            </w:r>
          </w:p>
          <w:p>
            <w:r>
              <w:t>P1884</w:t>
            </w:r>
          </w:p>
        </w:tc>
        <w:tc>
          <w:tcPr>
            <w:tcW w:type="dxa" w:w="2592"/>
          </w:tcPr>
          <w:p>
            <w:r/>
            <w:r>
              <w:t>요약 고립글자</w:t>
            </w:r>
          </w:p>
          <w:p>
            <w:r>
              <w:t>수정 전: 여/김으로분리</w:t>
            </w:r>
          </w:p>
        </w:tc>
        <w:tc>
          <w:tcPr>
            <w:tcW w:type="dxa" w:w="6264"/>
          </w:tcPr>
          <w:p>
            <w:r/>
            <w:r>
              <w:t>같은행에문구정리·빈칸유지</w:t>
            </w:r>
          </w:p>
          <w:p>
            <w:r>
              <w:t>반영 문구</w:t>
            </w:r>
          </w:p>
          <w:p>
            <w:r>
              <w:t>• 조카: 주인과 이웃의 비위를 맞춰 (6)____을 얻고 십만 원을 모으는 것이 (5)____이라고 여김</w:t>
            </w:r>
          </w:p>
        </w:tc>
      </w:tr>
      <w:tr>
        <w:tc>
          <w:tcPr>
            <w:tcW w:type="dxa" w:w="1512"/>
          </w:tcPr>
          <w:p>
            <w:r/>
            <w:r>
              <w:t>인쇄 139쪽</w:t>
            </w:r>
          </w:p>
          <w:p>
            <w:r>
              <w:t>PDF 147쪽</w:t>
            </w:r>
          </w:p>
          <w:p>
            <w:r>
              <w:t>KN-117</w:t>
            </w:r>
          </w:p>
          <w:p>
            <w:r>
              <w:t>P1885</w:t>
            </w:r>
          </w:p>
        </w:tc>
        <w:tc>
          <w:tcPr>
            <w:tcW w:type="dxa" w:w="2592"/>
          </w:tcPr>
          <w:p>
            <w:r/>
            <w:r>
              <w:t>요약 고립글자</w:t>
            </w:r>
          </w:p>
          <w:p>
            <w:r>
              <w:t>수정 전: 합리화함의함고립</w:t>
            </w:r>
          </w:p>
        </w:tc>
        <w:tc>
          <w:tcPr>
            <w:tcW w:type="dxa" w:w="6264"/>
          </w:tcPr>
          <w:p>
            <w:r/>
            <w:r>
              <w:t>문구단축·빈칸유지</w:t>
            </w:r>
          </w:p>
          <w:p>
            <w:r>
              <w:t>반영 문구</w:t>
            </w:r>
          </w:p>
          <w:p>
            <w:r>
              <w:t>• 아저씨: 아주머니의 희생과 고생을 진정과 정신을 쓰면 곧 낙이 된다는 식으로 (12)____함</w:t>
            </w:r>
          </w:p>
        </w:tc>
      </w:tr>
      <w:tr>
        <w:tc>
          <w:tcPr>
            <w:tcW w:type="dxa" w:w="1512"/>
          </w:tcPr>
          <w:p>
            <w:r/>
            <w:r>
              <w:t>인쇄 140쪽</w:t>
            </w:r>
          </w:p>
          <w:p>
            <w:r>
              <w:t>PDF 148쪽</w:t>
            </w:r>
          </w:p>
          <w:p>
            <w:r>
              <w:t>KN-117</w:t>
            </w:r>
          </w:p>
          <w:p>
            <w:r>
              <w:t>P1886</w:t>
            </w:r>
          </w:p>
        </w:tc>
        <w:tc>
          <w:tcPr>
            <w:tcW w:type="dxa" w:w="2592"/>
          </w:tcPr>
          <w:p>
            <w:r/>
            <w:r>
              <w:t>추출조건·문장부호·표현 및 글자수</w:t>
            </w:r>
          </w:p>
          <w:p>
            <w:r>
              <w:t>수정 전: 개념어범위, 마침표미규정, 세단어·4글자공백미규정</w:t>
            </w:r>
          </w:p>
        </w:tc>
        <w:tc>
          <w:tcPr>
            <w:tcW w:type="dxa" w:w="6264"/>
          </w:tcPr>
          <w:p>
            <w:r/>
            <w:r>
              <w:t>명사추출·마침표생략가능·세표현·공백제외4글자</w:t>
            </w:r>
          </w:p>
          <w:p>
            <w:r>
              <w:t>반영 문구</w:t>
            </w:r>
          </w:p>
          <w:p>
            <w:r>
              <w:t>(단, ①, ②는 조사 등을 제외한 2음절의 명사로 쓸 것)</w:t>
            </w:r>
          </w:p>
          <w:p>
            <w:r>
              <w:t>아저씨가 '세상 물정'을 인간이 거스를 수 없는 힘으로 규정한 문장을 찾아, 문장 전체의 첫 어절과 마지막 어절을 순서대로 쓰시오. (문장 부호는 생략 가능)</w:t>
            </w:r>
          </w:p>
          <w:p>
            <w:r>
              <w:t>• '나폴레옹', '세상 물정', '일면'이라는 세 표현를 모두</w:t>
            </w:r>
          </w:p>
          <w:p>
            <w:r>
              <w:t>• '~ㄴ다.' 형태의 한 문장으로 쓸 것</w:t>
            </w:r>
          </w:p>
          <w:p>
            <w:r>
              <w:t>(띄어쓰기 포함 60자 내외: 55~65자)</w:t>
            </w:r>
          </w:p>
          <w:p>
            <w:r>
              <w:t>• ①은 말미 '대루'를 제외한 2글자로 쓸 것</w:t>
            </w:r>
          </w:p>
          <w:p>
            <w:r>
              <w:t>• ②는 띄어쓰기 제외 4글자의 명사로 쓸 것</w:t>
            </w:r>
          </w:p>
        </w:tc>
      </w:tr>
      <w:tr>
        <w:tc>
          <w:tcPr>
            <w:tcW w:type="dxa" w:w="1512"/>
          </w:tcPr>
          <w:p>
            <w:r/>
            <w:r>
              <w:t>인쇄 141쪽</w:t>
            </w:r>
          </w:p>
          <w:p>
            <w:r>
              <w:t>PDF 149쪽</w:t>
            </w:r>
          </w:p>
          <w:p>
            <w:r>
              <w:t>KN-117</w:t>
            </w:r>
          </w:p>
          <w:p>
            <w:r>
              <w:t>P1887</w:t>
            </w:r>
          </w:p>
        </w:tc>
        <w:tc>
          <w:tcPr>
            <w:tcW w:type="dxa" w:w="2592"/>
          </w:tcPr>
          <w:p>
            <w:r/>
            <w:r>
              <w:t>빈칸위치지시·원문추출·HTML태그 및 고쳐쓰기지시</w:t>
            </w:r>
          </w:p>
          <w:p>
            <w:r>
              <w:t>수정 전: 윗글의빈칸, u태그노출·밑줄없는지시</w:t>
            </w:r>
          </w:p>
        </w:tc>
        <w:tc>
          <w:tcPr>
            <w:tcW w:type="dxa" w:w="6264"/>
          </w:tcPr>
          <w:p>
            <w:r/>
            <w:r>
              <w:t>보기빈칸·명사추출·태그제거·잘못된표현직접판별</w:t>
            </w:r>
          </w:p>
          <w:p>
            <w:r>
              <w:t>반영 문구</w:t>
            </w:r>
          </w:p>
          <w:p>
            <w:r>
              <w:t>&lt;보기&gt;의 빈칸 ①, ②에 들어갈 명사를 지문에서 찾아 쓰시오. (조사와 어미 등은 제외할 것)</w:t>
            </w:r>
          </w:p>
          <w:p>
            <w:r>
              <w:t>다음 &lt;보기&gt;는 「치숙」의 인물 형상화 방식을 정리한 것이다. ㉮~㉲ 중 ① 작품 내용에 비추어 적절하지 않은 진술문 하나를 찾아 기호를 쓰고, ② 제시문의 근거를 들어 그 이유를 서술하시오. ③ 해당 진술문에서 잘못된 표현을 찾아 올바른 표현으로 바꾸어 쓰시오.</w:t>
            </w:r>
          </w:p>
          <w:p>
            <w:r>
              <w:t>㉰ '나'는 '일본인 여자와 결혼'하고 '성명까지 갈'려 하는데, 이는 일제 통치의 부당함에 저항하기 위한 정신적 각오에서 비롯된 것이다.</w:t>
            </w:r>
          </w:p>
          <w:p>
            <w:r>
              <w:t>______________________________________________________</w:t>
            </w:r>
          </w:p>
        </w:tc>
      </w:tr>
      <w:tr>
        <w:tc>
          <w:tcPr>
            <w:tcW w:type="dxa" w:w="1512"/>
          </w:tcPr>
          <w:p>
            <w:r/>
            <w:r>
              <w:t>인쇄 142쪽</w:t>
            </w:r>
          </w:p>
          <w:p>
            <w:r>
              <w:t>PDF 150쪽</w:t>
            </w:r>
          </w:p>
          <w:p>
            <w:r>
              <w:t>KN-117</w:t>
            </w:r>
          </w:p>
          <w:p>
            <w:r>
              <w:t>P1888</w:t>
            </w:r>
          </w:p>
        </w:tc>
        <w:tc>
          <w:tcPr>
            <w:tcW w:type="dxa" w:w="2592"/>
          </w:tcPr>
          <w:p>
            <w:r/>
            <w:r>
              <w:t>마침표강제·채점자수·세상물정자수</w:t>
            </w:r>
          </w:p>
          <w:p>
            <w:r>
              <w:t>수정 전: 마침표까지포함, 채점자수없음, 4글자공백미규정</w:t>
            </w:r>
          </w:p>
        </w:tc>
        <w:tc>
          <w:tcPr>
            <w:tcW w:type="dxa" w:w="6264"/>
          </w:tcPr>
          <w:p>
            <w:r/>
            <w:r>
              <w:t>문장전체경계유지·부호생략가능·55~65자·공백제외4</w:t>
            </w:r>
          </w:p>
          <w:p>
            <w:r>
              <w:t>반영 문구</w:t>
            </w:r>
          </w:p>
          <w:p>
            <w:r>
              <w:t>③ '사람이란 건'으로 시작하여 '거다.'로 끝나는 문장 전체를 찾는다. 중간의 '힘,'이나 '세상 물정이겠는데,'에서 끊지 않는다. 첫 어절은 '사람이란', 마지막 어절은 '거다'이며 문장 부호는 생략 가능하다.</w:t>
            </w:r>
          </w:p>
          <w:p>
            <w:r>
              <w:t>④ '나'는 나폴레옹의 성공한 일면만 본다. 아저씨는 그가 세상 물정에 순응할 때 성공했음을 들어 '나'가 세상 물정을 거스르려 함을 비판한다. 세 표현을 넣고 '~ㄴ다.'로 종결하며 55~65자로 쓴다. 예시는 띄어쓰기 포함 60자이다.</w:t>
            </w:r>
          </w:p>
          <w:p>
            <w:r>
              <w:t>④ 세 표현 각 1점+비판 논리 3점. 종결·55~65자 조건 위반 시 각각 1점 감점. 최저 0점.</w:t>
            </w:r>
          </w:p>
          <w:p>
            <w:r>
              <w:t>② 아저씨가 '세차게 주욱 흘러가는 힘'이라 부르는 개념을 찾는다. '그게 말하자면' 뒤의 '세상 물정이겠는데'에서 명사 '세상 물정'을 쓴다. 띄어쓰기 제외 4글자이다.</w:t>
            </w:r>
          </w:p>
        </w:tc>
      </w:tr>
      <w:tr>
        <w:tc>
          <w:tcPr>
            <w:tcW w:type="dxa" w:w="1512"/>
          </w:tcPr>
          <w:p>
            <w:r/>
            <w:r>
              <w:t>인쇄 143쪽</w:t>
            </w:r>
          </w:p>
          <w:p>
            <w:r>
              <w:t>PDF 151쪽</w:t>
            </w:r>
          </w:p>
          <w:p>
            <w:r>
              <w:t>KN-117</w:t>
            </w:r>
          </w:p>
          <w:p>
            <w:r>
              <w:t>P1889</w:t>
            </w:r>
          </w:p>
        </w:tc>
        <w:tc>
          <w:tcPr>
            <w:tcW w:type="dxa" w:w="2592"/>
          </w:tcPr>
          <w:p>
            <w:r/>
            <w:r>
              <w:t>자체왜곡진술을EBS오답선지로오인</w:t>
            </w:r>
          </w:p>
          <w:p>
            <w:r>
              <w:t>수정 전: EBS오답선지㉰</w:t>
            </w:r>
          </w:p>
        </w:tc>
        <w:tc>
          <w:tcPr>
            <w:tcW w:type="dxa" w:w="6264"/>
          </w:tcPr>
          <w:p>
            <w:r/>
            <w:r>
              <w:t>EBS4②적절한진술을반대로바꾼자체보기㉰</w:t>
            </w:r>
          </w:p>
          <w:p>
            <w:r>
              <w:t>반영 문구</w:t>
            </w:r>
          </w:p>
          <w:p>
            <w:r>
              <w:t>• EBS 연계 방식: EBS 4번 &lt;보기&gt;의 인물 형상화와 2·3번의 '세상 물정', 1번의 소재 기능을 표로 재구성하였다. EBS 4번의 적절한 선지 ②가 설명한 현실 순응을 저항으로 바꾼 진술 ㉰을 넣어, 오류 판별과 근거 서술, 표현 수정을 요구한다.</w:t>
            </w:r>
          </w:p>
        </w:tc>
      </w:tr>
      <w:tr>
        <w:tc>
          <w:tcPr>
            <w:tcW w:type="dxa" w:w="1512"/>
          </w:tcPr>
          <w:p>
            <w:r/>
            <w:r>
              <w:t>인쇄 144쪽</w:t>
            </w:r>
          </w:p>
          <w:p>
            <w:r>
              <w:t>PDF 152쪽</w:t>
            </w:r>
          </w:p>
          <w:p>
            <w:r>
              <w:t>KN-118</w:t>
            </w:r>
          </w:p>
          <w:p>
            <w:r>
              <w:t>P1908</w:t>
            </w:r>
          </w:p>
        </w:tc>
        <w:tc>
          <w:tcPr>
            <w:tcW w:type="dxa" w:w="2592"/>
          </w:tcPr>
          <w:p>
            <w:r/>
            <w:r>
              <w:t>요약 어절 잘림</w:t>
            </w:r>
          </w:p>
          <w:p>
            <w:r>
              <w:t>수정 전: 양 생/원 가족</w:t>
            </w:r>
          </w:p>
        </w:tc>
        <w:tc>
          <w:tcPr>
            <w:tcW w:type="dxa" w:w="6264"/>
          </w:tcPr>
          <w:p>
            <w:r/>
            <w:r>
              <w:t>같은 행에 양 생원 가족</w:t>
            </w:r>
          </w:p>
          <w:p>
            <w:r>
              <w:t>반영 문구</w:t>
            </w:r>
          </w:p>
          <w:p>
            <w:r>
              <w:t>• 붉게 타는 저녁((5)____ 분위기) → 상자((4)____)를 안고 지친 모습으로 돌아온 양 생원 가족</w:t>
            </w:r>
          </w:p>
        </w:tc>
      </w:tr>
      <w:tr>
        <w:tc>
          <w:tcPr>
            <w:tcW w:type="dxa" w:w="1512"/>
          </w:tcPr>
          <w:p>
            <w:r/>
            <w:r>
              <w:t>인쇄 146쪽</w:t>
            </w:r>
          </w:p>
          <w:p>
            <w:r>
              <w:t>PDF 154쪽</w:t>
            </w:r>
          </w:p>
          <w:p>
            <w:r>
              <w:t>KN-118</w:t>
            </w:r>
          </w:p>
          <w:p>
            <w:r>
              <w:t>P1909</w:t>
            </w:r>
          </w:p>
        </w:tc>
        <w:tc>
          <w:tcPr>
            <w:tcW w:type="dxa" w:w="2592"/>
          </w:tcPr>
          <w:p>
            <w:r/>
            <w:r>
              <w:t>빈칸 대입 비문 및 추출 조건·답란</w:t>
            </w:r>
          </w:p>
          <w:p>
            <w:r>
              <w:t>수정 전: 덜컥했다하지만·버리고고·좋은수한</w:t>
            </w:r>
          </w:p>
        </w:tc>
        <w:tc>
          <w:tcPr>
            <w:tcW w:type="dxa" w:w="6264"/>
          </w:tcPr>
          <w:p>
            <w:r/>
            <w:r>
              <w:t>원문 인용 구조로 수정·말미 제외 명료화</w:t>
            </w:r>
          </w:p>
          <w:p>
            <w:r>
              <w:t>반영 문구</w:t>
            </w:r>
          </w:p>
          <w:p>
            <w:r>
              <w:t>「나룻배 이야기」는 전쟁으로 파괴되는 강 안 사람들의 삶을 그린다. 삼바우는 강 안과 밖을 매개하는 뱃사공으로서, 자신의 역할에 충실할수록 사람들이 고통받는 모습을 보며 괴로워한다. 총을 멘 사람과 양복쟁이를 보고 누군가 또 폭력에 노출될까 두려워하는 반응은 '( ① )'라는 서술에 드러난다. 그들이 가까워지자 저항할 수 없다는 무력감에 눈물이 핑 돈다. 그러나 곧 삼바우는 배를 몰아 떠난다. 이를 '( ② ) 만 것이다.'라고 서술한 것은 강 안과 밖을 단절하여 사람들을 지키려는 소박한 저항을 드러낸다. 삼바우는 자신의 착상을 '( ③ )'라고 평가하고 행동에 옮긴다. 이는 힘없는 이가 세상에 대해 보이는 치열한 몸부림이다.</w:t>
            </w:r>
          </w:p>
          <w:p>
            <w:r>
              <w:t>• ③은 말미 '고말고'를 제외하고, 띄어쓰기 제외 4자 이내로 쓸 것</w:t>
            </w:r>
          </w:p>
          <w:p>
            <w:r>
              <w:t>① ____________________________</w:t>
            </w:r>
          </w:p>
          <w:p>
            <w:r>
              <w:t>② ____________________________________</w:t>
            </w:r>
          </w:p>
        </w:tc>
      </w:tr>
      <w:tr>
        <w:tc>
          <w:tcPr>
            <w:tcW w:type="dxa" w:w="1512"/>
          </w:tcPr>
          <w:p>
            <w:r/>
            <w:r>
              <w:t>인쇄 147쪽</w:t>
            </w:r>
          </w:p>
          <w:p>
            <w:r>
              <w:t>PDF 155쪽</w:t>
            </w:r>
          </w:p>
          <w:p>
            <w:r>
              <w:t>KN-118</w:t>
            </w:r>
          </w:p>
          <w:p>
            <w:r>
              <w:t>P1910</w:t>
            </w:r>
          </w:p>
        </w:tc>
        <w:tc>
          <w:tcPr>
            <w:tcW w:type="dxa" w:w="2592"/>
          </w:tcPr>
          <w:p>
            <w:r/>
            <w:r>
              <w:t>소설 유형 명칭·추출 범위·답란</w:t>
            </w:r>
          </w:p>
          <w:p>
            <w:r>
              <w:t>수정 전: 시행 첫끝·어지럽기4음절·짧은답란</w:t>
            </w:r>
          </w:p>
        </w:tc>
        <w:tc>
          <w:tcPr>
            <w:tcW w:type="dxa" w:w="6264"/>
          </w:tcPr>
          <w:p>
            <w:r/>
            <w:r>
              <w:t>문장 첫끝·원문어절 어지럽기만5음절·답란확대</w:t>
            </w:r>
          </w:p>
          <w:p>
            <w:r>
              <w:t>반영 문구</w:t>
            </w:r>
          </w:p>
          <w:p>
            <w:r>
              <w:t>신유형:  문장  첫·끝  어절</w:t>
            </w:r>
          </w:p>
          <w:p>
            <w:r>
              <w:t>적으로 나타낸 표현을 5음절로 쓸 것.</w:t>
            </w:r>
          </w:p>
          <w:p>
            <w:r>
              <w:t>① _______________________________________</w:t>
            </w:r>
          </w:p>
          <w:p>
            <w:r>
              <w:t>② ______________________________</w:t>
            </w:r>
          </w:p>
          <w:p>
            <w:r>
              <w:t>㉡ ____________________________</w:t>
            </w:r>
          </w:p>
        </w:tc>
      </w:tr>
      <w:tr>
        <w:tc>
          <w:tcPr>
            <w:tcW w:type="dxa" w:w="1512"/>
          </w:tcPr>
          <w:p>
            <w:r/>
            <w:r>
              <w:t>인쇄 148쪽</w:t>
            </w:r>
          </w:p>
          <w:p>
            <w:r>
              <w:t>PDF 156쪽</w:t>
            </w:r>
          </w:p>
          <w:p>
            <w:r>
              <w:t>KN-118</w:t>
            </w:r>
          </w:p>
          <w:p>
            <w:r>
              <w:t>P1911</w:t>
            </w:r>
          </w:p>
        </w:tc>
        <w:tc>
          <w:tcPr>
            <w:tcW w:type="dxa" w:w="2592"/>
          </w:tcPr>
          <w:p>
            <w:r/>
            <w:r>
              <w:t>좋은 수 추출 설명</w:t>
            </w:r>
          </w:p>
          <w:p>
            <w:r>
              <w:t>수정 전: 좋은수 설명 원문말미와구분불명확</w:t>
            </w:r>
          </w:p>
        </w:tc>
        <w:tc>
          <w:tcPr>
            <w:tcW w:type="dxa" w:w="6264"/>
          </w:tcPr>
          <w:p>
            <w:r/>
            <w:r>
              <w:t>수+고말고 구조 명시·기존정답유지</w:t>
            </w:r>
          </w:p>
          <w:p>
            <w:r>
              <w:t>반영 문구</w:t>
            </w:r>
          </w:p>
          <w:p>
            <w:r>
              <w:t>③ '좋은 수고말고!'에서 '수'는 방도를 뜻한다. 말미 '고말고'를 제외한 '좋은 수'를 쓴다. 띄어쓰기 제외 3자로, 4자 이내 조건을 충족한다.</w:t>
            </w:r>
          </w:p>
        </w:tc>
      </w:tr>
      <w:tr>
        <w:tc>
          <w:tcPr>
            <w:tcW w:type="dxa" w:w="1512"/>
          </w:tcPr>
          <w:p>
            <w:r/>
            <w:r>
              <w:t>인쇄 149쪽</w:t>
            </w:r>
          </w:p>
          <w:p>
            <w:r>
              <w:t>PDF 157쪽</w:t>
            </w:r>
          </w:p>
          <w:p>
            <w:r>
              <w:t>KN-118</w:t>
            </w:r>
          </w:p>
          <w:p>
            <w:r>
              <w:t>P1912</w:t>
            </w:r>
          </w:p>
        </w:tc>
        <w:tc>
          <w:tcPr>
            <w:tcW w:type="dxa" w:w="2592"/>
          </w:tcPr>
          <w:p>
            <w:r/>
            <w:r>
              <w:t>소설 시행 표현 및 원문 추출</w:t>
            </w:r>
          </w:p>
          <w:p>
            <w:r>
              <w:t>수정 전: 해당시행·어지럽기4음절</w:t>
            </w:r>
          </w:p>
        </w:tc>
        <w:tc>
          <w:tcPr>
            <w:tcW w:type="dxa" w:w="6264"/>
          </w:tcPr>
          <w:p>
            <w:r/>
            <w:r>
              <w:t>문장·어지럽기만5음절</w:t>
            </w:r>
          </w:p>
          <w:p>
            <w:r>
              <w:t>반영 문구</w:t>
            </w:r>
          </w:p>
          <w:p>
            <w:r>
              <w:t>의 학술적 분석 진술을 &lt;보기&gt;의 조건으로 전환하고 해당 문장·</w:t>
            </w:r>
          </w:p>
          <w:p>
            <w:r>
              <w:t>편리하라고 ㉢ 어지럽기만</w:t>
            </w:r>
          </w:p>
          <w:p>
            <w:r>
              <w:t>㉢ 순녀의 심리를 감각적으로 표현한 '어지럽기만'을 원문 그대로 쓴다. 5음절이며, 뒤의 '했다'는 포함하지 않는다.</w:t>
            </w:r>
          </w:p>
          <w:p>
            <w:r>
              <w:t>㉢ 어지럽기만</w:t>
            </w:r>
          </w:p>
        </w:tc>
      </w:tr>
      <w:tr>
        <w:tc>
          <w:tcPr>
            <w:tcW w:type="dxa" w:w="1512"/>
          </w:tcPr>
          <w:p>
            <w:r/>
            <w:r>
              <w:t>인쇄 152쪽</w:t>
            </w:r>
          </w:p>
          <w:p>
            <w:r>
              <w:t>PDF 160쪽</w:t>
            </w:r>
          </w:p>
          <w:p>
            <w:r>
              <w:t>KN-119</w:t>
            </w:r>
          </w:p>
          <w:p>
            <w:r>
              <w:t>P1930</w:t>
            </w:r>
          </w:p>
        </w:tc>
        <w:tc>
          <w:tcPr>
            <w:tcW w:type="dxa" w:w="2592"/>
          </w:tcPr>
          <w:p>
            <w:r/>
            <w:r>
              <w:t>1번 문장부호 조건·④원인문장 대입</w:t>
            </w:r>
          </w:p>
          <w:p>
            <w:r>
              <w:t>수정 전: 문장부호 미명시/때문이다 중복</w:t>
            </w:r>
          </w:p>
        </w:tc>
        <w:tc>
          <w:tcPr>
            <w:tcW w:type="dxa" w:w="6264"/>
          </w:tcPr>
          <w:p>
            <w:r/>
            <w:r>
              <w:t>부호 생략가능/원인 한 문장 답안</w:t>
            </w:r>
          </w:p>
          <w:p>
            <w:r>
              <w:t>반영 문구</w:t>
            </w:r>
          </w:p>
          <w:p>
            <w:r>
              <w:t>&lt;보기&gt;의 밑줄 친 심리 변화가 집약적으로 드러난 두 문장을 지문에서 찾아, 그 대목의 첫 어절과 마지막 어절을 쓰시오. (문장 부호는 생략 가능)</w:t>
            </w:r>
          </w:p>
          <w:p>
            <w:r>
              <w:t>&lt;보기&gt;를 참고하여 진영이 H 병원에 더 이상 가지 않게 된 직접적 동기를 지문의 표현을 활용하여 서술하시오. 답안은 ~때문이다로 끝나는 한 문장으로 쓸 것.</w:t>
            </w:r>
          </w:p>
          <w:p>
            <w:r>
              <w:t>신을 얻게 된 사회적 모순을 보여 준다. H 병원에서 진영이 직접 목격한 장면을 근거로 답하시오.</w:t>
            </w:r>
          </w:p>
        </w:tc>
      </w:tr>
      <w:tr>
        <w:tc>
          <w:tcPr>
            <w:tcW w:type="dxa" w:w="1512"/>
          </w:tcPr>
          <w:p>
            <w:r/>
            <w:r>
              <w:t>인쇄 153쪽</w:t>
            </w:r>
          </w:p>
          <w:p>
            <w:r>
              <w:t>PDF 161쪽</w:t>
            </w:r>
          </w:p>
          <w:p>
            <w:r>
              <w:t>KN-119</w:t>
            </w:r>
          </w:p>
          <w:p>
            <w:r>
              <w:t>P1931</w:t>
            </w:r>
          </w:p>
        </w:tc>
        <w:tc>
          <w:tcPr>
            <w:tcW w:type="dxa" w:w="2592"/>
          </w:tcPr>
          <w:p>
            <w:r/>
            <w:r>
              <w:t>3번③조사제외·시어용어 및4번㉡조사제외·답란</w:t>
            </w:r>
          </w:p>
          <w:p>
            <w:r>
              <w:t>수정 전: 어미포함/시어/원문권위를 조사제외 미명시</w:t>
            </w:r>
          </w:p>
        </w:tc>
        <w:tc>
          <w:tcPr>
            <w:tcW w:type="dxa" w:w="6264"/>
          </w:tcPr>
          <w:p>
            <w:r/>
            <w:r>
              <w:t>말미조사제외/표현/조건·답란 일치</w:t>
            </w:r>
          </w:p>
          <w:p>
            <w:r>
              <w:t>반영 문구</w:t>
            </w:r>
          </w:p>
          <w:p>
            <w:r>
              <w:t>• ③: 지문 ㉠에서 말미 조사를 제외하고 '~ 있는 생명'의 형태로 쓸 것</w:t>
            </w:r>
          </w:p>
          <w:p>
            <w:r>
              <w:t>니는 의미를, '연결 고리'라는 표현을 포함하여 '~는(은) 행위이</w:t>
            </w:r>
          </w:p>
          <w:p>
            <w:r>
              <w:t>어절로 쓰되, 말미 조사는 제외할 것)</w:t>
            </w:r>
          </w:p>
          <w:p>
            <w:r>
              <w:t>② __________________________</w:t>
            </w:r>
          </w:p>
          <w:p>
            <w:r>
              <w:t>③ ______________________________</w:t>
            </w:r>
          </w:p>
          <w:p>
            <w:r>
              <w:t>㉡ __________________________</w:t>
            </w:r>
          </w:p>
          <w:p>
            <w:r>
              <w:t>㉢ ____________________________________</w:t>
            </w:r>
          </w:p>
        </w:tc>
      </w:tr>
      <w:tr>
        <w:tc>
          <w:tcPr>
            <w:tcW w:type="dxa" w:w="1512"/>
          </w:tcPr>
          <w:p>
            <w:r/>
            <w:r>
              <w:t>인쇄 154쪽</w:t>
            </w:r>
          </w:p>
          <w:p>
            <w:r>
              <w:t>PDF 162쪽</w:t>
            </w:r>
          </w:p>
          <w:p>
            <w:r>
              <w:t>KN-119</w:t>
            </w:r>
          </w:p>
          <w:p>
            <w:r>
              <w:t>P1932</w:t>
            </w:r>
          </w:p>
        </w:tc>
        <w:tc>
          <w:tcPr>
            <w:tcW w:type="dxa" w:w="2592"/>
          </w:tcPr>
          <w:p>
            <w:r/>
            <w:r>
              <w:t>1번③쉼표 뒤 첫어절 오답·해설과채점</w:t>
            </w:r>
          </w:p>
          <w:p>
            <w:r>
              <w:t>수정 전: 내게는/문장부호필수/④고립어절</w:t>
            </w:r>
          </w:p>
        </w:tc>
        <w:tc>
          <w:tcPr>
            <w:tcW w:type="dxa" w:w="6264"/>
          </w:tcPr>
          <w:p>
            <w:r/>
            <w:r>
              <w:t>그렇지/부호생략가능/채점줄정돈</w:t>
            </w:r>
          </w:p>
          <w:p>
            <w:r>
              <w:t>반영 문구</w:t>
            </w:r>
          </w:p>
          <w:p>
            <w:r>
              <w:t>모양으로')을 소문항 1의 &lt;보기&gt; 해설로 재구성하여 원문 표현을</w:t>
            </w:r>
          </w:p>
          <w:p>
            <w:r>
              <w:t>정답:  ① 지렁이 ② 진딧물 ③ 첫 어절: 그렇지 / 마지막 어</w:t>
            </w:r>
          </w:p>
          <w:p>
            <w:r>
              <w:t>③ 첫 어절: 그렇지 / 마지막 어절: 생명이.</w:t>
            </w:r>
          </w:p>
          <w:p>
            <w:r>
              <w:t>③ 마지막 독백은 '그렇지, 내게는 아직 생명이 남아 있었다. 항거할 수 있는 생명이.'이다. 첫 어절은 쉼표 앞의 '그렇지', 마지막은 '생명이'이며 문장 부호는 생략해도 된다.</w:t>
            </w:r>
          </w:p>
          <w:p>
            <w:r>
              <w:t>④ 외국제 주사약의 빈 병을 파는 장면을 보았다는 내용과 '~때문이다' 형식을 갖춘 경우</w:t>
            </w:r>
          </w:p>
        </w:tc>
      </w:tr>
      <w:tr>
        <w:tc>
          <w:tcPr>
            <w:tcW w:type="dxa" w:w="1512"/>
          </w:tcPr>
          <w:p>
            <w:r/>
            <w:r>
              <w:t>인쇄 155쪽</w:t>
            </w:r>
          </w:p>
          <w:p>
            <w:r>
              <w:t>PDF 163쪽</w:t>
            </w:r>
          </w:p>
          <w:p>
            <w:r>
              <w:t>KN-119</w:t>
            </w:r>
          </w:p>
          <w:p>
            <w:r>
              <w:t>P1933</w:t>
            </w:r>
          </w:p>
        </w:tc>
        <w:tc>
          <w:tcPr>
            <w:tcW w:type="dxa" w:w="2592"/>
          </w:tcPr>
          <w:p>
            <w:r/>
            <w:r>
              <w:t>3번③조사와어미 혼동·④단정 및채점고립어절</w:t>
            </w:r>
          </w:p>
          <w:p>
            <w:r>
              <w:t>수정 전: 어미포함/아들과이별아님단정/행위이다 고립</w:t>
            </w:r>
          </w:p>
        </w:tc>
        <w:tc>
          <w:tcPr>
            <w:tcW w:type="dxa" w:w="6264"/>
          </w:tcPr>
          <w:p>
            <w:r/>
            <w:r>
              <w:t>말미조사제외/과거추억과시대반감/채점정돈</w:t>
            </w:r>
          </w:p>
          <w:p>
            <w:r>
              <w:t>반영 문구</w:t>
            </w:r>
          </w:p>
          <w:p>
            <w:r>
              <w:t>③ '항거할 수 있는 생명이'에서 말미 조사 '이'를 제외하여 '항거할 수 있는 생명'을 쓴다.</w:t>
            </w:r>
          </w:p>
          <w:p>
            <w:r>
              <w:t>④ 사진과 위패를 태우는 것은 아들에 대한 죽은 추억과 타락한 시대의 연결 고리를 끊는 행위다. 속물적인 절에 대한 반감과, 자신에게 남은 생명으로 살아가려는 의지를 함께 이해한다.</w:t>
            </w:r>
          </w:p>
          <w:p>
            <w:r>
              <w:t>④ 타락한 시대에 반감을 드러내며 그 시대와의 연결 고리를 끊는 행위이다.</w:t>
            </w:r>
          </w:p>
        </w:tc>
      </w:tr>
      <w:tr>
        <w:tc>
          <w:tcPr>
            <w:tcW w:type="dxa" w:w="1512"/>
          </w:tcPr>
          <w:p>
            <w:r/>
            <w:r>
              <w:t>인쇄 158쪽</w:t>
            </w:r>
          </w:p>
          <w:p>
            <w:r>
              <w:t>PDF 166쪽</w:t>
            </w:r>
          </w:p>
          <w:p>
            <w:r>
              <w:t>KN-120</w:t>
            </w:r>
          </w:p>
          <w:p>
            <w:r>
              <w:t>P1953</w:t>
            </w:r>
          </w:p>
        </w:tc>
        <w:tc>
          <w:tcPr>
            <w:tcW w:type="dxa" w:w="2592"/>
          </w:tcPr>
          <w:p>
            <w:r/>
            <w:r>
              <w:t>1번②③ 답안 범위·2번 조건 및 소설 용어</w:t>
            </w:r>
          </w:p>
          <w:p>
            <w:r>
              <w:t>수정 전: 추출 어절 수 불명확/시어</w:t>
            </w:r>
          </w:p>
        </w:tc>
        <w:tc>
          <w:tcPr>
            <w:tcW w:type="dxa" w:w="6264"/>
          </w:tcPr>
          <w:p>
            <w:r/>
            <w:r>
              <w:t>정답 어절 수·조사 제외 명시/표현</w:t>
            </w:r>
          </w:p>
          <w:p>
            <w:r>
              <w:t>반영 문구</w:t>
            </w:r>
          </w:p>
          <w:p>
            <w:r>
              <w:t>• ②는 제시문에서 2어절의 명사구로 찾아 쓰되, 말미 조사는 제외할 것.</w:t>
            </w:r>
          </w:p>
          <w:p>
            <w:r>
              <w:t>• ③은 안달영이 유태림의 태도를 비하할 때 쓴 표현을 3어절로 찾아 쓸 것.</w:t>
            </w:r>
          </w:p>
          <w:p>
            <w:r>
              <w:t>①은 2자의 명사로 쓸 것. (한자 병기 가능)</w:t>
            </w:r>
          </w:p>
          <w:p>
            <w:r>
              <w:t>②는 2어절로 쓰되, 말미 조사는 제외할 것.</w:t>
            </w:r>
          </w:p>
          <w:p>
            <w:r>
              <w:t>표현·구절  찾기</w:t>
            </w:r>
          </w:p>
        </w:tc>
      </w:tr>
      <w:tr>
        <w:tc>
          <w:tcPr>
            <w:tcW w:type="dxa" w:w="1512"/>
          </w:tcPr>
          <w:p>
            <w:r/>
            <w:r>
              <w:t>인쇄 159쪽</w:t>
            </w:r>
          </w:p>
          <w:p>
            <w:r>
              <w:t>PDF 167쪽</w:t>
            </w:r>
          </w:p>
          <w:p>
            <w:r>
              <w:t>KN-120</w:t>
            </w:r>
          </w:p>
          <w:p>
            <w:r>
              <w:t>P1954</w:t>
            </w:r>
          </w:p>
        </w:tc>
        <w:tc>
          <w:tcPr>
            <w:tcW w:type="dxa" w:w="2592"/>
          </w:tcPr>
          <w:p>
            <w:r/>
            <w:r>
              <w:t>4번① 정답 대입 비문 및 구절 추출 범위</w:t>
            </w:r>
          </w:p>
          <w:p>
            <w:r>
              <w:t>수정 전: 한다이라는 신념/추출 범위 불명확</w:t>
            </w:r>
          </w:p>
        </w:tc>
        <w:tc>
          <w:tcPr>
            <w:tcW w:type="dxa" w:w="6264"/>
          </w:tcPr>
          <w:p>
            <w:r/>
            <w:r>
              <w:t>명사구 대입/4어절·5어절 조사지시</w:t>
            </w:r>
          </w:p>
          <w:p>
            <w:r>
              <w:t>반영 문구</w:t>
            </w:r>
          </w:p>
          <w:p>
            <w:r>
              <w:t>유태림은 독립운동이 ( ① )(이)라고 본다. 모임에 반대하는 이유는 사상이나 독립운동보다 ( ② )을/를 중시하기 때문이다.</w:t>
            </w:r>
          </w:p>
          <w:p>
            <w:r>
              <w:t>①은 4어절, ②는 5어절로 찾아 쓸 것.</w:t>
            </w:r>
          </w:p>
          <w:p>
            <w:r>
              <w:t>두 답 모두 말미 조사는 제외할 것.</w:t>
            </w:r>
          </w:p>
          <w:p>
            <w:r>
              <w:t>표현·구절  찾기</w:t>
            </w:r>
          </w:p>
        </w:tc>
      </w:tr>
      <w:tr>
        <w:tc>
          <w:tcPr>
            <w:tcW w:type="dxa" w:w="1512"/>
          </w:tcPr>
          <w:p>
            <w:r/>
            <w:r>
              <w:t>인쇄 160쪽</w:t>
            </w:r>
          </w:p>
          <w:p>
            <w:r>
              <w:t>PDF 168쪽</w:t>
            </w:r>
          </w:p>
          <w:p>
            <w:r>
              <w:t>KN-120</w:t>
            </w:r>
          </w:p>
          <w:p>
            <w:r>
              <w:t>P1955</w:t>
            </w:r>
          </w:p>
        </w:tc>
        <w:tc>
          <w:tcPr>
            <w:tcW w:type="dxa" w:w="2592"/>
          </w:tcPr>
          <w:p>
            <w:r/>
            <w:r>
              <w:t>1번② 목적어 오설명 및1·2번 추출 근거</w:t>
            </w:r>
          </w:p>
          <w:p>
            <w:r>
              <w:t>수정 전: 생명을 목적어로 설명/조사 제외 누락/정체 어절 분리</w:t>
            </w:r>
          </w:p>
        </w:tc>
        <w:tc>
          <w:tcPr>
            <w:tcW w:type="dxa" w:w="6264"/>
          </w:tcPr>
          <w:p>
            <w:r/>
            <w:r>
              <w:t>원문 주어 명시/말미조사 제외/인용 정돈</w:t>
            </w:r>
          </w:p>
          <w:p>
            <w:r>
              <w:t>반영 문구</w:t>
            </w:r>
          </w:p>
          <w:p>
            <w:r>
              <w:t>① 독립할 수 있는 환경을 쟁취한 후에 정체를 선택한다는 대목에서, 2자 명사 환경을 찾는다.</w:t>
            </w:r>
          </w:p>
          <w:p>
            <w:r>
              <w:t>② 원문의 '친구들의 생명이 중요하오'에서 주어에 해당하는 '친구들의 생명이'를 찾고, 말미 조사 '이'를 제외한 2어절 '친구들의 생명'을 쓴다.</w:t>
            </w:r>
          </w:p>
          <w:p>
            <w:r>
              <w:t>① '어떠한 정체(政體)를 택할 것인가'에서 명사 정체를 찾는다. 한자는 병기해도 된다.</w:t>
            </w:r>
          </w:p>
          <w:p>
            <w:r>
              <w:t>② '친구들의 생명이'에서 말미 조사 '이'를 제외하여 '친구들의 생명'의 2어절로 쓴다.</w:t>
            </w:r>
          </w:p>
        </w:tc>
      </w:tr>
      <w:tr>
        <w:tc>
          <w:tcPr>
            <w:tcW w:type="dxa" w:w="1512"/>
          </w:tcPr>
          <w:p>
            <w:r/>
            <w:r>
              <w:t>인쇄 161쪽</w:t>
            </w:r>
          </w:p>
          <w:p>
            <w:r>
              <w:t>PDF 169쪽</w:t>
            </w:r>
          </w:p>
          <w:p>
            <w:r>
              <w:t>KN-120</w:t>
            </w:r>
          </w:p>
          <w:p>
            <w:r>
              <w:t>P1956</w:t>
            </w:r>
          </w:p>
        </w:tc>
        <w:tc>
          <w:tcPr>
            <w:tcW w:type="dxa" w:w="2592"/>
          </w:tcPr>
          <w:p>
            <w:r/>
            <w:r>
              <w:t>4번① 명사구 정답 및채점·②조사 근거</w:t>
            </w:r>
          </w:p>
          <w:p>
            <w:r>
              <w:t>수정 전: 원문 변형 문장/구절 조건과 비문</w:t>
            </w:r>
          </w:p>
        </w:tc>
        <w:tc>
          <w:tcPr>
            <w:tcW w:type="dxa" w:w="6264"/>
          </w:tcPr>
          <w:p>
            <w:r/>
            <w:r>
              <w:t>4어절 명사구 및5어절 조사지시 일치</w:t>
            </w:r>
          </w:p>
          <w:p>
            <w:r>
              <w:t>반영 문구</w:t>
            </w:r>
          </w:p>
          <w:p>
            <w:r>
              <w:t>정답: ① 독립에만 목적을 두는 운동</w:t>
            </w:r>
          </w:p>
          <w:p>
            <w:r>
              <w:t>② 이 부대에 있는 친구들의 생명</w:t>
            </w:r>
          </w:p>
          <w:p>
            <w:r>
              <w:t>① 원문의 '독립에만 목적을 두는 운동이라야 한다고 봅니다'에서 명사구를 찾는다. 말미 조사를 제외한 '독립에만 목적을 두는 운동'의 4어절을 쓴다.</w:t>
            </w:r>
          </w:p>
          <w:p>
            <w:r>
              <w:t>② '이 부대에 있는 친구들의 생명이'에서 말미 조사 '이'를 제외한 5어절을 쓴다.</w:t>
            </w:r>
          </w:p>
          <w:p>
            <w:r>
              <w:t>① 독립에만 목적을 두는 운동</w:t>
            </w:r>
          </w:p>
        </w:tc>
      </w:tr>
      <w:tr>
        <w:tc>
          <w:tcPr>
            <w:tcW w:type="dxa" w:w="1512"/>
          </w:tcPr>
          <w:p>
            <w:r/>
            <w:r>
              <w:t>인쇄 165쪽</w:t>
            </w:r>
          </w:p>
          <w:p>
            <w:r>
              <w:t>PDF 173쪽</w:t>
            </w:r>
          </w:p>
          <w:p>
            <w:r>
              <w:t>KN-121</w:t>
            </w:r>
          </w:p>
          <w:p>
            <w:r>
              <w:t>P1957</w:t>
            </w:r>
          </w:p>
        </w:tc>
        <w:tc>
          <w:tcPr>
            <w:tcW w:type="dxa" w:w="2592"/>
          </w:tcPr>
          <w:p>
            <w:r/>
            <w:r>
              <w:t>3·4번 소설 용어·유형 및㉠조사·답란</w:t>
            </w:r>
          </w:p>
          <w:p>
            <w:r>
              <w:t>수정 전: 시어/시행 첫끝/조사 포함·안일 정답</w:t>
            </w:r>
          </w:p>
        </w:tc>
        <w:tc>
          <w:tcPr>
            <w:tcW w:type="dxa" w:w="6264"/>
          </w:tcPr>
          <w:p>
            <w:r/>
            <w:r>
              <w:t>표현/핵심구절/말미조사 제외</w:t>
            </w:r>
          </w:p>
          <w:p>
            <w:r>
              <w:t>반영 문구</w:t>
            </w:r>
          </w:p>
          <w:p>
            <w:r>
              <w:t>표현·구절  찾기</w:t>
            </w:r>
          </w:p>
          <w:p>
            <w:r>
              <w:t>신유형:  핵심 구절 찾기</w:t>
            </w:r>
          </w:p>
          <w:p>
            <w:r>
              <w:t>• ㉠: 지문에서 6어절을 찾아 쓰되, 말미 조사는 제외할 것</w:t>
            </w:r>
          </w:p>
          <w:p>
            <w:r>
              <w:t>㉠ ____________________________________</w:t>
            </w:r>
          </w:p>
          <w:p>
            <w:r>
              <w:t>㉢ ______________________________</w:t>
            </w:r>
          </w:p>
        </w:tc>
      </w:tr>
      <w:tr>
        <w:tc>
          <w:tcPr>
            <w:tcW w:type="dxa" w:w="1512"/>
          </w:tcPr>
          <w:p>
            <w:r/>
            <w:r>
              <w:t>인쇄 166쪽</w:t>
            </w:r>
          </w:p>
          <w:p>
            <w:r>
              <w:t>PDF 174쪽</w:t>
            </w:r>
          </w:p>
          <w:p>
            <w:r>
              <w:t>KN-121</w:t>
            </w:r>
          </w:p>
          <w:p>
            <w:r>
              <w:t>P1958</w:t>
            </w:r>
          </w:p>
        </w:tc>
        <w:tc>
          <w:tcPr>
            <w:tcW w:type="dxa" w:w="2592"/>
          </w:tcPr>
          <w:p>
            <w:r/>
            <w:r>
              <w:t>2번④ 지정 핵심어 빠진 예시</w:t>
            </w:r>
          </w:p>
          <w:p>
            <w:r>
              <w:t>수정 전: 이념적 제약이 주는 중압감</w:t>
            </w:r>
          </w:p>
        </w:tc>
        <w:tc>
          <w:tcPr>
            <w:tcW w:type="dxa" w:w="6264"/>
          </w:tcPr>
          <w:p>
            <w:r/>
            <w:r>
              <w:t>지정어 이념의 중압감·외면 포함47자</w:t>
            </w:r>
          </w:p>
          <w:p>
            <w:r>
              <w:t>반영 문구</w:t>
            </w:r>
          </w:p>
          <w:p>
            <w:r>
              <w:t>정답: ① 여태껏 얼마나 교묘하게 스스로를 이중 삼중으로 기만하고 있었나를 ② 제약 ③ 선망과 질투</w:t>
            </w:r>
          </w:p>
          <w:p>
            <w:r>
              <w:t>④ 설희 엄마에 대한 선망과 질투가 부끄러웠고, 이념의 중압감을 외면하려 했기 때문이다.</w:t>
            </w:r>
          </w:p>
        </w:tc>
      </w:tr>
      <w:tr>
        <w:tc>
          <w:tcPr>
            <w:tcW w:type="dxa" w:w="1512"/>
          </w:tcPr>
          <w:p>
            <w:r/>
            <w:r>
              <w:t>인쇄 167쪽</w:t>
            </w:r>
          </w:p>
          <w:p>
            <w:r>
              <w:t>PDF 175쪽</w:t>
            </w:r>
          </w:p>
          <w:p>
            <w:r>
              <w:t>KN-121</w:t>
            </w:r>
          </w:p>
          <w:p>
            <w:r>
              <w:t>P1959</w:t>
            </w:r>
          </w:p>
        </w:tc>
        <w:tc>
          <w:tcPr>
            <w:tcW w:type="dxa" w:w="2592"/>
          </w:tcPr>
          <w:p>
            <w:r/>
            <w:r>
              <w:t>4번㉠ 말미조사 제외 근거</w:t>
            </w:r>
          </w:p>
          <w:p>
            <w:r>
              <w:t>수정 전: 원문 안일이와 답안 안일 차이 설명 없음</w:t>
            </w:r>
          </w:p>
        </w:tc>
        <w:tc>
          <w:tcPr>
            <w:tcW w:type="dxa" w:w="6264"/>
          </w:tcPr>
          <w:p>
            <w:r/>
            <w:r>
              <w:t>원문 말미조사 이 제외 설명</w:t>
            </w:r>
          </w:p>
          <w:p>
            <w:r>
              <w:t>반영 문구</w:t>
            </w:r>
          </w:p>
          <w:p>
            <w:r>
              <w:t>㉠ 원문의 '십팔 평 블록 집 속의 안일이'에서 찾는다. 말미 조사 '이'를 제외한 '십팔 평 블록 집 속의 안일'의 6어절을 쓴다. 이는 '나'가 지키려는 일상적 행복이다.</w:t>
            </w:r>
          </w:p>
        </w:tc>
      </w:tr>
      <w:tr>
        <w:tc>
          <w:tcPr>
            <w:tcW w:type="dxa" w:w="1512"/>
          </w:tcPr>
          <w:p>
            <w:r/>
            <w:r>
              <w:t>인쇄 168쪽</w:t>
            </w:r>
          </w:p>
          <w:p>
            <w:r>
              <w:t>PDF 176쪽</w:t>
            </w:r>
          </w:p>
          <w:p>
            <w:r>
              <w:t>KN-122</w:t>
            </w:r>
          </w:p>
          <w:p>
            <w:r>
              <w:t>P1975</w:t>
            </w:r>
          </w:p>
        </w:tc>
        <w:tc>
          <w:tcPr>
            <w:tcW w:type="dxa" w:w="2592"/>
          </w:tcPr>
          <w:p>
            <w:r/>
            <w:r>
              <w:t>장면3 수은등 인식</w:t>
            </w:r>
          </w:p>
          <w:p>
            <w:r>
              <w:t>수정 전: 친근하고 안전한 문명의 불빛과 화기 대조</w:t>
            </w:r>
          </w:p>
        </w:tc>
        <w:tc>
          <w:tcPr>
            <w:tcW w:type="dxa" w:w="6264"/>
          </w:tcPr>
          <w:p>
            <w:r/>
            <w:r>
              <w:t>문명의 불빛이 아닌 야만적인 화기로 인식</w:t>
            </w:r>
          </w:p>
          <w:p>
            <w:r>
              <w:t>반영 문구</w:t>
            </w:r>
          </w:p>
          <w:p>
            <w:r>
              <w:t>• 숭산 꼭대기의 (5)_____ 불빛: 문명의 불빛이 아닌, 공포와 위압을 뜻하는 야만적인</w:t>
            </w:r>
          </w:p>
          <w:p>
            <w:r>
              <w:t>(6)_____로 인식됨</w:t>
            </w:r>
          </w:p>
        </w:tc>
      </w:tr>
      <w:tr>
        <w:tc>
          <w:tcPr>
            <w:tcW w:type="dxa" w:w="1512"/>
          </w:tcPr>
          <w:p>
            <w:r/>
            <w:r>
              <w:t>인쇄 171쪽</w:t>
            </w:r>
          </w:p>
          <w:p>
            <w:r>
              <w:t>PDF 179쪽</w:t>
            </w:r>
          </w:p>
          <w:p>
            <w:r>
              <w:t>KN-122</w:t>
            </w:r>
          </w:p>
          <w:p>
            <w:r>
              <w:t>P1976</w:t>
            </w:r>
          </w:p>
        </w:tc>
        <w:tc>
          <w:tcPr>
            <w:tcW w:type="dxa" w:w="2592"/>
          </w:tcPr>
          <w:p>
            <w:r/>
            <w:r>
              <w:t>4번 소설의 표현 찾기 용어</w:t>
            </w:r>
          </w:p>
          <w:p>
            <w:r>
              <w:t>수정 전: 시어·시구</w:t>
            </w:r>
          </w:p>
        </w:tc>
        <w:tc>
          <w:tcPr>
            <w:tcW w:type="dxa" w:w="6264"/>
          </w:tcPr>
          <w:p>
            <w:r/>
            <w:r>
              <w:t>표현·구절</w:t>
            </w:r>
          </w:p>
          <w:p>
            <w:r>
              <w:t>반영 문구</w:t>
            </w:r>
          </w:p>
          <w:p>
            <w:r>
              <w:t>표현·구절 찾기</w:t>
            </w:r>
          </w:p>
          <w:p>
            <w:r>
              <w:t>&lt;보기&gt;를 참고하여 윗글에서 ①, ②에 해당하는 표현 또는 구절을 찾아 쓰시오.</w:t>
            </w:r>
          </w:p>
        </w:tc>
      </w:tr>
      <w:tr>
        <w:tc>
          <w:tcPr>
            <w:tcW w:type="dxa" w:w="1512"/>
          </w:tcPr>
          <w:p>
            <w:r/>
            <w:r>
              <w:t>인쇄 173쪽</w:t>
            </w:r>
          </w:p>
          <w:p>
            <w:r>
              <w:t>PDF 181쪽</w:t>
            </w:r>
          </w:p>
          <w:p>
            <w:r>
              <w:t>KN-122</w:t>
            </w:r>
          </w:p>
          <w:p>
            <w:r>
              <w:t>P1977</w:t>
            </w:r>
          </w:p>
        </w:tc>
        <w:tc>
          <w:tcPr>
            <w:tcW w:type="dxa" w:w="2592"/>
          </w:tcPr>
          <w:p>
            <w:r/>
            <w:r>
              <w:t>3번 서술형 조건·4번 근거 위치</w:t>
            </w:r>
          </w:p>
          <w:p>
            <w:r>
              <w:t>수정 전: 65자 초과·태도로 종결/[A]에 답이 있다고 설명</w:t>
            </w:r>
          </w:p>
        </w:tc>
        <w:tc>
          <w:tcPr>
            <w:tcW w:type="dxa" w:w="6264"/>
          </w:tcPr>
          <w:p>
            <w:r/>
            <w:r>
              <w:t>65자 인과문·완결된 문장/[A] 다음 문단</w:t>
            </w:r>
          </w:p>
          <w:p>
            <w:r>
              <w:t>반영 문구</w:t>
            </w:r>
          </w:p>
          <w:p>
            <w:r>
              <w:t>정답: ① 미군 부대 ② 기대 ③ 불안 ④ 어살 ⑤ 유사시에 점화되던 산정의 불빛이 밤마다 빛나, 늘 유사시라는 느낌과 파악스런 기운으로 조에게 불안감을 주기 때문이다. ⑥ 자신의 체면보다 어부로서 마을의 문제를 해결하는 일을 더 중시한다.</w:t>
            </w:r>
          </w:p>
          <w:p>
            <w:r>
              <w:t>을 찾는다. 두 답의 근거는 [A] 바로 다음 문단에 있다.</w:t>
            </w:r>
          </w:p>
        </w:tc>
      </w:tr>
      <w:tr>
        <w:tc>
          <w:tcPr>
            <w:tcW w:type="dxa" w:w="1512"/>
          </w:tcPr>
          <w:p>
            <w:r/>
            <w:r>
              <w:t>인쇄 176쪽</w:t>
            </w:r>
          </w:p>
          <w:p>
            <w:r>
              <w:t>PDF 184쪽</w:t>
            </w:r>
          </w:p>
          <w:p>
            <w:r>
              <w:t>KN-123</w:t>
            </w:r>
          </w:p>
          <w:p>
            <w:r>
              <w:t>P1987</w:t>
            </w:r>
          </w:p>
        </w:tc>
        <w:tc>
          <w:tcPr>
            <w:tcW w:type="dxa" w:w="2592"/>
          </w:tcPr>
          <w:p>
            <w:r/>
            <w:r>
              <w:t>1·2번 조사 제외 및 문장 경계</w:t>
            </w:r>
          </w:p>
          <w:p>
            <w:r>
              <w:t>수정 전: 원문조사 포함시 빈칸뒤 조사와 충돌</w:t>
            </w:r>
          </w:p>
        </w:tc>
        <w:tc>
          <w:tcPr>
            <w:tcW w:type="dxa" w:w="6264"/>
          </w:tcPr>
          <w:p>
            <w:r/>
            <w:r>
              <w:t>말미조사 제외/완전한 문장의 양끝</w:t>
            </w:r>
          </w:p>
          <w:p>
            <w:r>
              <w:t>반영 문구</w:t>
            </w:r>
          </w:p>
          <w:p>
            <w:r>
              <w:t>(① 3자, ② 말미 조사를 제외한 2어절, ③ 해당하는 완전한 문장의 첫 어절과 마지막 어절)</w:t>
            </w:r>
          </w:p>
          <w:p>
            <w:r>
              <w:t>• ③은 2어절로 찾고, 말미 조사는 제외할 것</w:t>
            </w:r>
          </w:p>
        </w:tc>
      </w:tr>
      <w:tr>
        <w:tc>
          <w:tcPr>
            <w:tcW w:type="dxa" w:w="1512"/>
          </w:tcPr>
          <w:p>
            <w:r/>
            <w:r>
              <w:t>인쇄 177쪽</w:t>
            </w:r>
          </w:p>
          <w:p>
            <w:r>
              <w:t>PDF 185쪽</w:t>
            </w:r>
          </w:p>
          <w:p>
            <w:r>
              <w:t>KN-123</w:t>
            </w:r>
          </w:p>
          <w:p>
            <w:r>
              <w:t>P1988</w:t>
            </w:r>
          </w:p>
        </w:tc>
        <w:tc>
          <w:tcPr>
            <w:tcW w:type="dxa" w:w="2592"/>
          </w:tcPr>
          <w:p>
            <w:r/>
            <w:r>
              <w:t>4번 소설 용어</w:t>
            </w:r>
          </w:p>
          <w:p>
            <w:r>
              <w:t>수정 전: 시어·구절</w:t>
            </w:r>
          </w:p>
        </w:tc>
        <w:tc>
          <w:tcPr>
            <w:tcW w:type="dxa" w:w="6264"/>
          </w:tcPr>
          <w:p>
            <w:r/>
            <w:r>
              <w:t>표현·구절</w:t>
            </w:r>
          </w:p>
          <w:p>
            <w:r>
              <w:t>반영 문구</w:t>
            </w:r>
          </w:p>
          <w:p>
            <w:r>
              <w:t>표현·구절 찾기</w:t>
            </w:r>
          </w:p>
        </w:tc>
      </w:tr>
      <w:tr>
        <w:tc>
          <w:tcPr>
            <w:tcW w:type="dxa" w:w="1512"/>
          </w:tcPr>
          <w:p>
            <w:r/>
            <w:r>
              <w:t>인쇄 178쪽</w:t>
            </w:r>
          </w:p>
          <w:p>
            <w:r>
              <w:t>PDF 186쪽</w:t>
            </w:r>
          </w:p>
          <w:p>
            <w:r>
              <w:t>KN-123</w:t>
            </w:r>
          </w:p>
          <w:p>
            <w:r>
              <w:t>P1989</w:t>
            </w:r>
          </w:p>
        </w:tc>
        <w:tc>
          <w:tcPr>
            <w:tcW w:type="dxa" w:w="2592"/>
          </w:tcPr>
          <w:p>
            <w:r/>
            <w:r>
              <w:t>1번 조건 및2번③ 정답·해설·채점표</w:t>
            </w:r>
          </w:p>
          <w:p>
            <w:r>
              <w:t>수정 전: 숯포대 매질로+과</w:t>
            </w:r>
          </w:p>
        </w:tc>
        <w:tc>
          <w:tcPr>
            <w:tcW w:type="dxa" w:w="6264"/>
          </w:tcPr>
          <w:p>
            <w:r/>
            <w:r>
              <w:t>숯포대 매질+과</w:t>
            </w:r>
          </w:p>
          <w:p>
            <w:r>
              <w:t>반영 문구</w:t>
            </w:r>
          </w:p>
          <w:p>
            <w:r>
              <w:t>그렸니라"와 대응시킨다. 3자 조건에 맞춰 '십자가'를 쓴다.</w:t>
            </w:r>
          </w:p>
          <w:p>
            <w:r>
              <w:t>봤는지 확인해 말미 조사 '의'를 제외한다.</w:t>
            </w:r>
          </w:p>
          <w:p>
            <w:r>
              <w:t>정답: ① 십자가 ② 보도 연맹 가입증 ③ 숯포대 매질</w:t>
            </w:r>
          </w:p>
          <w:p>
            <w:r>
              <w:t>③ 숯포대 매질</w:t>
            </w:r>
          </w:p>
          <w:p>
            <w:r>
              <w:t>③ 원문의 '숯포대 매질로'에서 말미 조사 '로'를 제외하여 '숯포대 매질'로 쓴다. 빈칸 뒤에 '과 같은 방식'이 이어지므로 조사 '로'를 포함하면 문법에 맞지 않는다.</w:t>
            </w:r>
          </w:p>
        </w:tc>
      </w:tr>
      <w:tr>
        <w:tc>
          <w:tcPr>
            <w:tcW w:type="dxa" w:w="1512"/>
          </w:tcPr>
          <w:p>
            <w:r/>
            <w:r>
              <w:t>인쇄 182쪽</w:t>
            </w:r>
          </w:p>
          <w:p>
            <w:r>
              <w:t>PDF 190쪽</w:t>
            </w:r>
          </w:p>
          <w:p>
            <w:r>
              <w:t>KN-124</w:t>
            </w:r>
          </w:p>
          <w:p>
            <w:r>
              <w:t>P1996</w:t>
            </w:r>
          </w:p>
        </w:tc>
        <w:tc>
          <w:tcPr>
            <w:tcW w:type="dxa" w:w="2592"/>
          </w:tcPr>
          <w:p>
            <w:r/>
            <w:r>
              <w:t>1번 조사 제외</w:t>
            </w:r>
          </w:p>
          <w:p>
            <w:r>
              <w:t>수정 전: 원문조사처럼·과 대입시중복</w:t>
            </w:r>
          </w:p>
        </w:tc>
        <w:tc>
          <w:tcPr>
            <w:tcW w:type="dxa" w:w="6264"/>
          </w:tcPr>
          <w:p>
            <w:r/>
            <w:r>
              <w:t>말미조사제외</w:t>
            </w:r>
          </w:p>
          <w:p>
            <w:r>
              <w:t>반영 문구</w:t>
            </w:r>
          </w:p>
          <w:p>
            <w:r>
              <w:t>①, ②에 들어갈 구절을 윗글에서 찾아 쓰시오.</w:t>
            </w:r>
          </w:p>
          <w:p>
            <w:r>
              <w:t>(두 답 모두 말미 조사를 제외할 것.)</w:t>
            </w:r>
          </w:p>
        </w:tc>
      </w:tr>
      <w:tr>
        <w:tc>
          <w:tcPr>
            <w:tcW w:type="dxa" w:w="1512"/>
          </w:tcPr>
          <w:p>
            <w:r/>
            <w:r>
              <w:t>인쇄 183쪽</w:t>
            </w:r>
          </w:p>
          <w:p>
            <w:r>
              <w:t>PDF 191쪽</w:t>
            </w:r>
          </w:p>
          <w:p>
            <w:r>
              <w:t>KN-124</w:t>
            </w:r>
          </w:p>
          <w:p>
            <w:r>
              <w:t>P1997</w:t>
            </w:r>
          </w:p>
        </w:tc>
        <w:tc>
          <w:tcPr>
            <w:tcW w:type="dxa" w:w="2592"/>
          </w:tcPr>
          <w:p>
            <w:r/>
            <w:r>
              <w:t>3번② 조사 및4번 소설용어</w:t>
            </w:r>
          </w:p>
          <w:p>
            <w:r>
              <w:t>수정 전: 조사포함/시행·시어</w:t>
            </w:r>
          </w:p>
        </w:tc>
        <w:tc>
          <w:tcPr>
            <w:tcW w:type="dxa" w:w="6264"/>
          </w:tcPr>
          <w:p>
            <w:r/>
            <w:r>
              <w:t>말미조사제외/문장·표현</w:t>
            </w:r>
          </w:p>
          <w:p>
            <w:r>
              <w:t>반영 문구</w:t>
            </w:r>
          </w:p>
          <w:p>
            <w:r>
              <w:t>&lt;보기&gt;를 참고하여 ①, ②를 윗글에서 찾아 쓰시오. (②는 말미 조사를 제외할 것.)</w:t>
            </w:r>
          </w:p>
          <w:p>
            <w:r>
              <w:t>표현·구절 찾기</w:t>
            </w:r>
          </w:p>
          <w:p>
            <w:r>
              <w:t>신유형: 문장 첫·끝 어절</w:t>
            </w:r>
          </w:p>
          <w:p>
            <w:r>
              <w:t>되는 3음절의 표현를 조사를 제외하고 쓸 것)</w:t>
            </w:r>
          </w:p>
          <w:p>
            <w:r>
              <w:t>② ______________________________</w:t>
            </w:r>
          </w:p>
        </w:tc>
      </w:tr>
      <w:tr>
        <w:tc>
          <w:tcPr>
            <w:tcW w:type="dxa" w:w="1512"/>
          </w:tcPr>
          <w:p>
            <w:r/>
            <w:r>
              <w:t>인쇄 184쪽</w:t>
            </w:r>
          </w:p>
          <w:p>
            <w:r>
              <w:t>PDF 192쪽</w:t>
            </w:r>
          </w:p>
          <w:p>
            <w:r>
              <w:t>KN-124</w:t>
            </w:r>
          </w:p>
          <w:p>
            <w:r>
              <w:t>P1998</w:t>
            </w:r>
          </w:p>
        </w:tc>
        <w:tc>
          <w:tcPr>
            <w:tcW w:type="dxa" w:w="2592"/>
          </w:tcPr>
          <w:p>
            <w:r/>
            <w:r>
              <w:t>2번③ 예시 분량</w:t>
            </w:r>
          </w:p>
          <w:p>
            <w:r>
              <w:t>수정 전: 72자</w:t>
            </w:r>
          </w:p>
        </w:tc>
        <w:tc>
          <w:tcPr>
            <w:tcW w:type="dxa" w:w="6264"/>
          </w:tcPr>
          <w:p>
            <w:r/>
            <w:r>
              <w:t>69자</w:t>
            </w:r>
          </w:p>
          <w:p>
            <w:r>
              <w:t>반영 문구</w:t>
            </w:r>
          </w:p>
          <w:p>
            <w:r>
              <w:t>정답: ① 기억 ② 분묘 이장 공고가 났음에도 이를 인지하지 못한 채 아버지의 무덤을 방치했기 때문이다. ③ 그는 달라진 고향을 확인하고 상실감에 빠진 반면, 어머니는 변화를 받아들이지 못해 인지적 혼란을 보이며 집으로 가자고 한다.</w:t>
            </w:r>
          </w:p>
        </w:tc>
      </w:tr>
      <w:tr>
        <w:tc>
          <w:tcPr>
            <w:tcW w:type="dxa" w:w="1512"/>
          </w:tcPr>
          <w:p>
            <w:r/>
            <w:r>
              <w:t>인쇄 185쪽</w:t>
            </w:r>
          </w:p>
          <w:p>
            <w:r>
              <w:t>PDF 193쪽</w:t>
            </w:r>
          </w:p>
          <w:p>
            <w:r>
              <w:t>KN-124</w:t>
            </w:r>
          </w:p>
          <w:p>
            <w:r>
              <w:t>P1999</w:t>
            </w:r>
          </w:p>
        </w:tc>
        <w:tc>
          <w:tcPr>
            <w:tcW w:type="dxa" w:w="2592"/>
          </w:tcPr>
          <w:p>
            <w:r/>
            <w:r>
              <w:t>3번② 해설 및4번소설용어</w:t>
            </w:r>
          </w:p>
          <w:p>
            <w:r>
              <w:t>수정 전: 조사로제외설명없음/시어</w:t>
            </w:r>
          </w:p>
        </w:tc>
        <w:tc>
          <w:tcPr>
            <w:tcW w:type="dxa" w:w="6264"/>
          </w:tcPr>
          <w:p>
            <w:r/>
            <w:r>
              <w:t>원문조사제외/표현</w:t>
            </w:r>
          </w:p>
          <w:p>
            <w:r>
              <w:t>반영 문구</w:t>
            </w:r>
          </w:p>
          <w:p>
            <w:r>
              <w:t>② 작전 도로와 대비되는 '말끔한 이차선 포장도로'를 찾는다. 말미 조사 '로'는 제외한다.</w:t>
            </w:r>
          </w:p>
          <w:p>
            <w:r>
              <w:t>출하여 표현·구절 찾기로 전환. EBS 2번 문항 ㉣ 선지("온몸의</w:t>
            </w:r>
          </w:p>
        </w:tc>
      </w:tr>
      <w:tr>
        <w:tc>
          <w:tcPr>
            <w:tcW w:type="dxa" w:w="1512"/>
          </w:tcPr>
          <w:p>
            <w:r/>
            <w:r>
              <w:t>인쇄 186쪽</w:t>
            </w:r>
          </w:p>
          <w:p>
            <w:r>
              <w:t>PDF 194쪽</w:t>
            </w:r>
          </w:p>
          <w:p>
            <w:r>
              <w:t>KN-125</w:t>
            </w:r>
          </w:p>
          <w:p>
            <w:r>
              <w:t>P2002</w:t>
            </w:r>
          </w:p>
        </w:tc>
        <w:tc>
          <w:tcPr>
            <w:tcW w:type="dxa" w:w="2592"/>
          </w:tcPr>
          <w:p>
            <w:r/>
            <w:r>
              <w:t>요약 피로감의 원인</w:t>
            </w:r>
          </w:p>
          <w:p>
            <w:r>
              <w:t>수정 전: 육체적 고단함과 화자 피로감 연결 모호</w:t>
            </w:r>
          </w:p>
        </w:tc>
        <w:tc>
          <w:tcPr>
            <w:tcW w:type="dxa" w:w="6264"/>
          </w:tcPr>
          <w:p>
            <w:r/>
            <w:r>
              <w:t>육체적 고단함이 아님 명시</w:t>
            </w:r>
          </w:p>
          <w:p>
            <w:r>
              <w:t>반영 문구</w:t>
            </w:r>
          </w:p>
          <w:p>
            <w:r>
              <w:t>• 화자의 피로감: (4)____________이 아닌 정신적 흔들림에서 비롯된 어른의 피로</w:t>
            </w:r>
          </w:p>
        </w:tc>
      </w:tr>
      <w:tr>
        <w:tc>
          <w:tcPr>
            <w:tcW w:type="dxa" w:w="1512"/>
          </w:tcPr>
          <w:p>
            <w:r/>
            <w:r>
              <w:t>인쇄 188쪽</w:t>
            </w:r>
          </w:p>
          <w:p>
            <w:r>
              <w:t>PDF 196쪽</w:t>
            </w:r>
          </w:p>
          <w:p>
            <w:r>
              <w:t>KN-125</w:t>
            </w:r>
          </w:p>
          <w:p>
            <w:r>
              <w:t>P2003</w:t>
            </w:r>
          </w:p>
        </w:tc>
        <w:tc>
          <w:tcPr>
            <w:tcW w:type="dxa" w:w="2592"/>
          </w:tcPr>
          <w:p>
            <w:r/>
            <w:r>
              <w:t>2번 원문 어미·조사 및 소설 용어</w:t>
            </w:r>
          </w:p>
          <w:p>
            <w:r>
              <w:t>수정 전: 돌아간다는에서 는 누락/조사제외 불명확</w:t>
            </w:r>
          </w:p>
        </w:tc>
        <w:tc>
          <w:tcPr>
            <w:tcW w:type="dxa" w:w="6264"/>
          </w:tcPr>
          <w:p>
            <w:r/>
            <w:r>
              <w:t>①원문어미전체·②말미조사제외</w:t>
            </w:r>
          </w:p>
          <w:p>
            <w:r>
              <w:t>반영 문구</w:t>
            </w:r>
          </w:p>
          <w:p>
            <w:r>
              <w:t>&lt;보기&gt;를 참고하여 ①, ②를 윗글에서 찾아 쓰시오. (②는 말미 조사를 제외할 것.)</w:t>
            </w:r>
          </w:p>
          <w:p>
            <w:r>
              <w:t>표현·구절 찾기</w:t>
            </w:r>
          </w:p>
          <w:p>
            <w:r>
              <w:t>닫게 된다. 즉, ‘나’는 이 세계가 ( ① ) 깨달음, 그러</w:t>
            </w:r>
          </w:p>
        </w:tc>
      </w:tr>
      <w:tr>
        <w:tc>
          <w:tcPr>
            <w:tcW w:type="dxa" w:w="1512"/>
          </w:tcPr>
          <w:p>
            <w:r/>
            <w:r>
              <w:t>인쇄 189쪽</w:t>
            </w:r>
          </w:p>
          <w:p>
            <w:r>
              <w:t>PDF 197쪽</w:t>
            </w:r>
          </w:p>
          <w:p>
            <w:r>
              <w:t>KN-125</w:t>
            </w:r>
          </w:p>
          <w:p>
            <w:r>
              <w:t>P2004</w:t>
            </w:r>
          </w:p>
        </w:tc>
        <w:tc>
          <w:tcPr>
            <w:tcW w:type="dxa" w:w="2592"/>
          </w:tcPr>
          <w:p>
            <w:r/>
            <w:r>
              <w:t>4번 명사구 추출 조건</w:t>
            </w:r>
          </w:p>
          <w:p>
            <w:r>
              <w:t>수정 전: 거리가·어른에게나·중심이 조사를 포함할 여지</w:t>
            </w:r>
          </w:p>
        </w:tc>
        <w:tc>
          <w:tcPr>
            <w:tcW w:type="dxa" w:w="6264"/>
          </w:tcPr>
          <w:p>
            <w:r/>
            <w:r>
              <w:t>세 답 모두 말미 조사 제외</w:t>
            </w:r>
          </w:p>
          <w:p>
            <w:r>
              <w:t>반영 문구</w:t>
            </w:r>
          </w:p>
          <w:p>
            <w:r>
              <w:t>&lt;보기&gt;를 바탕으로 ㉠·㉡·㉢을 윗글에서 찾아 쓰시오. ㉠은 2어절, ㉡·㉢은 각각 한 단어로 쓰되, 세 답 모두 말미 조사는 제외하시오.</w:t>
            </w:r>
          </w:p>
        </w:tc>
      </w:tr>
      <w:tr>
        <w:tc>
          <w:tcPr>
            <w:tcW w:type="dxa" w:w="1512"/>
          </w:tcPr>
          <w:p>
            <w:r/>
            <w:r>
              <w:t>인쇄 190쪽</w:t>
            </w:r>
          </w:p>
          <w:p>
            <w:r>
              <w:t>PDF 198쪽</w:t>
            </w:r>
          </w:p>
          <w:p>
            <w:r>
              <w:t>KN-125</w:t>
            </w:r>
          </w:p>
          <w:p>
            <w:r>
              <w:t>P2005</w:t>
            </w:r>
          </w:p>
        </w:tc>
        <w:tc>
          <w:tcPr>
            <w:tcW w:type="dxa" w:w="2592"/>
          </w:tcPr>
          <w:p>
            <w:r/>
            <w:r>
              <w:t>1번③ 첫끝어절·④분량 및2번원문</w:t>
            </w:r>
          </w:p>
          <w:p>
            <w:r>
              <w:t>수정 전: 그/것이었다 및40자초과·어미탈락</w:t>
            </w:r>
          </w:p>
        </w:tc>
        <w:tc>
          <w:tcPr>
            <w:tcW w:type="dxa" w:w="6264"/>
          </w:tcPr>
          <w:p>
            <w:r/>
            <w:r>
              <w:t>내가/것이다·40자이내·원문 어미</w:t>
            </w:r>
          </w:p>
          <w:p>
            <w:r>
              <w:t>반영 문구</w:t>
            </w:r>
          </w:p>
          <w:p>
            <w:r>
              <w:t>정답: ① 서술 ② 경험</w:t>
            </w:r>
          </w:p>
          <w:p>
            <w:r>
              <w:t>③ 첫 어절: 내가 / 마지막 어절: 것이다</w:t>
            </w:r>
          </w:p>
          <w:p>
            <w:r>
              <w:t>④ 육체적 고단함이 아닌 정신적 흔들림에서 우러났기 때문이다.</w:t>
            </w:r>
          </w:p>
          <w:p>
            <w:r>
              <w:t>③ '내가 짐작하고 또 생각하는 세계하고 실제 세계 사이에는 이렇듯 머나먼 거리가 놓여 있었던 것이다.'를 찾는다. 첫 어절은 '내가', 마지막 어절은 '것이다'이다.</w:t>
            </w:r>
          </w:p>
          <w:p>
            <w:r>
              <w:t>정답: ① 나와는 상관없이 돌아간다는 ② 주변으로 둘러싸인 중심</w:t>
            </w:r>
          </w:p>
          <w:p>
            <w:r>
              <w:t>① 원문의 '나와는 상관없이 돌아간다는'을 어미까지 옮긴다. ② '주변으로 둘러싸인 중심이'에서 말미 조사 '이'를 제외한다. &lt;보기&gt;의 빈칸 뒤에 이미 조사가 있으므로 중복하여 쓰지 않는다.</w:t>
            </w:r>
          </w:p>
          <w:p>
            <w:r>
              <w:t>① 나와는 상관없이 돌아간다는</w:t>
            </w:r>
          </w:p>
          <w:p>
            <w:r>
              <w:t>천대 개념어형). EBS 4번 &lt;보기&gt;의 '거리감·중심이 아니라는</w:t>
            </w:r>
          </w:p>
          <w:p>
            <w:r>
              <w:t>• EBS 연계 방식: EBS 4번 &lt;보기&gt;의 성장에 대한 관점과 적절한 선지 ④를 바탕으로, 세계가 자신과 무관하게 돌아가며 자신은 중심이 아니라는 깨달음을 감상문으로 재구성하였다. 결정적 원문 구절을 빈칸으로 찾아 쓰게 하였다.</w:t>
            </w:r>
          </w:p>
        </w:tc>
      </w:tr>
      <w:tr>
        <w:tc>
          <w:tcPr>
            <w:tcW w:type="dxa" w:w="1512"/>
          </w:tcPr>
          <w:p>
            <w:r/>
            <w:r>
              <w:t>인쇄 196쪽</w:t>
            </w:r>
          </w:p>
          <w:p>
            <w:r>
              <w:t>PDF 204쪽</w:t>
            </w:r>
          </w:p>
          <w:p>
            <w:r>
              <w:t>KN-126</w:t>
            </w:r>
          </w:p>
          <w:p>
            <w:r>
              <w:t>P2011</w:t>
            </w:r>
          </w:p>
        </w:tc>
        <w:tc>
          <w:tcPr>
            <w:tcW w:type="dxa" w:w="2592"/>
          </w:tcPr>
          <w:p>
            <w:r/>
            <w:r>
              <w:t>1번 조사·소설용어 및2번분량모순·답란</w:t>
            </w:r>
          </w:p>
          <w:p>
            <w:r>
              <w:t>수정 전: 조사제외없음·시어·30~50자와65자충돌·짧은답란</w:t>
            </w:r>
          </w:p>
        </w:tc>
        <w:tc>
          <w:tcPr>
            <w:tcW w:type="dxa" w:w="6264"/>
          </w:tcPr>
          <w:p>
            <w:r/>
            <w:r>
              <w:t>①조사제외·표현·30~50자일치·답란확대</w:t>
            </w:r>
          </w:p>
          <w:p>
            <w:r>
              <w:t>반영 문구</w:t>
            </w:r>
          </w:p>
          <w:p>
            <w:r>
              <w:t>&lt;보기&gt;의 ①, ②를 윗글에서 찾아 쓰시오.</w:t>
            </w:r>
          </w:p>
          <w:p>
            <w:r>
              <w:t>(①은 말미 조사를 제외할 것.)</w:t>
            </w:r>
          </w:p>
          <w:p>
            <w:r>
              <w:t>표현·구절 찾기</w:t>
            </w:r>
          </w:p>
          <w:p>
            <w:r>
              <w:t>할 것. 띄어쓰기 포함 30~50자)</w:t>
            </w:r>
          </w:p>
          <w:p>
            <w:r>
              <w:t>① ______________________________________________</w:t>
            </w:r>
          </w:p>
        </w:tc>
      </w:tr>
      <w:tr>
        <w:tc>
          <w:tcPr>
            <w:tcW w:type="dxa" w:w="1512"/>
          </w:tcPr>
          <w:p>
            <w:r/>
            <w:r>
              <w:t>인쇄 197쪽</w:t>
            </w:r>
          </w:p>
          <w:p>
            <w:r>
              <w:t>PDF 205쪽</w:t>
            </w:r>
          </w:p>
          <w:p>
            <w:r>
              <w:t>KN-126</w:t>
            </w:r>
          </w:p>
          <w:p>
            <w:r>
              <w:t>P2012</w:t>
            </w:r>
          </w:p>
        </w:tc>
        <w:tc>
          <w:tcPr>
            <w:tcW w:type="dxa" w:w="2592"/>
          </w:tcPr>
          <w:p>
            <w:r/>
            <w:r>
              <w:t>4번 대사 문장 유형명</w:t>
            </w:r>
          </w:p>
          <w:p>
            <w:r>
              <w:t>수정 전: 시행 첫·끝 어절</w:t>
            </w:r>
          </w:p>
        </w:tc>
        <w:tc>
          <w:tcPr>
            <w:tcW w:type="dxa" w:w="6264"/>
          </w:tcPr>
          <w:p>
            <w:r/>
            <w:r>
              <w:t>문장 첫·끝 어절</w:t>
            </w:r>
          </w:p>
          <w:p>
            <w:r>
              <w:t>반영 문구</w:t>
            </w:r>
          </w:p>
          <w:p>
            <w:r>
              <w:t>신유형: 문장 첫·끝 어절</w:t>
            </w:r>
          </w:p>
          <w:p>
            <w:r>
              <w:t>표현·구절 찾기</w:t>
            </w:r>
          </w:p>
        </w:tc>
      </w:tr>
      <w:tr>
        <w:tc>
          <w:tcPr>
            <w:tcW w:type="dxa" w:w="1512"/>
          </w:tcPr>
          <w:p>
            <w:r/>
            <w:r>
              <w:t>인쇄 198쪽</w:t>
            </w:r>
          </w:p>
          <w:p>
            <w:r>
              <w:t>PDF 206쪽</w:t>
            </w:r>
          </w:p>
          <w:p>
            <w:r>
              <w:t>KN-126</w:t>
            </w:r>
          </w:p>
          <w:p>
            <w:r>
              <w:t>P2013</w:t>
            </w:r>
          </w:p>
        </w:tc>
        <w:tc>
          <w:tcPr>
            <w:tcW w:type="dxa" w:w="2592"/>
          </w:tcPr>
          <w:p>
            <w:r/>
            <w:r>
              <w:t>2번 서술예시·채점 분량</w:t>
            </w:r>
          </w:p>
          <w:p>
            <w:r>
              <w:t>수정 전: 65자및30~50자조건초과예시</w:t>
            </w:r>
          </w:p>
        </w:tc>
        <w:tc>
          <w:tcPr>
            <w:tcW w:type="dxa" w:w="6264"/>
          </w:tcPr>
          <w:p>
            <w:r/>
            <w:r>
              <w:t>65자·41자 예시와채점동일</w:t>
            </w:r>
          </w:p>
          <w:p>
            <w:r>
              <w:t>반영 문구</w:t>
            </w:r>
          </w:p>
          <w:p>
            <w:r>
              <w:t>정답: ① 큰 집 작은 집을 어찌 가리겠소 ② 동음이의어</w:t>
            </w:r>
          </w:p>
          <w:p>
            <w:r>
              <w:t>③ 개똥밭과 깨진 짓독 등 쓸모없는 재산만 받아 기대가 무너지고, 허탈감과 서러움을 느끼며 체념한 채 떠나려는 심정이다.</w:t>
            </w:r>
          </w:p>
          <w:p>
            <w:r>
              <w:t>④-1 박 첨지 ④-2 첩에게 유리한 편파적 재산 분배로 관리의 위선과 무능을 드러내기 때문이다.</w:t>
            </w:r>
          </w:p>
        </w:tc>
      </w:tr>
      <w:tr>
        <w:tc>
          <w:tcPr>
            <w:tcW w:type="dxa" w:w="1512"/>
          </w:tcPr>
          <w:p>
            <w:r/>
            <w:r>
              <w:t>인쇄 201쪽</w:t>
            </w:r>
          </w:p>
          <w:p>
            <w:r>
              <w:t>PDF 209쪽</w:t>
            </w:r>
          </w:p>
          <w:p>
            <w:r>
              <w:t>KN-127</w:t>
            </w:r>
          </w:p>
          <w:p>
            <w:r>
              <w:t>P2022</w:t>
            </w:r>
          </w:p>
        </w:tc>
        <w:tc>
          <w:tcPr>
            <w:tcW w:type="dxa" w:w="2592"/>
          </w:tcPr>
          <w:p>
            <w:r/>
            <w:r>
              <w:t>요약 장면4 전세 대상</w:t>
            </w:r>
          </w:p>
          <w:p>
            <w:r>
              <w:t>수정 전: 단지 가게를 전세로 내놓음</w:t>
            </w:r>
          </w:p>
        </w:tc>
        <w:tc>
          <w:tcPr>
            <w:tcW w:type="dxa" w:w="6264"/>
          </w:tcPr>
          <w:p>
            <w:r/>
            <w:r>
              <w:t>가게와 살림집이 붙은 집을 전세로 내놓음</w:t>
            </w:r>
          </w:p>
          <w:p>
            <w:r>
              <w:t>반영 문구</w:t>
            </w:r>
          </w:p>
          <w:p>
            <w:r>
              <w:t>• 자식들은 아버지가 집을 파는 것으로 오해함 ↔ 최 노인은 집을 (9)___로 내놓아 독자적인 자금을</w:t>
            </w:r>
          </w:p>
        </w:tc>
      </w:tr>
      <w:tr>
        <w:tc>
          <w:tcPr>
            <w:tcW w:type="dxa" w:w="1512"/>
          </w:tcPr>
          <w:p>
            <w:r/>
            <w:r>
              <w:t>인쇄 202쪽</w:t>
            </w:r>
          </w:p>
          <w:p>
            <w:r>
              <w:t>PDF 210쪽</w:t>
            </w:r>
          </w:p>
          <w:p>
            <w:r>
              <w:t>KN-127</w:t>
            </w:r>
          </w:p>
          <w:p>
            <w:r>
              <w:t>P2023</w:t>
            </w:r>
          </w:p>
        </w:tc>
        <w:tc>
          <w:tcPr>
            <w:tcW w:type="dxa" w:w="2592"/>
          </w:tcPr>
          <w:p>
            <w:r/>
            <w:r>
              <w:t>1번 추출 범위·답란 및2번 유형명</w:t>
            </w:r>
          </w:p>
          <w:p>
            <w:r>
              <w:t>수정 전: 말미조사제외없음/답란짧음/시어</w:t>
            </w:r>
          </w:p>
        </w:tc>
        <w:tc>
          <w:tcPr>
            <w:tcW w:type="dxa" w:w="6264"/>
          </w:tcPr>
          <w:p>
            <w:r/>
            <w:r>
              <w:t>5어절·조사제외/답란확대/표현</w:t>
            </w:r>
          </w:p>
          <w:p>
            <w:r>
              <w:t>반영 문구</w:t>
            </w:r>
          </w:p>
          <w:p>
            <w:r>
              <w:t>※ ①은 5어절로 쓰되 말미 조사는 제외할 것.</w:t>
            </w:r>
          </w:p>
          <w:p>
            <w:r>
              <w:t>① __________________________________________</w:t>
            </w:r>
          </w:p>
          <w:p>
            <w:r>
              <w:t>③ __________________________________________</w:t>
            </w:r>
          </w:p>
          <w:p>
            <w:r>
              <w:t>표현·구절 찾기</w:t>
            </w:r>
          </w:p>
        </w:tc>
      </w:tr>
      <w:tr>
        <w:tc>
          <w:tcPr>
            <w:tcW w:type="dxa" w:w="1512"/>
          </w:tcPr>
          <w:p>
            <w:r/>
            <w:r>
              <w:t>인쇄 203쪽</w:t>
            </w:r>
          </w:p>
          <w:p>
            <w:r>
              <w:t>PDF 211쪽</w:t>
            </w:r>
          </w:p>
          <w:p>
            <w:r>
              <w:t>KN-127</w:t>
            </w:r>
          </w:p>
          <w:p>
            <w:r>
              <w:t>P2024</w:t>
            </w:r>
          </w:p>
        </w:tc>
        <w:tc>
          <w:tcPr>
            <w:tcW w:type="dxa" w:w="2592"/>
          </w:tcPr>
          <w:p>
            <w:r/>
            <w:r>
              <w:t>3번 문장 단위·4번① 추출범위·답란</w:t>
            </w:r>
          </w:p>
          <w:p>
            <w:r>
              <w:t>수정 전: 시행/대사단위불명확/긴답란부족</w:t>
            </w:r>
          </w:p>
        </w:tc>
        <w:tc>
          <w:tcPr>
            <w:tcW w:type="dxa" w:w="6264"/>
          </w:tcPr>
          <w:p>
            <w:r/>
            <w:r>
              <w:t>한문장첫끝/6어절조건/답란확대</w:t>
            </w:r>
          </w:p>
          <w:p>
            <w:r>
              <w:t>반영 문구</w:t>
            </w:r>
          </w:p>
          <w:p>
            <w:r>
              <w:t>신유형: 문장 첫·끝 어절</w:t>
            </w:r>
          </w:p>
          <w:p>
            <w:r>
              <w:t>다음은 「불모지」를 감상하기 위한 학습 자료이다. &lt;보기&gt;의 ㉠~㉢에 해당하는 한 문장을 각각 찾아, 첫 어절과 마지막 어절을 쓰시오. (문장 부호와 말줄임표는 원문 그대로 표기할 것.)</w:t>
            </w:r>
          </w:p>
          <w:p>
            <w:r>
              <w:t>※ ①은 6어절, ③은 관형절 형태로 쓸 것. 두 답 모두 원문 표현을 그대로 쓰되 문장 부호는 제외할 것.</w:t>
            </w:r>
          </w:p>
          <w:p>
            <w:r>
              <w:t>① __________________________________________</w:t>
            </w:r>
          </w:p>
          <w:p>
            <w:r>
              <w:t>③ __________________________________________</w:t>
            </w:r>
          </w:p>
        </w:tc>
      </w:tr>
      <w:tr>
        <w:tc>
          <w:tcPr>
            <w:tcW w:type="dxa" w:w="1512"/>
          </w:tcPr>
          <w:p>
            <w:r/>
            <w:r>
              <w:t>인쇄 204쪽</w:t>
            </w:r>
          </w:p>
          <w:p>
            <w:r>
              <w:t>PDF 212쪽</w:t>
            </w:r>
          </w:p>
          <w:p>
            <w:r>
              <w:t>KN-127</w:t>
            </w:r>
          </w:p>
          <w:p>
            <w:r>
              <w:t>P2025</w:t>
            </w:r>
          </w:p>
        </w:tc>
        <w:tc>
          <w:tcPr>
            <w:tcW w:type="dxa" w:w="2592"/>
          </w:tcPr>
          <w:p>
            <w:r/>
            <w:r>
              <w:t>1번① 해설 문법</w:t>
            </w:r>
          </w:p>
          <w:p>
            <w:r>
              <w:t>수정 전: 어미까지 그대로 옮겨 쓴다</w:t>
            </w:r>
          </w:p>
        </w:tc>
        <w:tc>
          <w:tcPr>
            <w:tcW w:type="dxa" w:w="6264"/>
          </w:tcPr>
          <w:p>
            <w:r/>
            <w:r>
              <w:t>말미 조사로를 제외한5어절</w:t>
            </w:r>
          </w:p>
          <w:p>
            <w:r>
              <w:t>반영 문구</w:t>
            </w:r>
          </w:p>
          <w:p>
            <w:r>
              <w:t>의 축인 집에 대한 애착이 담긴 구절이다. 말미 조사 '으로'를 제외하여 '제집 지니고 산다는 걸 다행'을 쓴다.</w:t>
            </w:r>
          </w:p>
        </w:tc>
      </w:tr>
      <w:tr>
        <w:tc>
          <w:tcPr>
            <w:tcW w:type="dxa" w:w="1512"/>
          </w:tcPr>
          <w:p>
            <w:r/>
            <w:r>
              <w:t>인쇄 205쪽</w:t>
            </w:r>
          </w:p>
          <w:p>
            <w:r>
              <w:t>PDF 213쪽</w:t>
            </w:r>
          </w:p>
          <w:p>
            <w:r>
              <w:t>KN-127</w:t>
            </w:r>
          </w:p>
          <w:p>
            <w:r>
              <w:t>P2026</w:t>
            </w:r>
          </w:p>
        </w:tc>
        <w:tc>
          <w:tcPr>
            <w:tcW w:type="dxa" w:w="2592"/>
          </w:tcPr>
          <w:p>
            <w:r/>
            <w:r>
              <w:t>3번㉡ 채점표 어절 분리와 말줄임표</w:t>
            </w:r>
          </w:p>
          <w:p>
            <w:r>
              <w:t>수정 전: 하니까/요……로 분리되고마침표누락</w:t>
            </w:r>
          </w:p>
        </w:tc>
        <w:tc>
          <w:tcPr>
            <w:tcW w:type="dxa" w:w="6264"/>
          </w:tcPr>
          <w:p>
            <w:r/>
            <w:r>
              <w:t>첫·마지막어절을한줄에정확히표기</w:t>
            </w:r>
          </w:p>
          <w:p>
            <w:r>
              <w:t>반영 문구</w:t>
            </w:r>
          </w:p>
          <w:p>
            <w:r>
              <w:t>㉡ 첫: 요즘 / 마지막: 하니까요…….</w:t>
            </w:r>
          </w:p>
        </w:tc>
      </w:tr>
      <w:tr>
        <w:tc>
          <w:tcPr>
            <w:tcW w:type="dxa" w:w="1512"/>
          </w:tcPr>
          <w:p>
            <w:r/>
            <w:r>
              <w:t>인쇄 208쪽</w:t>
            </w:r>
          </w:p>
          <w:p>
            <w:r>
              <w:t>PDF 216쪽</w:t>
            </w:r>
          </w:p>
          <w:p>
            <w:r>
              <w:t>KN-128</w:t>
            </w:r>
          </w:p>
          <w:p>
            <w:r>
              <w:t>P2033</w:t>
            </w:r>
          </w:p>
        </w:tc>
        <w:tc>
          <w:tcPr>
            <w:tcW w:type="dxa" w:w="2592"/>
          </w:tcPr>
          <w:p>
            <w:r/>
            <w:r>
              <w:t>1·2번 조사지시 및 유형명</w:t>
            </w:r>
          </w:p>
          <w:p>
            <w:r>
              <w:t>수정 전: 조사제외범위불명확/시어</w:t>
            </w:r>
          </w:p>
        </w:tc>
        <w:tc>
          <w:tcPr>
            <w:tcW w:type="dxa" w:w="6264"/>
          </w:tcPr>
          <w:p>
            <w:r/>
            <w:r>
              <w:t>말미조사제외/표현</w:t>
            </w:r>
          </w:p>
          <w:p>
            <w:r>
              <w:t>반영 문구</w:t>
            </w:r>
          </w:p>
          <w:p>
            <w:r>
              <w:t>표현·구절 찾기</w:t>
            </w:r>
          </w:p>
          <w:p>
            <w:r>
              <w:t>※ ①, ②는 말미 조사를 제외할 것.</w:t>
            </w:r>
          </w:p>
          <w:p>
            <w:r>
              <w:t>• ③은 공백 제외 3자로 쓰되, 말미 조사는 제외할 것.</w:t>
            </w:r>
          </w:p>
        </w:tc>
      </w:tr>
      <w:tr>
        <w:tc>
          <w:tcPr>
            <w:tcW w:type="dxa" w:w="1512"/>
          </w:tcPr>
          <w:p>
            <w:r/>
            <w:r>
              <w:t>인쇄 209쪽</w:t>
            </w:r>
          </w:p>
          <w:p>
            <w:r>
              <w:t>PDF 217쪽</w:t>
            </w:r>
          </w:p>
          <w:p>
            <w:r>
              <w:t>KN-128</w:t>
            </w:r>
          </w:p>
          <w:p>
            <w:r>
              <w:t>P2034</w:t>
            </w:r>
          </w:p>
        </w:tc>
        <w:tc>
          <w:tcPr>
            <w:tcW w:type="dxa" w:w="2592"/>
          </w:tcPr>
          <w:p>
            <w:r/>
            <w:r>
              <w:t>3번 문장 경계 지시</w:t>
            </w:r>
          </w:p>
          <w:p>
            <w:r>
              <w:t>수정 전: 시행첫끝·대사범위</w:t>
            </w:r>
          </w:p>
        </w:tc>
        <w:tc>
          <w:tcPr>
            <w:tcW w:type="dxa" w:w="6264"/>
          </w:tcPr>
          <w:p>
            <w:r/>
            <w:r>
              <w:t>완전한한문장첫끝·문장부호생략가능</w:t>
            </w:r>
          </w:p>
          <w:p>
            <w:r>
              <w:t>반영 문구</w:t>
            </w:r>
          </w:p>
          <w:p>
            <w:r>
              <w:t>신유형: 문장 첫·끝 어절</w:t>
            </w:r>
          </w:p>
          <w:p>
            <w:r>
              <w:t>다음 &lt;보기&gt;는 윗글을 감상한 내용의 일부이다. ㉠~㉢에 해당하는 한 문장을 각각 찾아 첫 어절과 마지막 어절을 쓰시오. (어절은 원문 그대로 쓰되, 문장 부호는 생략 가능.)</w:t>
            </w:r>
          </w:p>
        </w:tc>
      </w:tr>
      <w:tr>
        <w:tc>
          <w:tcPr>
            <w:tcW w:type="dxa" w:w="1512"/>
          </w:tcPr>
          <w:p>
            <w:r/>
            <w:r>
              <w:t>인쇄 210쪽</w:t>
            </w:r>
          </w:p>
          <w:p>
            <w:r>
              <w:t>PDF 218쪽</w:t>
            </w:r>
          </w:p>
          <w:p>
            <w:r>
              <w:t>KN-128</w:t>
            </w:r>
          </w:p>
          <w:p>
            <w:r>
              <w:t>P2035</w:t>
            </w:r>
          </w:p>
        </w:tc>
        <w:tc>
          <w:tcPr>
            <w:tcW w:type="dxa" w:w="2592"/>
          </w:tcPr>
          <w:p>
            <w:r/>
            <w:r>
              <w:t>1번② 말미 조사 근거</w:t>
            </w:r>
          </w:p>
          <w:p>
            <w:r>
              <w:t>수정 전: 원문그대로인용이나을제외설명없음</w:t>
            </w:r>
          </w:p>
        </w:tc>
        <w:tc>
          <w:tcPr>
            <w:tcW w:type="dxa" w:w="6264"/>
          </w:tcPr>
          <w:p>
            <w:r/>
            <w:r>
              <w:t>말미을제외명시</w:t>
            </w:r>
          </w:p>
          <w:p>
            <w:r>
              <w:t>반영 문구</w:t>
            </w:r>
          </w:p>
          <w:p>
            <w:r>
              <w:t>약속'을 함께 쓰되, 조건에 따라 말미 조사 '을'은 제외한다.</w:t>
            </w:r>
          </w:p>
        </w:tc>
      </w:tr>
      <w:tr>
        <w:tc>
          <w:tcPr>
            <w:tcW w:type="dxa" w:w="1512"/>
          </w:tcPr>
          <w:p>
            <w:r/>
            <w:r>
              <w:t>인쇄 211쪽</w:t>
            </w:r>
          </w:p>
          <w:p>
            <w:r>
              <w:t>PDF 219쪽</w:t>
            </w:r>
          </w:p>
          <w:p>
            <w:r>
              <w:t>KN-128</w:t>
            </w:r>
          </w:p>
          <w:p>
            <w:r>
              <w:t>P2036</w:t>
            </w:r>
          </w:p>
        </w:tc>
        <w:tc>
          <w:tcPr>
            <w:tcW w:type="dxa" w:w="2592"/>
          </w:tcPr>
          <w:p>
            <w:r/>
            <w:r>
              <w:t>3번첫어절2개·원문인용·4번해설오류</w:t>
            </w:r>
          </w:p>
          <w:p>
            <w:r>
              <w:t>수정 전: 우리/다스리는·호칭제외·없는마·검열설명</w:t>
            </w:r>
          </w:p>
        </w:tc>
        <w:tc>
          <w:tcPr>
            <w:tcW w:type="dxa" w:w="6264"/>
          </w:tcPr>
          <w:p>
            <w:r/>
            <w:r>
              <w:t>그런데/대사·온전한문장·가~라·검열의구실구분</w:t>
            </w:r>
          </w:p>
          <w:p>
            <w:r>
              <w:t>반영 문구</w:t>
            </w:r>
          </w:p>
          <w:p>
            <w:r>
              <w:t>정답: ㉠ 첫 어절: 나라는 / 마지막 어절: 것이오</w:t>
            </w:r>
          </w:p>
          <w:p>
            <w:r>
              <w:t>㉡ 첫 어절: 그런데 / 마지막 어절: 않았소</w:t>
            </w:r>
          </w:p>
          <w:p>
            <w:r>
              <w:t>㉢ 첫 어절: 대사 / 마지막 어절: 힘이오</w:t>
            </w:r>
          </w:p>
          <w:p>
            <w:r>
              <w:t>㉡ 원문: "그런데 지금 보오, 우리 고려는 한번 종이 되면 좀처럼 면천하기 어려워 자자손손 종신토록 우마와 같이 재산처럼 팔고, 팔리는 천하 고금에 없는 제도가 되어 버리지 않았소?"</w:t>
            </w:r>
          </w:p>
          <w:p>
            <w:r>
              <w:t>㉢ 원문: "대사, 다스리는 근본은 힘이오." 첫 어절은 호칭을 포함한 '대사,'이다. 쉼표 뒤의 '다스리는'을 문장의 시작으로 삼지 않는다. ㉡ 역시 쉼표 앞의 '그런데'부터 시작한다. 문장 부호 생략은 허용한다.</w:t>
            </w:r>
          </w:p>
          <w:p>
            <w:r>
              <w:t>• EBS 연계 방식: 4번 &lt;보기&gt;의 창작 배경과 현실 비판 의도를 감상 관점으로 정리하고, 선지의 핵심 내용을 진술문 (가)~(라)로 재구성하였다. 2번 문항의 군사 부재와 노비 통제에 대한 우려는 (가)에 반영하였다. (라)는 극 중 지배층의 모순을 작품 검열의 원인으로 보는 오류를 판별하고, 두 인물을 작가의 비판 대상으로 설명하도록 구성하였다.</w:t>
            </w:r>
          </w:p>
          <w:p>
            <w:r>
              <w:t>① 검열 주체는 군부 독재 정권이다. 패배주의와 허무 의식의 확산은 검열의 명분이었으며, 실제로는 억압적 현실을 비판하는 공연을 제한하려는 조치였다. 판관·이자헌은 작가가 고발하는 지배층의 모순을 보여 주는 인물이다.</w:t>
            </w:r>
          </w:p>
        </w:tc>
      </w:tr>
      <w:tr>
        <w:tc>
          <w:tcPr>
            <w:tcW w:type="dxa" w:w="1512"/>
          </w:tcPr>
          <w:p>
            <w:r/>
            <w:r>
              <w:t>인쇄 212쪽</w:t>
            </w:r>
          </w:p>
          <w:p>
            <w:r>
              <w:t>PDF 220쪽</w:t>
            </w:r>
          </w:p>
          <w:p>
            <w:r>
              <w:t>KN-129</w:t>
            </w:r>
          </w:p>
          <w:p>
            <w:r>
              <w:t>P2045</w:t>
            </w:r>
          </w:p>
        </w:tc>
        <w:tc>
          <w:tcPr>
            <w:tcW w:type="dxa" w:w="2592"/>
          </w:tcPr>
          <w:p>
            <w:r/>
            <w:r>
              <w:t>요약 오탈자 및 혈연 관계 기준 명확화</w:t>
            </w:r>
          </w:p>
          <w:p>
            <w:r>
              <w:t>수정 전: 연결어미 지시문을 한 문장으로 취급·회상 장면번호와 행동주체 오류</w:t>
            </w:r>
          </w:p>
        </w:tc>
        <w:tc>
          <w:tcPr>
            <w:tcW w:type="dxa" w:w="6264"/>
          </w:tcPr>
          <w:p>
            <w:r/>
            <w:r>
              <w:t>요약 오탈자 및 혈연 관계 기준 명확화</w:t>
            </w:r>
          </w:p>
          <w:p>
            <w:r>
              <w:t>반영 문구</w:t>
            </w:r>
          </w:p>
          <w:p>
            <w:r>
              <w:t>• (1)___는 쇠뭉치로 얻어맞은 듯 아무 말도 들리지 않는 듯 멍하니 (2)___만 쳐다봄</w:t>
            </w:r>
          </w:p>
          <w:p>
            <w:r>
              <w:t>• (1)___가 이별 후 앓아누워 굶어 죽기로 결심함 → (4)___가 (2)___은 자신의 (5)______이고, (3)___은 자신의 (6)___라는 비밀을 털어놓음</w:t>
            </w:r>
          </w:p>
        </w:tc>
      </w:tr>
      <w:tr>
        <w:tc>
          <w:tcPr>
            <w:tcW w:type="dxa" w:w="1512"/>
          </w:tcPr>
          <w:p>
            <w:r/>
            <w:r>
              <w:t>인쇄 213쪽</w:t>
            </w:r>
          </w:p>
          <w:p>
            <w:r>
              <w:t>PDF 221쪽</w:t>
            </w:r>
          </w:p>
          <w:p>
            <w:r>
              <w:t>KN-129</w:t>
            </w:r>
          </w:p>
          <w:p>
            <w:r>
              <w:t>P2046</w:t>
            </w:r>
          </w:p>
        </w:tc>
        <w:tc>
          <w:tcPr>
            <w:tcW w:type="dxa" w:w="2592"/>
          </w:tcPr>
          <w:p>
            <w:r/>
            <w:r>
              <w:t>슬픈 눈의 주체를 혼동한 요약 정정</w:t>
            </w:r>
          </w:p>
          <w:p>
            <w:r>
              <w:t>수정 전: 연결어미 지시문을 한 문장으로 취급·회상 장면번호와 행동주체 오류</w:t>
            </w:r>
          </w:p>
        </w:tc>
        <w:tc>
          <w:tcPr>
            <w:tcW w:type="dxa" w:w="6264"/>
          </w:tcPr>
          <w:p>
            <w:r/>
            <w:r>
              <w:t>슬픈 눈의 주체를 혼동한 요약 정정</w:t>
            </w:r>
          </w:p>
          <w:p>
            <w:r>
              <w:t>반영 문구</w:t>
            </w:r>
          </w:p>
          <w:p>
            <w:r>
              <w:t>• (1)___의 엿판 요청에 놀람 → (4)___가 한숨을 섞어 말하며 아들의 뜻을 받아들임</w:t>
            </w:r>
          </w:p>
        </w:tc>
      </w:tr>
      <w:tr>
        <w:tc>
          <w:tcPr>
            <w:tcW w:type="dxa" w:w="1512"/>
          </w:tcPr>
          <w:p>
            <w:r/>
            <w:r>
              <w:t>인쇄 214쪽</w:t>
            </w:r>
          </w:p>
          <w:p>
            <w:r>
              <w:t>PDF 222쪽</w:t>
            </w:r>
          </w:p>
          <w:p>
            <w:r>
              <w:t>KN-129</w:t>
            </w:r>
          </w:p>
          <w:p>
            <w:r>
              <w:t>P2047</w:t>
            </w:r>
          </w:p>
        </w:tc>
        <w:tc>
          <w:tcPr>
            <w:tcW w:type="dxa" w:w="2592"/>
          </w:tcPr>
          <w:p>
            <w:r/>
            <w:r>
              <w:t>정답 대입 비문·글자 수 및 회상 장면 범위 교정</w:t>
            </w:r>
          </w:p>
          <w:p>
            <w:r>
              <w:t>수정 전: 연결어미 지시문을 한 문장으로 취급·회상 장면번호와 행동주체 오류</w:t>
            </w:r>
          </w:p>
        </w:tc>
        <w:tc>
          <w:tcPr>
            <w:tcW w:type="dxa" w:w="6264"/>
          </w:tcPr>
          <w:p>
            <w:r/>
            <w:r>
              <w:t>정답 대입 비문·글자 수 및 회상 장면 범위 교정</w:t>
            </w:r>
          </w:p>
          <w:p>
            <w:r>
              <w:t>반영 문구</w:t>
            </w:r>
          </w:p>
          <w:p>
            <w:r>
              <w:t>S#154에서 성기의 발걸음이 ( ③ )(으)로 묘사되는 장면과 이어져, 운명을 수용한 인물의 홀가분한 내면을 형상화한다.</w:t>
            </w:r>
          </w:p>
          <w:p>
            <w:r>
              <w:t>• ③은 공백 제외 5자의 2어절 구절로 쓸 것.</w:t>
            </w:r>
          </w:p>
          <w:p>
            <w:r>
              <w:t>[소문항 3] S#148~149(회상)와 S#150(현실)의 강의 모습을 근거로, 성기의 심리를 대비하여 서술하시오. (띄어쓰기 포함 90자 내외)</w:t>
            </w:r>
          </w:p>
          <w:p>
            <w:r>
              <w:t>④ _________________________________________________</w:t>
            </w:r>
          </w:p>
          <w:p>
            <w:r>
              <w:t>____________________________________________________</w:t>
            </w:r>
          </w:p>
        </w:tc>
      </w:tr>
      <w:tr>
        <w:tc>
          <w:tcPr>
            <w:tcW w:type="dxa" w:w="1512"/>
          </w:tcPr>
          <w:p>
            <w:r/>
            <w:r>
              <w:t>인쇄 215쪽</w:t>
            </w:r>
          </w:p>
          <w:p>
            <w:r>
              <w:t>PDF 223쪽</w:t>
            </w:r>
          </w:p>
          <w:p>
            <w:r>
              <w:t>KN-129</w:t>
            </w:r>
          </w:p>
          <w:p>
            <w:r>
              <w:t>P2048</w:t>
            </w:r>
          </w:p>
        </w:tc>
        <w:tc>
          <w:tcPr>
            <w:tcW w:type="dxa" w:w="2592"/>
          </w:tcPr>
          <w:p>
            <w:r/>
            <w:r>
              <w:t>온전한 문장을 찾는 4번㉠ 지시 및3번 조사 조건</w:t>
            </w:r>
          </w:p>
          <w:p>
            <w:r>
              <w:t>수정 전: 연결어미 지시문을 한 문장으로 취급·회상 장면번호와 행동주체 오류</w:t>
            </w:r>
          </w:p>
        </w:tc>
        <w:tc>
          <w:tcPr>
            <w:tcW w:type="dxa" w:w="6264"/>
          </w:tcPr>
          <w:p>
            <w:r/>
            <w:r>
              <w:t>온전한 문장을 찾는 4번㉠ 지시 및3번 조사 조건</w:t>
            </w:r>
          </w:p>
          <w:p>
            <w:r>
              <w:t>반영 문구</w:t>
            </w:r>
          </w:p>
          <w:p>
            <w:r>
              <w:t>표현·구절 찾기</w:t>
            </w:r>
          </w:p>
          <w:p>
            <w:r>
              <w:t>신유형: 문장 첫·끝 어절</w:t>
            </w:r>
          </w:p>
          <w:p>
            <w:r>
              <w:t>※ ②는 말미 조사를 제외하여 쓸 것.</w:t>
            </w:r>
          </w:p>
          <w:p>
            <w:r>
              <w:t>&lt;보기&gt;의 ㉠~㉢에 해당하는 한 문장을 각각 찾아 첫 어절과 마지막 어절을 쓰시오. 문장 부호를 포함하여 원문 그대로 쓸 것.</w:t>
            </w:r>
          </w:p>
          <w:p>
            <w:r>
              <w:t>㉠ [회상의 시작] 강변에 나온 성기에게 계연과 마지막으로 만나던 일이 회상된다고 직접 알리는 문장. 강물이 풀리는 모습과 (E) 대사가 이어지기 직전의 문장을 찾는다.</w:t>
            </w:r>
          </w:p>
        </w:tc>
      </w:tr>
      <w:tr>
        <w:tc>
          <w:tcPr>
            <w:tcW w:type="dxa" w:w="1512"/>
          </w:tcPr>
          <w:p>
            <w:r/>
            <w:r>
              <w:t>인쇄 216쪽</w:t>
            </w:r>
          </w:p>
          <w:p>
            <w:r>
              <w:t>PDF 224쪽</w:t>
            </w:r>
          </w:p>
          <w:p>
            <w:r>
              <w:t>KN-129</w:t>
            </w:r>
          </w:p>
          <w:p>
            <w:r>
              <w:t>P2049</w:t>
            </w:r>
          </w:p>
        </w:tc>
        <w:tc>
          <w:tcPr>
            <w:tcW w:type="dxa" w:w="2592"/>
          </w:tcPr>
          <w:p>
            <w:r/>
            <w:r>
              <w:t>회상 장면·행동 주체·글자 수 해설 동기화</w:t>
            </w:r>
          </w:p>
          <w:p>
            <w:r>
              <w:t>수정 전: 연결어미 지시문을 한 문장으로 취급·회상 장면번호와 행동주체 오류</w:t>
            </w:r>
          </w:p>
        </w:tc>
        <w:tc>
          <w:tcPr>
            <w:tcW w:type="dxa" w:w="6264"/>
          </w:tcPr>
          <w:p>
            <w:r/>
            <w:r>
              <w:t>회상 장면·행동 주체·글자 수 해설 동기화</w:t>
            </w:r>
          </w:p>
          <w:p>
            <w:r>
              <w:t>반영 문구</w:t>
            </w:r>
          </w:p>
          <w:p>
            <w:r>
              <w:t>③ S#154의 '그 구름 위를 걸어가듯 가벼운 발길.'에서 걸음걸이를 묘사한 '가벼운 발길'을 찾는다. 두 어절이며 공백을 제외하면 5자이다. '가볍다'처럼 어형을 바꾸지 않고 그대로 쓴다.</w:t>
            </w:r>
          </w:p>
          <w:p>
            <w:r>
              <w:t>정답: ① 역마살 ② 엿판 ③ 옥화와 동운의 결정으로 계연이 갑작스럽게 떠나게 된 상황에 충격을 받았기 때문이다. ④ S#148~149의 풀리는 강물은 계연과 사랑을 나누던 성기의 설렘과 기쁨을, S#150의 얼어붙은 강물은 이별 후 성기가 느끼는 슬픔을 드러낸다.</w:t>
            </w:r>
          </w:p>
          <w:p>
            <w:r>
              <w:t>로, 떠돌이 삶을 스스로 택했음을 보여 주는 '엿판'이다.</w:t>
            </w:r>
          </w:p>
          <w:p>
            <w:r>
              <w:t>④ S#148에서 얼어붙었던 강물이 풀리며 회상으로 전환되고, S#149에서 성기와 계연은 사랑을 확인한다. S#150에서는 강물이 얼어붙어 있고 성기는 눈물을 문지른다. 풀리는 강물과 사랑의 설렘·기쁨, 얼어붙은 강물과 이별의 슬픔을 대비한다.</w:t>
            </w:r>
          </w:p>
        </w:tc>
      </w:tr>
      <w:tr>
        <w:tc>
          <w:tcPr>
            <w:tcW w:type="dxa" w:w="1512"/>
          </w:tcPr>
          <w:p>
            <w:r/>
            <w:r>
              <w:t>인쇄 217쪽</w:t>
            </w:r>
          </w:p>
          <w:p>
            <w:r>
              <w:t>PDF 225쪽</w:t>
            </w:r>
          </w:p>
          <w:p>
            <w:r>
              <w:t>KN-129</w:t>
            </w:r>
          </w:p>
          <w:p>
            <w:r>
              <w:t>P2050</w:t>
            </w:r>
          </w:p>
        </w:tc>
        <w:tc>
          <w:tcPr>
            <w:tcW w:type="dxa" w:w="2592"/>
          </w:tcPr>
          <w:p>
            <w:r/>
            <w:r>
              <w:t>4번㉠ 문장 첫끝 및 근거·채점 교정</w:t>
            </w:r>
          </w:p>
          <w:p>
            <w:r>
              <w:t>수정 전: 연결어미 지시문을 한 문장으로 취급·회상 장면번호와 행동주체 오류</w:t>
            </w:r>
          </w:p>
        </w:tc>
        <w:tc>
          <w:tcPr>
            <w:tcW w:type="dxa" w:w="6264"/>
          </w:tcPr>
          <w:p>
            <w:r/>
            <w:r>
              <w:t>4번㉠ 문장 첫끝 및 근거·채점 교정</w:t>
            </w:r>
          </w:p>
          <w:p>
            <w:r>
              <w:t>반영 문구</w:t>
            </w:r>
          </w:p>
          <w:p>
            <w:r>
              <w:t>② 계연이 떠난 구례 길과 다른 길을 찾는다. S#153의 '발길을 돌려 하동 길로 들어선다.'에서 말미 조사 '로'를 제외한 '하동 길'을 쓴다. 삼거리의 두 길이 서로 정반대 방향이라고 단정할 근거는 없다.</w:t>
            </w:r>
          </w:p>
          <w:p>
            <w:r>
              <w:t>정답: ㉠ 첫 어절: 거기서 / 마지막 어절: 회상된다.</w:t>
            </w:r>
          </w:p>
          <w:p>
            <w:r>
              <w:t>㉡ 첫 어절: 성기, / 마지막 어절: 돌아선다.</w:t>
            </w:r>
          </w:p>
          <w:p>
            <w:r>
              <w:t>㉢ 첫 어절: 절에 / 마지막 어절: 아닙니다.</w:t>
            </w:r>
          </w:p>
          <w:p>
            <w:r>
              <w:t>㉠ 원문은 '거기서 계연이와 마지막으로 만나던 일이 회상된다.'이다. 마침표까지가 온전한 한 문장이다. 바로 뒤의 '얼어붙었던 강물이 서서히 풀리면서'는 연결어미로 끝나는 지시문 조각이므로 이 문항의 답으로 삼지 않는다.</w:t>
            </w:r>
          </w:p>
          <w:p>
            <w:r>
              <w:t>㉠ 첫 어절: 거기서 / 마지막 어절: 회상된다.</w:t>
            </w:r>
          </w:p>
        </w:tc>
      </w:tr>
      <w:tr>
        <w:tc>
          <w:tcPr>
            <w:tcW w:type="dxa" w:w="1512"/>
          </w:tcPr>
          <w:p>
            <w:r/>
            <w:r>
              <w:t>인쇄 219쪽</w:t>
            </w:r>
          </w:p>
          <w:p>
            <w:r>
              <w:t>PDF 227쪽</w:t>
            </w:r>
          </w:p>
          <w:p>
            <w:r>
              <w:t>KN-130</w:t>
            </w:r>
          </w:p>
          <w:p>
            <w:r>
              <w:t>P2066</w:t>
            </w:r>
          </w:p>
        </w:tc>
        <w:tc>
          <w:tcPr>
            <w:tcW w:type="dxa" w:w="2592"/>
          </w:tcPr>
          <w:p>
            <w:r/>
            <w:r>
              <w:t>아버지의 과거를 현우의 치켜세우는 발언으로 명확화</w:t>
            </w:r>
          </w:p>
          <w:p>
            <w:r>
              <w:t>수정 전: 원문에 없는 임신 설정, 아버지 유명 연주자 발언을 사실로 단정, 추출 조건과 채점 불일치</w:t>
            </w:r>
          </w:p>
        </w:tc>
        <w:tc>
          <w:tcPr>
            <w:tcW w:type="dxa" w:w="6264"/>
          </w:tcPr>
          <w:p>
            <w:r/>
            <w:r>
              <w:t>아버지의 과거를 현우의 치켜세우는 발언으로 명확화</w:t>
            </w:r>
          </w:p>
          <w:p>
            <w:r>
              <w:t>반영 문구</w:t>
            </w:r>
          </w:p>
          <w:p>
            <w:r>
              <w:t>• (9)___ 아버지가 과거 암스트롱의 곡을 독보적으로 연주하던 유명 음악가였다고 치켜세움</w:t>
            </w:r>
          </w:p>
        </w:tc>
      </w:tr>
      <w:tr>
        <w:tc>
          <w:tcPr>
            <w:tcW w:type="dxa" w:w="1512"/>
          </w:tcPr>
          <w:p>
            <w:r/>
            <w:r>
              <w:t>인쇄 220쪽</w:t>
            </w:r>
          </w:p>
          <w:p>
            <w:r>
              <w:t>PDF 228쪽</w:t>
            </w:r>
          </w:p>
          <w:p>
            <w:r>
              <w:t>KN-130</w:t>
            </w:r>
          </w:p>
          <w:p>
            <w:r>
              <w:t>P2067</w:t>
            </w:r>
          </w:p>
        </w:tc>
        <w:tc>
          <w:tcPr>
            <w:tcW w:type="dxa" w:w="2592"/>
          </w:tcPr>
          <w:p>
            <w:r/>
            <w:r>
              <w:t>첫·끝 어절은 문장 전체의 양 끝임을 명시</w:t>
            </w:r>
          </w:p>
          <w:p>
            <w:r>
              <w:t>수정 전: 원문에 없는 임신 설정, 아버지 유명 연주자 발언을 사실로 단정, 추출 조건과 채점 불일치</w:t>
            </w:r>
          </w:p>
        </w:tc>
        <w:tc>
          <w:tcPr>
            <w:tcW w:type="dxa" w:w="6264"/>
          </w:tcPr>
          <w:p>
            <w:r/>
            <w:r>
              <w:t>첫·끝 어절은 문장 전체의 양 끝임을 명시</w:t>
            </w:r>
          </w:p>
          <w:p>
            <w:r>
              <w:t>반영 문구</w:t>
            </w:r>
          </w:p>
          <w:p>
            <w:r>
              <w:t>• ① : 지문의 문장 ㉠ 전체에서 첫 어절과 마지막 어절을 순서대로 쓰시오. 쉼표나 연결어미에서 끊지 마시오.</w:t>
            </w:r>
          </w:p>
        </w:tc>
      </w:tr>
      <w:tr>
        <w:tc>
          <w:tcPr>
            <w:tcW w:type="dxa" w:w="1512"/>
          </w:tcPr>
          <w:p>
            <w:r/>
            <w:r>
              <w:t>인쇄 221쪽</w:t>
            </w:r>
          </w:p>
          <w:p>
            <w:r>
              <w:t>PDF 229쪽</w:t>
            </w:r>
          </w:p>
          <w:p>
            <w:r>
              <w:t>KN-130</w:t>
            </w:r>
          </w:p>
          <w:p>
            <w:r>
              <w:t>P2068</w:t>
            </w:r>
          </w:p>
        </w:tc>
        <w:tc>
          <w:tcPr>
            <w:tcW w:type="dxa" w:w="2592"/>
          </w:tcPr>
          <w:p>
            <w:r/>
            <w:r>
              <w:t>추출 답안의 말미 어미 제외 및 긴 답란 확보</w:t>
            </w:r>
          </w:p>
          <w:p>
            <w:r>
              <w:t>수정 전: 원문에 없는 임신 설정, 아버지 유명 연주자 발언을 사실로 단정, 추출 조건과 채점 불일치</w:t>
            </w:r>
          </w:p>
        </w:tc>
        <w:tc>
          <w:tcPr>
            <w:tcW w:type="dxa" w:w="6264"/>
          </w:tcPr>
          <w:p>
            <w:r/>
            <w:r>
              <w:t>추출 답안의 말미 어미 제외 및 긴 답란 확보</w:t>
            </w:r>
          </w:p>
          <w:p>
            <w:r>
              <w:t>반영 문구</w:t>
            </w:r>
          </w:p>
          <w:p>
            <w:r>
              <w:t>※ ①, ②는 말미의 서술격 어미를 제외한 명사구로 쓰시오.</w:t>
            </w:r>
          </w:p>
          <w:p>
            <w:r>
              <w:t>① ________________________________________</w:t>
            </w:r>
          </w:p>
          <w:p>
            <w:r>
              <w:t>② ____________________</w:t>
            </w:r>
          </w:p>
          <w:p>
            <w:r>
              <w:t>③ ____________________</w:t>
            </w:r>
          </w:p>
          <w:p>
            <w:r>
              <w:t>※ ①은 "자꾸만"부터 문장 끝까지 그대로 쓰시오. 마침표는 생략 가능하다.</w:t>
            </w:r>
          </w:p>
        </w:tc>
      </w:tr>
      <w:tr>
        <w:tc>
          <w:tcPr>
            <w:tcW w:type="dxa" w:w="1512"/>
          </w:tcPr>
          <w:p>
            <w:r/>
            <w:r>
              <w:t>인쇄 222쪽</w:t>
            </w:r>
          </w:p>
          <w:p>
            <w:r>
              <w:t>PDF 230쪽</w:t>
            </w:r>
          </w:p>
          <w:p>
            <w:r>
              <w:t>KN-130</w:t>
            </w:r>
          </w:p>
          <w:p>
            <w:r>
              <w:t>P2069</w:t>
            </w:r>
          </w:p>
        </w:tc>
        <w:tc>
          <w:tcPr>
            <w:tcW w:type="dxa" w:w="2592"/>
          </w:tcPr>
          <w:p>
            <w:r/>
            <w:r>
              <w:t>근거 없는 임신 설정 삭제 및 추출·해석형 구분</w:t>
            </w:r>
          </w:p>
          <w:p>
            <w:r>
              <w:t>수정 전: 원문에 없는 임신 설정, 아버지 유명 연주자 발언을 사실로 단정, 추출 조건과 채점 불일치</w:t>
            </w:r>
          </w:p>
        </w:tc>
        <w:tc>
          <w:tcPr>
            <w:tcW w:type="dxa" w:w="6264"/>
          </w:tcPr>
          <w:p>
            <w:r/>
            <w:r>
              <w:t>근거 없는 임신 설정 삭제 및 추출·해석형 구분</w:t>
            </w:r>
          </w:p>
          <w:p>
            <w:r>
              <w:t>반영 문구</w:t>
            </w:r>
          </w:p>
          <w:p>
            <w:r>
              <w:t>였다. ①은 시각적 지시문 ㉠ 전체의 첫·끝 어절을 찾게 하고, ②는 안대의 의미를 EBS 해설에 따라 쓰게 하였다. ③은 두 장면의 관계를 종합하여 현우의 자책을 추론하고 조건에 맞게 표현하는 문항이다.</w:t>
            </w:r>
          </w:p>
          <w:p>
            <w:r>
              <w:t>③ 현우는 끝까지 책임을 져야 한다며 용석에게 흥분한다. 연희를 붙잡지 못한 자신의 모습을 용석에게 겹쳐 보는 것이다. "책임지지 못한"(공백 제외 6자) 또는 "붙잡지 못한"으로 쓸 수 있다.</w:t>
            </w:r>
          </w:p>
        </w:tc>
      </w:tr>
      <w:tr>
        <w:tc>
          <w:tcPr>
            <w:tcW w:type="dxa" w:w="1512"/>
          </w:tcPr>
          <w:p>
            <w:r/>
            <w:r>
              <w:t>인쇄 223쪽</w:t>
            </w:r>
          </w:p>
          <w:p>
            <w:r>
              <w:t>PDF 231쪽</w:t>
            </w:r>
          </w:p>
          <w:p>
            <w:r>
              <w:t>KN-130</w:t>
            </w:r>
          </w:p>
          <w:p>
            <w:r>
              <w:t>P2070</w:t>
            </w:r>
          </w:p>
        </w:tc>
        <w:tc>
          <w:tcPr>
            <w:tcW w:type="dxa" w:w="2592"/>
          </w:tcPr>
          <w:p>
            <w:r/>
            <w:r>
              <w:t>사실과 발언 구분·원문 추출 채점 동기화·소품 해설 정비</w:t>
            </w:r>
          </w:p>
          <w:p>
            <w:r>
              <w:t>수정 전: 원문에 없는 임신 설정, 아버지 유명 연주자 발언을 사실로 단정, 추출 조건과 채점 불일치</w:t>
            </w:r>
          </w:p>
        </w:tc>
        <w:tc>
          <w:tcPr>
            <w:tcW w:type="dxa" w:w="6264"/>
          </w:tcPr>
          <w:p>
            <w:r/>
            <w:r>
              <w:t>사실과 발언 구분·원문 추출 채점 동기화·소품 해설 정비</w:t>
            </w:r>
          </w:p>
          <w:p>
            <w:r>
              <w:t>반영 문구</w:t>
            </w:r>
          </w:p>
          <w:p>
            <w:r>
              <w:t>① 현우는 용석 아버지를 "유명하셨던 분"이라고 치켜세워 아버지의 입장을 이해하도록 돕는다. 실제 유명 연주자였다는 사실 확인은 아니다. "아주"는 빈칸 앞에 있으므로 제외하고 "유명하셨던 분"만 쓴다.</w:t>
            </w:r>
          </w:p>
          <w:p>
            <w:r>
              <w:t>정답: ① 자꾸만 같은 곳을 반복하고 있다</w:t>
            </w:r>
          </w:p>
          <w:p>
            <w:r>
              <w:t>② 링거 ③ 안대</w:t>
            </w:r>
          </w:p>
          <w:p>
            <w:r>
              <w:t>② 낙엽을 다 떨군 나무가 링거를 매달고 버티는 모습은 음악만으로 현실을 지탱하는 현우를 떠올리게 한다. 두 글자의 원문 소품명 "링거"를 쓴다. "링거액"이나 "링거병"은 조건에 맞지 않는다.</w:t>
            </w:r>
          </w:p>
          <w:p>
            <w:r>
              <w:t>① 자꾸만 같은 곳을 반복하고 있다</w:t>
            </w:r>
          </w:p>
          <w:p>
            <w:r>
              <w:t>(마침표 생략 가능. 어미를 바꾼 "반복함"이나 끝을 자른 답은 불인정.)</w:t>
            </w:r>
          </w:p>
        </w:tc>
      </w:tr>
      <w:tr>
        <w:tc>
          <w:tcPr>
            <w:tcW w:type="dxa" w:w="1512"/>
          </w:tcPr>
          <w:p>
            <w:r/>
            <w:r>
              <w:t>인쇄 227쪽</w:t>
            </w:r>
          </w:p>
          <w:p>
            <w:r>
              <w:t>PDF 235쪽</w:t>
            </w:r>
          </w:p>
          <w:p>
            <w:r>
              <w:t>KN-131</w:t>
            </w:r>
          </w:p>
          <w:p>
            <w:r>
              <w:t>P2071</w:t>
            </w:r>
          </w:p>
        </w:tc>
        <w:tc>
          <w:tcPr>
            <w:tcW w:type="dxa" w:w="2592"/>
          </w:tcPr>
          <w:p>
            <w:r/>
            <w:r>
              <w:t>긴 비유 인용 답안의 필기 공간 확보</w:t>
            </w:r>
          </w:p>
          <w:p>
            <w:r>
              <w:t>수정 전: 문장 중간을 양 끝으로 지정, 조사 중복 답안 인정, 배점 모순 및 중복·짧은 답란</w:t>
            </w:r>
          </w:p>
        </w:tc>
        <w:tc>
          <w:tcPr>
            <w:tcW w:type="dxa" w:w="6264"/>
          </w:tcPr>
          <w:p>
            <w:r/>
            <w:r>
              <w:t>긴 비유 인용 답안의 필기 공간 확보</w:t>
            </w:r>
          </w:p>
          <w:p>
            <w:r>
              <w:t>반영 문구</w:t>
            </w:r>
          </w:p>
          <w:p>
            <w:r>
              <w:t>① _________________________________________________</w:t>
            </w:r>
          </w:p>
          <w:p>
            <w:r>
              <w:t>___________________________________________________</w:t>
            </w:r>
          </w:p>
          <w:p>
            <w:r>
              <w:t>② _________________________________________________</w:t>
            </w:r>
          </w:p>
        </w:tc>
      </w:tr>
      <w:tr>
        <w:tc>
          <w:tcPr>
            <w:tcW w:type="dxa" w:w="1512"/>
          </w:tcPr>
          <w:p>
            <w:r/>
            <w:r>
              <w:t>인쇄 232쪽</w:t>
            </w:r>
          </w:p>
          <w:p>
            <w:r>
              <w:t>PDF 240쪽</w:t>
            </w:r>
          </w:p>
          <w:p>
            <w:r>
              <w:t>KN-132</w:t>
            </w:r>
          </w:p>
          <w:p>
            <w:r>
              <w:t>P2087</w:t>
            </w:r>
          </w:p>
        </w:tc>
        <w:tc>
          <w:tcPr>
            <w:tcW w:type="dxa" w:w="2592"/>
          </w:tcPr>
          <w:p>
            <w:r/>
            <w:r>
              <w:t>수필 갈래·어휘 추출 표기 및 말미 조사 제외 조건</w:t>
            </w:r>
          </w:p>
          <w:p>
            <w:r>
              <w:t>수정 전: 소설·시행 표기, 비교표 ㉯·② 누락, 원문의 탓을 것으로 변형, 반복 답란</w:t>
            </w:r>
          </w:p>
        </w:tc>
        <w:tc>
          <w:tcPr>
            <w:tcW w:type="dxa" w:w="6264"/>
          </w:tcPr>
          <w:p>
            <w:r/>
            <w:r>
              <w:t>수필 갈래·어휘 추출 표기 및 말미 조사 제외 조건</w:t>
            </w:r>
          </w:p>
          <w:p>
            <w:r>
              <w:t>반영 문구</w:t>
            </w:r>
          </w:p>
          <w:p>
            <w:r>
              <w:t>요약 빈칸 (수필)</w:t>
            </w:r>
          </w:p>
          <w:p>
            <w:r>
              <w:t>구절 찾기</w:t>
            </w:r>
          </w:p>
          <w:p>
            <w:r>
              <w:t>①은 2어절, ②는 3자의 명사로 쓸 것.</w:t>
            </w:r>
          </w:p>
          <w:p>
            <w:r>
              <w:t>두 답 모두 말미 조사는 제외할 것.</w:t>
            </w:r>
          </w:p>
        </w:tc>
      </w:tr>
      <w:tr>
        <w:tc>
          <w:tcPr>
            <w:tcW w:type="dxa" w:w="1512"/>
          </w:tcPr>
          <w:p>
            <w:r/>
            <w:r>
              <w:t>인쇄 233쪽</w:t>
            </w:r>
          </w:p>
          <w:p>
            <w:r>
              <w:t>PDF 241쪽</w:t>
            </w:r>
          </w:p>
          <w:p>
            <w:r>
              <w:t>KN-132</w:t>
            </w:r>
          </w:p>
          <w:p>
            <w:r>
              <w:t>P2088</w:t>
            </w:r>
          </w:p>
        </w:tc>
        <w:tc>
          <w:tcPr>
            <w:tcW w:type="dxa" w:w="2592"/>
          </w:tcPr>
          <w:p>
            <w:r/>
            <w:r>
              <w:t>문장과 시행 구분·완전한 문장 경계 조건</w:t>
            </w:r>
          </w:p>
          <w:p>
            <w:r>
              <w:t>수정 전: 소설·시행 표기, 비교표 ㉯·② 누락, 원문의 탓을 것으로 변형, 반복 답란</w:t>
            </w:r>
          </w:p>
        </w:tc>
        <w:tc>
          <w:tcPr>
            <w:tcW w:type="dxa" w:w="6264"/>
          </w:tcPr>
          <w:p>
            <w:r/>
            <w:r>
              <w:t>문장과 시행 구분·완전한 문장 경계 조건</w:t>
            </w:r>
          </w:p>
          <w:p>
            <w:r>
              <w:t>반영 문구</w:t>
            </w:r>
          </w:p>
          <w:p>
            <w:r>
              <w:t>구절 찾기</w:t>
            </w:r>
          </w:p>
          <w:p>
            <w:r>
              <w:t>신유형: 문장 첫·끝 어절</w:t>
            </w:r>
          </w:p>
        </w:tc>
      </w:tr>
      <w:tr>
        <w:tc>
          <w:tcPr>
            <w:tcW w:type="dxa" w:w="1512"/>
          </w:tcPr>
          <w:p>
            <w:r/>
            <w:r>
              <w:t>인쇄 236쪽</w:t>
            </w:r>
          </w:p>
          <w:p>
            <w:r>
              <w:t>PDF 244쪽</w:t>
            </w:r>
          </w:p>
          <w:p>
            <w:r>
              <w:t>KN-133</w:t>
            </w:r>
          </w:p>
          <w:p>
            <w:r>
              <w:t>P2107</w:t>
            </w:r>
          </w:p>
        </w:tc>
        <w:tc>
          <w:tcPr>
            <w:tcW w:type="dxa" w:w="2592"/>
          </w:tcPr>
          <w:p>
            <w:r/>
            <w:r>
              <w:t>요약 소제목의 부적절한 팔봉산 빈칸 제거</w:t>
            </w:r>
          </w:p>
          <w:p>
            <w:r>
              <w:t>수정 전: 첫 어절을 문장 중간에서 추출, 색채 대상 오인, 불명확한 답안 범위</w:t>
            </w:r>
          </w:p>
        </w:tc>
        <w:tc>
          <w:tcPr>
            <w:tcW w:type="dxa" w:w="6264"/>
          </w:tcPr>
          <w:p>
            <w:r/>
            <w:r>
              <w:t>요약 소제목의 부적절한 팔봉산 빈칸 제거</w:t>
            </w:r>
          </w:p>
          <w:p>
            <w:r>
              <w:t>반영 문구</w:t>
            </w:r>
          </w:p>
          <w:p>
            <w:r>
              <w:t>(1)____의 쓸쓸한 정경과 고요한 밤</w:t>
            </w:r>
          </w:p>
        </w:tc>
      </w:tr>
      <w:tr>
        <w:tc>
          <w:tcPr>
            <w:tcW w:type="dxa" w:w="1512"/>
          </w:tcPr>
          <w:p>
            <w:r/>
            <w:r>
              <w:t>인쇄 238쪽</w:t>
            </w:r>
          </w:p>
          <w:p>
            <w:r>
              <w:t>PDF 246쪽</w:t>
            </w:r>
          </w:p>
          <w:p>
            <w:r>
              <w:t>KN-133</w:t>
            </w:r>
          </w:p>
          <w:p>
            <w:r>
              <w:t>P2108</w:t>
            </w:r>
          </w:p>
        </w:tc>
        <w:tc>
          <w:tcPr>
            <w:tcW w:type="dxa" w:w="2592"/>
          </w:tcPr>
          <w:p>
            <w:r/>
            <w:r>
              <w:t>문장 전체 첫끝 조건·호칭 한자 제외·인용 기호 정리</w:t>
            </w:r>
          </w:p>
          <w:p>
            <w:r>
              <w:t>수정 전: 첫 어절을 문장 중간에서 추출, 색채 대상 오인, 불명확한 답안 범위</w:t>
            </w:r>
          </w:p>
        </w:tc>
        <w:tc>
          <w:tcPr>
            <w:tcW w:type="dxa" w:w="6264"/>
          </w:tcPr>
          <w:p>
            <w:r/>
            <w:r>
              <w:t>문장 전체 첫끝 조건·호칭 한자 제외·인용 기호 정리</w:t>
            </w:r>
          </w:p>
          <w:p>
            <w:r>
              <w:t>반영 문구</w:t>
            </w:r>
          </w:p>
          <w:p>
            <w:r>
              <w:t>어서—차라리—어두워 버리기나 했으면 좋겠는데—벽</w:t>
            </w:r>
          </w:p>
          <w:p>
            <w:r>
              <w:t>(중략)</w:t>
            </w:r>
          </w:p>
          <w:p>
            <w:r>
              <w:t>이 마을에는 신문도 오지 않는다. 소위 승합자동차라는</w:t>
            </w:r>
          </w:p>
          <w:p>
            <w:r>
              <w:t>답답한 하늘, 답답한 지평선, 답답한 풍경, 답답한 풍</w:t>
            </w:r>
          </w:p>
          <w:p>
            <w:r>
              <w:t>— 이상, 「권태」</w:t>
            </w:r>
          </w:p>
          <w:p>
            <w:r>
              <w:t>• ②: 해당하는 문장 전체의 첫 어절과 마지막 어절을 순서대로 쓸 것. (문장 부호 제외)</w:t>
            </w:r>
          </w:p>
          <w:p>
            <w:r>
              <w:t>• ③: 호칭을 한자 없이 2음절로 쓸 것.</w:t>
            </w:r>
          </w:p>
        </w:tc>
      </w:tr>
      <w:tr>
        <w:tc>
          <w:tcPr>
            <w:tcW w:type="dxa" w:w="1512"/>
          </w:tcPr>
          <w:p>
            <w:r/>
            <w:r>
              <w:t>인쇄 239쪽</w:t>
            </w:r>
          </w:p>
          <w:p>
            <w:r>
              <w:t>PDF 247쪽</w:t>
            </w:r>
          </w:p>
          <w:p>
            <w:r>
              <w:t>KN-133</w:t>
            </w:r>
          </w:p>
          <w:p>
            <w:r>
              <w:t>P2109</w:t>
            </w:r>
          </w:p>
        </w:tc>
        <w:tc>
          <w:tcPr>
            <w:tcW w:type="dxa" w:w="2592"/>
          </w:tcPr>
          <w:p>
            <w:r/>
            <w:r>
              <w:t>수필 구절 표기 및 답안 추출 범위 명시</w:t>
            </w:r>
          </w:p>
          <w:p>
            <w:r>
              <w:t>수정 전: 첫 어절을 문장 중간에서 추출, 색채 대상 오인, 불명확한 답안 범위</w:t>
            </w:r>
          </w:p>
        </w:tc>
        <w:tc>
          <w:tcPr>
            <w:tcW w:type="dxa" w:w="6264"/>
          </w:tcPr>
          <w:p>
            <w:r/>
            <w:r>
              <w:t>수필 구절 표기 및 답안 추출 범위 명시</w:t>
            </w:r>
          </w:p>
          <w:p>
            <w:r>
              <w:t>반영 문구</w:t>
            </w:r>
          </w:p>
          <w:p>
            <w:r>
              <w:t>구절 찾기</w:t>
            </w:r>
          </w:p>
          <w:p>
            <w:r>
              <w:t>①은 조사를 제외한 2자, ②는 3자로 쓸 것.</w:t>
            </w:r>
          </w:p>
          <w:p>
            <w:r>
              <w:t>①은 호칭으로 쓰며, 한자는 생략해도 된다.</w:t>
            </w:r>
          </w:p>
          <w:p>
            <w:r>
              <w:t>②는 해당하는 문장 전체를 쓸 것.</w:t>
            </w:r>
          </w:p>
        </w:tc>
      </w:tr>
      <w:tr>
        <w:tc>
          <w:tcPr>
            <w:tcW w:type="dxa" w:w="1512"/>
          </w:tcPr>
          <w:p>
            <w:r/>
            <w:r>
              <w:t>인쇄 240쪽</w:t>
            </w:r>
          </w:p>
          <w:p>
            <w:r>
              <w:t>PDF 248쪽</w:t>
            </w:r>
          </w:p>
          <w:p>
            <w:r>
              <w:t>KN-133</w:t>
            </w:r>
          </w:p>
          <w:p>
            <w:r>
              <w:t>P2110</w:t>
            </w:r>
          </w:p>
        </w:tc>
        <w:tc>
          <w:tcPr>
            <w:tcW w:type="dxa" w:w="2592"/>
          </w:tcPr>
          <w:p>
            <w:r/>
            <w:r>
              <w:t>첫 어절 그러나로 정정·문장 경계 해설 및 시간 순서 설명</w:t>
            </w:r>
          </w:p>
          <w:p>
            <w:r>
              <w:t>수정 전: 첫 어절을 문장 중간에서 추출, 색채 대상 오인, 불명확한 답안 범위</w:t>
            </w:r>
          </w:p>
        </w:tc>
        <w:tc>
          <w:tcPr>
            <w:tcW w:type="dxa" w:w="6264"/>
          </w:tcPr>
          <w:p>
            <w:r/>
            <w:r>
              <w:t>첫 어절 그러나로 정정·문장 경계 해설 및 시간 순서 설명</w:t>
            </w:r>
          </w:p>
          <w:p>
            <w:r>
              <w:t>반영 문구</w:t>
            </w:r>
          </w:p>
          <w:p>
            <w:r>
              <w:t>정답: ① 신문도 잘 아니 오고 ② 첫 어절: 그러나 /</w:t>
            </w:r>
          </w:p>
          <w:p>
            <w:r>
              <w:t>② 첫 어절: 그러나 / 마지막 어절:</w:t>
            </w:r>
          </w:p>
          <w:p>
            <w:r>
              <w:t>• 측정 능력: 수필의 서술이 밤의 정경 → 꿈 → 아침으로 이</w:t>
            </w:r>
          </w:p>
          <w:p>
            <w:r>
              <w:t>② 별빛의 밝기를 설명하는 문장 전체는 '그러나 공기는 수정처럼 맑아서'로 시작하여 '같습니다'로 끝난다. 쉼표나 연결 어미 뒤에서 끊지 않고 첫 어절 '그러나'와 마지막 어절 '같습니다'를 쓴다.</w:t>
            </w:r>
          </w:p>
          <w:p>
            <w:r>
              <w:t>① b는 객줏집에서 등잔을 켜고 베짱이 소리를 듣는 장면이다. 제시된 네 사건 가운데 가장 먼저 서술된다. 이어 비망록에 시정을 기록한 뒤 냉수를 마시는 a가 나온다.</w:t>
            </w:r>
          </w:p>
          <w:p>
            <w:r>
              <w:t>④ c는 아침에 마당의 부스럭거리는 소리에 잠을 깨고 화단의 꽃을 바라보는 장면이다. 밤의 꿈과 잠 깸을 서술한 d 뒤에 나오므로, 정답은 b → a → d → c이다.</w:t>
            </w:r>
          </w:p>
        </w:tc>
      </w:tr>
      <w:tr>
        <w:tc>
          <w:tcPr>
            <w:tcW w:type="dxa" w:w="1512"/>
          </w:tcPr>
          <w:p>
            <w:r/>
            <w:r>
              <w:t>인쇄 241쪽</w:t>
            </w:r>
          </w:p>
          <w:p>
            <w:r>
              <w:t>PDF 249쪽</w:t>
            </w:r>
          </w:p>
          <w:p>
            <w:r>
              <w:t>KN-133</w:t>
            </w:r>
          </w:p>
          <w:p>
            <w:r>
              <w:t>P2111</w:t>
            </w:r>
          </w:p>
        </w:tc>
        <w:tc>
          <w:tcPr>
            <w:tcW w:type="dxa" w:w="2592"/>
          </w:tcPr>
          <w:p>
            <w:r/>
            <w:r>
              <w:t>연둣빛의 대상은 베짱이·4번 전체 문장 인용</w:t>
            </w:r>
          </w:p>
          <w:p>
            <w:r>
              <w:t>수정 전: 첫 어절을 문장 중간에서 추출, 색채 대상 오인, 불명확한 답안 범위</w:t>
            </w:r>
          </w:p>
        </w:tc>
        <w:tc>
          <w:tcPr>
            <w:tcW w:type="dxa" w:w="6264"/>
          </w:tcPr>
          <w:p>
            <w:r/>
            <w:r>
              <w:t>연둣빛의 대상은 베짱이·4번 전체 문장 인용</w:t>
            </w:r>
          </w:p>
          <w:p>
            <w:r>
              <w:t>반영 문구</w:t>
            </w:r>
          </w:p>
          <w:p>
            <w:r>
              <w:t>② 아침 마당에서 활동하는 잠자리를 꾸미는 색채어는 '새빨간'이다. '연둣빛'은 밤에 등잔 위에 올라앉은 베짱이의 색채로, 봉선화의 색이 아니다. '새빨간'을 원문 그대로 쓴다.</w:t>
            </w:r>
          </w:p>
          <w:p>
            <w:r>
              <w:t>정답: ① 정(鄭) 형(兄) (또는 '정 형')</w:t>
            </w:r>
          </w:p>
          <w:p>
            <w:r>
              <w:t>② 그러나 공기는 수정처럼 맑아서 별빛만으로라도 넉넉히, 좋아하는 누가복음도 읽을 수 있을 것 같습니다.</w:t>
            </w:r>
          </w:p>
        </w:tc>
      </w:tr>
      <w:tr>
        <w:tc>
          <w:tcPr>
            <w:tcW w:type="dxa" w:w="1512"/>
          </w:tcPr>
          <w:p>
            <w:r/>
            <w:r>
              <w:t>인쇄 246쪽</w:t>
            </w:r>
          </w:p>
          <w:p>
            <w:r>
              <w:t>PDF 254쪽</w:t>
            </w:r>
          </w:p>
          <w:p>
            <w:r>
              <w:t>KN-139</w:t>
            </w:r>
          </w:p>
          <w:p>
            <w:r>
              <w:t>P2124</w:t>
            </w:r>
          </w:p>
        </w:tc>
        <w:tc>
          <w:tcPr>
            <w:tcW w:type="dxa" w:w="2592"/>
          </w:tcPr>
          <w:p>
            <w:r/>
            <w:r>
              <w:t>시어 추출 어절 수·말미 조사 제외</w:t>
            </w:r>
          </w:p>
          <w:p>
            <w:r>
              <w:t>수정 전: 원문에 없는 절망 정답, 5연 오표기, 문장 중간 어깨로를 첫 어절로 선택, 부적합 서술 예시</w:t>
            </w:r>
          </w:p>
        </w:tc>
        <w:tc>
          <w:tcPr>
            <w:tcW w:type="dxa" w:w="6264"/>
          </w:tcPr>
          <w:p>
            <w:r/>
            <w:r>
              <w:t>시어 추출 어절 수·말미 조사 제외</w:t>
            </w:r>
          </w:p>
          <w:p>
            <w:r>
              <w:t>반영 문구</w:t>
            </w:r>
          </w:p>
          <w:p>
            <w:r>
              <w:t>①과 ②는 각각 2어절로 쓰되, 말미 조사는 제외할 것.</w:t>
            </w:r>
          </w:p>
          <w:p>
            <w:r>
              <w:t>(가)에서 화자가 낙원에 이르는 과정으로 인식하는 부정적 상태를 가리키는 2자의 시어를 찾아 ①에 쓰시오. 말미 조사는 제외하시오.</w:t>
            </w:r>
          </w:p>
        </w:tc>
      </w:tr>
      <w:tr>
        <w:tc>
          <w:tcPr>
            <w:tcW w:type="dxa" w:w="1512"/>
          </w:tcPr>
          <w:p>
            <w:r/>
            <w:r>
              <w:t>인쇄 247쪽</w:t>
            </w:r>
          </w:p>
          <w:p>
            <w:r>
              <w:t>PDF 255쪽</w:t>
            </w:r>
          </w:p>
          <w:p>
            <w:r>
              <w:t>KN-139</w:t>
            </w:r>
          </w:p>
          <w:p>
            <w:r>
              <w:t>P2125</w:t>
            </w:r>
          </w:p>
        </w:tc>
        <w:tc>
          <w:tcPr>
            <w:tcW w:type="dxa" w:w="2592"/>
          </w:tcPr>
          <w:p>
            <w:r/>
            <w:r>
              <w:t>시행과 문장 구분·두 행에 걸친 문장 경계·명사 추출 범위</w:t>
            </w:r>
          </w:p>
          <w:p>
            <w:r>
              <w:t>수정 전: 원문에 없는 절망 정답, 5연 오표기, 문장 중간 어깨로를 첫 어절로 선택, 부적합 서술 예시</w:t>
            </w:r>
          </w:p>
        </w:tc>
        <w:tc>
          <w:tcPr>
            <w:tcW w:type="dxa" w:w="6264"/>
          </w:tcPr>
          <w:p>
            <w:r/>
            <w:r>
              <w:t>시행과 문장 구분·두 행에 걸친 문장 경계·명사 추출 범위</w:t>
            </w:r>
          </w:p>
          <w:p>
            <w:r>
              <w:t>반영 문구</w:t>
            </w:r>
          </w:p>
          <w:p>
            <w:r>
              <w:t>신유형: 문장 첫·끝 어절</w:t>
            </w:r>
          </w:p>
          <w:p>
            <w:r>
              <w:t>①은 2어절, ②는 '산'으로 끝나는 3어절로 쓸 것.</w:t>
            </w:r>
          </w:p>
          <w:p>
            <w:r>
              <w:t>말미 조사와 대상 뒤의 '아래'는 제외할 것.</w:t>
            </w:r>
          </w:p>
          <w:p>
            <w:r>
              <w:t>&lt;보기&gt;의 ㉠, ㉡에 해당하는 문장 전체를 찾아 첫 어절과 마지막 어절을 쓰시오. 두 행에 걸쳐 이어지는 문장도 전체를 기준으로 하며, 문장 부호는 제외하시오.</w:t>
            </w:r>
          </w:p>
          <w:p>
            <w:r>
              <w:t>㉠ (가): '눈'이 '꽃방울'을 맺어 준다는 표현으로 소멸 속의 생성을 형상화한 첫 번째 문장.</w:t>
            </w:r>
          </w:p>
          <w:p>
            <w:r>
              <w:t>㉡ (나): 모든 존재가 제 나름의 방식으로 살아간다는 인식을 바탕으로, 흰 구름을 끼고 바람을 맞받아치는 높은 산의 삶을 '모두 그렇게 사는 것은 아니다'라고 부정한 마지막 문장.</w:t>
            </w:r>
          </w:p>
        </w:tc>
      </w:tr>
      <w:tr>
        <w:tc>
          <w:tcPr>
            <w:tcW w:type="dxa" w:w="1512"/>
          </w:tcPr>
          <w:p>
            <w:r/>
            <w:r>
              <w:t>인쇄 248쪽</w:t>
            </w:r>
          </w:p>
          <w:p>
            <w:r>
              <w:t>PDF 256쪽</w:t>
            </w:r>
          </w:p>
          <w:p>
            <w:r>
              <w:t>KN-139</w:t>
            </w:r>
          </w:p>
          <w:p>
            <w:r>
              <w:t>P2126</w:t>
            </w:r>
          </w:p>
        </w:tc>
        <w:tc>
          <w:tcPr>
            <w:tcW w:type="dxa" w:w="2592"/>
          </w:tcPr>
          <w:p>
            <w:r/>
            <w:r>
              <w:t>시어 고통으로 정답·채점 정정 및 3연 위치 설명</w:t>
            </w:r>
          </w:p>
          <w:p>
            <w:r>
              <w:t>수정 전: 원문에 없는 절망 정답, 5연 오표기, 문장 중간 어깨로를 첫 어절로 선택, 부적합 서술 예시</w:t>
            </w:r>
          </w:p>
        </w:tc>
        <w:tc>
          <w:tcPr>
            <w:tcW w:type="dxa" w:w="6264"/>
          </w:tcPr>
          <w:p>
            <w:r/>
            <w:r>
              <w:t>시어 고통으로 정답·채점 정정 및 3연 위치 설명</w:t>
            </w:r>
          </w:p>
          <w:p>
            <w:r>
              <w:t>반영 문구</w:t>
            </w:r>
          </w:p>
          <w:p>
            <w:r>
              <w:t>정답: ① 고통 ② 역설(법) ③ 힘과 권력 없는 연약한 인간을</w:t>
            </w:r>
          </w:p>
          <w:p>
            <w:r>
              <w:t>'사람 사는 재미를 안다'는 소박한 기쁨을 이유로 묶어 75자 내외로</w:t>
            </w:r>
          </w:p>
          <w:p>
            <w:r>
              <w:t>① 고통</w:t>
            </w:r>
          </w:p>
          <w:p>
            <w:r>
              <w:t>② 3연의 '자연의 거울에'에서 인생을 비추는 매개물을 찾는다. 말미 조사 '에'를 제외한 2어절 '자연의 거울'을 쓴다.</w:t>
            </w:r>
          </w:p>
          <w:p>
            <w:r>
              <w:t>• EBS 연계 방식: 두 작품의 대조 구조를 바탕으로, (가) 원문의 '고통'을 단답형으로 찾게 한다. 4번의 역설적 표현을 개념어 문항으로 바꾸고, 낮은 산이 상징하는 연약한 인간의 겸손과 배려, 소박한 삶의 기쁨을 서술하게 한다.</w:t>
            </w:r>
          </w:p>
          <w:p>
            <w:r>
              <w:t>① 원문 마지막 문장의 '고통의 가시덤불'에서 말미 조사 '의'를 제외한 2자 '고통'을 쓴다. '절망'은 EBS &lt;보기&gt;의 해석에 쓰인 말이며 시 본문에는 없으므로, 원문 시어를 찾는 이 문항의 답이 될 수 없다.</w:t>
            </w:r>
          </w:p>
        </w:tc>
      </w:tr>
      <w:tr>
        <w:tc>
          <w:tcPr>
            <w:tcW w:type="dxa" w:w="1512"/>
          </w:tcPr>
          <w:p>
            <w:r/>
            <w:r>
              <w:t>인쇄 249쪽</w:t>
            </w:r>
          </w:p>
          <w:p>
            <w:r>
              <w:t>PDF 257쪽</w:t>
            </w:r>
          </w:p>
          <w:p>
            <w:r>
              <w:t>KN-139</w:t>
            </w:r>
          </w:p>
          <w:p>
            <w:r>
              <w:t>P2127</w:t>
            </w:r>
          </w:p>
        </w:tc>
        <w:tc>
          <w:tcPr>
            <w:tcW w:type="dxa" w:w="2592"/>
          </w:tcPr>
          <w:p>
            <w:r/>
            <w:r>
              <w:t>마지막 두 행의 완전한 문장 첫 어절 모두 및 시구 추출 해설</w:t>
            </w:r>
          </w:p>
          <w:p>
            <w:r>
              <w:t>수정 전: 원문에 없는 절망 정답, 5연 오표기, 문장 중간 어깨로를 첫 어절로 선택, 부적합 서술 예시</w:t>
            </w:r>
          </w:p>
        </w:tc>
        <w:tc>
          <w:tcPr>
            <w:tcW w:type="dxa" w:w="6264"/>
          </w:tcPr>
          <w:p>
            <w:r/>
            <w:r>
              <w:t>마지막 두 행의 완전한 문장 첫 어절 모두 및 시구 추출 해설</w:t>
            </w:r>
          </w:p>
          <w:p>
            <w:r>
              <w:t>반영 문구</w:t>
            </w:r>
          </w:p>
          <w:p>
            <w:r>
              <w:t>② '어떤 산은 크고 높은 산 아래'에서 낮은 산과 대비되는 대상을 찾는다. 조건에 따라 대상 뒤의 '아래'를 제외한 3어절 '크고 높은 산'을 쓴다.</w:t>
            </w:r>
          </w:p>
          <w:p>
            <w:r>
              <w:t>정답: ㉠ 첫 어절: 죽은 / 마지막 어절: 합니다</w:t>
            </w:r>
          </w:p>
          <w:p>
            <w:r>
              <w:t>㉡ 첫 어절: 모두 / 마지막 어절: 아니다</w:t>
            </w:r>
          </w:p>
          <w:p>
            <w:r>
              <w:t>㉠ (가) 첫 문장 전체는 '죽은 줄 알았던 매화나무 가지에'로 시작하여 '아름답기도 합니다'로 끝난다. 문장 안의 쉼표나 연결 어미에서 끊지 않고 첫 어절 '죽은'과 마지막 어절 '합니다'를 쓴다.</w:t>
            </w:r>
          </w:p>
          <w:p>
            <w:r>
              <w:t>㉡ (나)의 마지막 두 행은 '모두 흰 구름을 겨드랑이에 끼고'에서 '어깨로 바람 맞받아치며 사는 것은 아니다'로 이어지는 한 문장이다. 행이 바뀌어도 문장은 이어지므로 첫 어절은 '모두', 마지막 어절은 '아니다'이다.</w:t>
            </w:r>
          </w:p>
        </w:tc>
      </w:tr>
      <w:tr>
        <w:tc>
          <w:tcPr>
            <w:tcW w:type="dxa" w:w="1512"/>
          </w:tcPr>
          <w:p>
            <w:r/>
            <w:r>
              <w:t>인쇄 252쪽</w:t>
            </w:r>
          </w:p>
          <w:p>
            <w:r>
              <w:t>PDF 260쪽</w:t>
            </w:r>
          </w:p>
          <w:p>
            <w:r>
              <w:t>KN-140</w:t>
            </w:r>
          </w:p>
          <w:p>
            <w:r>
              <w:t>P2131</w:t>
            </w:r>
          </w:p>
        </w:tc>
        <w:tc>
          <w:tcPr>
            <w:tcW w:type="dxa" w:w="2592"/>
          </w:tcPr>
          <w:p>
            <w:r/>
            <w:r>
              <w:t>EBS 보기 재구성 명시·생계 대입 문법·말미 조사 조건</w:t>
            </w:r>
          </w:p>
          <w:p>
            <w:r>
              <w:t>수정 전: 보기 원문으로 오인·원문에 없는 아이가 앉아 허용·서술 종결 조건 불일치·조사 생략 근거 누락</w:t>
            </w:r>
          </w:p>
        </w:tc>
        <w:tc>
          <w:tcPr>
            <w:tcW w:type="dxa" w:w="6264"/>
          </w:tcPr>
          <w:p>
            <w:r/>
            <w:r>
              <w:t>EBS 보기 재구성 명시·생계 대입 문법·말미 조사 조건</w:t>
            </w:r>
          </w:p>
          <w:p>
            <w:r>
              <w:t>반영 문구</w:t>
            </w:r>
          </w:p>
          <w:p>
            <w:r>
              <w:t>다음은 EBS 6번 &lt;보기&gt;를 재구성한 글이다. 문맥에 맞게 ①~③을 각각 2자로 쓰시오. ①은 뒤의 '힌다고'와 이어지는 부분, ②와 ③은 명사로 쓸 것.</w:t>
            </w:r>
          </w:p>
          <w:p>
            <w:r>
              <w:t>식한다. 그러나 그가 아기를 낳은 아내 대신 어린아이를 돌보며 ( ② )을/를 이어 가야 하는 처지임을 헤아리면서 인식을 전환한다. 이는 정희가 제한된 인식에 갇혀 타인의 어려움을 미처 헤아리지 못했음을 스스로 ( ③ )하는 계기가 된다.</w:t>
            </w:r>
          </w:p>
          <w:p>
            <w:r>
              <w:t>&lt;보기&gt;의 ①, ②를 윗글에서 찾아 쓰시오. ①은 정희의 인식 전환을 이끈 인물을 2어절로, ②는 트럭 안의 존재를 1어절로 쓰되 말미 조사는 제외하시오.</w:t>
            </w:r>
          </w:p>
          <w:p>
            <w:r>
              <w:t>(나)에서 정희가 트럭의 아이를 보고 '한 번도 상상해 보지 않은 일'이라고 한 까닭을 쓰시오. 1번의 &lt;보기&gt;와 윗글을 바탕으로, 타인의 처지를 헤아리지 못한 인식의 한계를 한 문장으로 서술하시오. ('~못했음.'으로 끝낼 것)</w:t>
            </w:r>
          </w:p>
        </w:tc>
      </w:tr>
      <w:tr>
        <w:tc>
          <w:tcPr>
            <w:tcW w:type="dxa" w:w="1512"/>
          </w:tcPr>
          <w:p>
            <w:r/>
            <w:r>
              <w:t>인쇄 253쪽</w:t>
            </w:r>
          </w:p>
          <w:p>
            <w:r>
              <w:t>PDF 261쪽</w:t>
            </w:r>
          </w:p>
          <w:p>
            <w:r>
              <w:t>KN-140</w:t>
            </w:r>
          </w:p>
          <w:p>
            <w:r>
              <w:t>P2132</w:t>
            </w:r>
          </w:p>
        </w:tc>
        <w:tc>
          <w:tcPr>
            <w:tcW w:type="dxa" w:w="2592"/>
          </w:tcPr>
          <w:p>
            <w:r/>
            <w:r>
              <w:t>대상과 구절 구분·온전한 문장 특정·어근과 조사 추출 조건</w:t>
            </w:r>
          </w:p>
          <w:p>
            <w:r>
              <w:t>수정 전: 보기 원문으로 오인·원문에 없는 아이가 앉아 허용·서술 종결 조건 불일치·조사 생략 근거 누락</w:t>
            </w:r>
          </w:p>
        </w:tc>
        <w:tc>
          <w:tcPr>
            <w:tcW w:type="dxa" w:w="6264"/>
          </w:tcPr>
          <w:p>
            <w:r/>
            <w:r>
              <w:t>대상과 구절 구분·온전한 문장 특정·어근과 조사 추출 조건</w:t>
            </w:r>
          </w:p>
          <w:p>
            <w:r>
              <w:t>반영 문구</w:t>
            </w:r>
          </w:p>
          <w:p>
            <w:r>
              <w:t>(나)에서 정희가 상상하지 못했던 상황을 '있다니' 앞의 2어절로 찾아 쓰시오(①). 인식 전환 뒤 시내에 나가지 않겠다는 다짐을 드러낸 문장 전체를 찾아 첫 어절과 마지막 어절을 쓰시오(②). 문장 부호는 제외하시오.</w:t>
            </w:r>
          </w:p>
          <w:p>
            <w:r>
              <w:t>&lt;보기&gt;를 바탕으로 ㉠~㉢을 쓰시오. ㉠은 윗글의 '해' 앞부분을 2자로, ㉡은 EBS 6번 &lt;보기&gt;의 2음절 개념어로 쓸 것. ㉢은 윗글에서 없애려는 대상을 2어절로 쓰되 말미 조사는 제외할 것.</w:t>
            </w:r>
          </w:p>
        </w:tc>
      </w:tr>
      <w:tr>
        <w:tc>
          <w:tcPr>
            <w:tcW w:type="dxa" w:w="1512"/>
          </w:tcPr>
          <w:p>
            <w:r/>
            <w:r>
              <w:t>인쇄 254쪽</w:t>
            </w:r>
          </w:p>
          <w:p>
            <w:r>
              <w:t>PDF 262쪽</w:t>
            </w:r>
          </w:p>
          <w:p>
            <w:r>
              <w:t>KN-140</w:t>
            </w:r>
          </w:p>
          <w:p>
            <w:r>
              <w:t>P2133</w:t>
            </w:r>
          </w:p>
        </w:tc>
        <w:tc>
          <w:tcPr>
            <w:tcW w:type="dxa" w:w="2592"/>
          </w:tcPr>
          <w:p>
            <w:r/>
            <w:r>
              <w:t>자기 성찰 근거 문장 위치·서술 종결 조건·원문 인용 정돈</w:t>
            </w:r>
          </w:p>
          <w:p>
            <w:r>
              <w:t>수정 전: 보기 원문으로 오인·원문에 없는 아이가 앉아 허용·서술 종결 조건 불일치·조사 생략 근거 누락</w:t>
            </w:r>
          </w:p>
        </w:tc>
        <w:tc>
          <w:tcPr>
            <w:tcW w:type="dxa" w:w="6264"/>
          </w:tcPr>
          <w:p>
            <w:r/>
            <w:r>
              <w:t>자기 성찰 근거 문장 위치·서술 종결 조건·원문 인용 정돈</w:t>
            </w:r>
          </w:p>
          <w:p>
            <w:r>
              <w:t>반영 문구</w:t>
            </w:r>
          </w:p>
          <w:p>
            <w:r>
              <w:t>① 정희가 장수를 부정적으로 여긴 문맥에 맞추어, 뒤의 '힌다고'와 이어지는 2자 '괴롭'을 쓴다. '괴롭' 자체를 독립된 단어로 보는 문항은 아니다.</w:t>
            </w:r>
          </w:p>
          <w:p>
            <w:r>
              <w:t>③ &lt;보기&gt;의 둘째 문장에 있는 '스스로에 대해 윤리적 성찰을 한다'가 근거이다. 타인과의 만남을 통해 자기 인식을 돌아보므로 '성찰'을 쓴다.</w:t>
            </w:r>
          </w:p>
          <w:p>
            <w:r>
              <w:t>정답: ① 번개탄 장수 ② 아이</w:t>
            </w:r>
          </w:p>
          <w:p>
            <w:r>
              <w:t>③ 타인이 생계로 인해 처해 있는 어려움을 헤아리지 못했음.</w:t>
            </w:r>
          </w:p>
          <w:p>
            <w:r>
              <w:t>④ 정희는 타인과의 만남을 통해 타인의 처지를 헤아리고 인식의 확장을 경험하게 됨.</w:t>
            </w:r>
          </w:p>
          <w:p>
            <w:r>
              <w:t>① EBS 6번 &lt;보기&gt;에서 부른 '번개탄 장수'를 윗글의 대화에서도 찾을 수 있다. ② '아이가 타고 있다니'에서 조사 '가'를 제외하여 '아이'를 쓴다.</w:t>
            </w:r>
          </w:p>
          <w:p>
            <w:r>
              <w:t>④ 타인과의 만남이 정희의 편협한 인식을 넓힌 과정을 쓴다. 두 필수 표현을 포함하고 '경험하게 됨.'과 같이 조건의 '~하게 됨.'으로 마친다.</w:t>
            </w:r>
          </w:p>
        </w:tc>
      </w:tr>
      <w:tr>
        <w:tc>
          <w:tcPr>
            <w:tcW w:type="dxa" w:w="1512"/>
          </w:tcPr>
          <w:p>
            <w:r/>
            <w:r>
              <w:t>인쇄 255쪽</w:t>
            </w:r>
          </w:p>
          <w:p>
            <w:r>
              <w:t>PDF 263쪽</w:t>
            </w:r>
          </w:p>
          <w:p>
            <w:r>
              <w:t>KN-140</w:t>
            </w:r>
          </w:p>
          <w:p>
            <w:r>
              <w:t>P2134</w:t>
            </w:r>
          </w:p>
        </w:tc>
        <w:tc>
          <w:tcPr>
            <w:tcW w:type="dxa" w:w="2592"/>
          </w:tcPr>
          <w:p>
            <w:r/>
            <w:r>
              <w:t>원문에 없는 답 허용 철회·정확한 문장 경계 유지·추출 해설</w:t>
            </w:r>
          </w:p>
          <w:p>
            <w:r>
              <w:t>수정 전: 보기 원문으로 오인·원문에 없는 아이가 앉아 허용·서술 종결 조건 불일치·조사 생략 근거 누락</w:t>
            </w:r>
          </w:p>
        </w:tc>
        <w:tc>
          <w:tcPr>
            <w:tcW w:type="dxa" w:w="6264"/>
          </w:tcPr>
          <w:p>
            <w:r/>
            <w:r>
              <w:t>원문에 없는 답 허용 철회·정확한 문장 경계 유지·추출 해설</w:t>
            </w:r>
          </w:p>
          <w:p>
            <w:r>
              <w:t>반영 문구</w:t>
            </w:r>
          </w:p>
          <w:p>
            <w:r>
              <w:t>정답: ① 아이가 타고 ② 첫 어절: 내일부터는 / 마지막 어절: 것이라고 ③ 아이가 타고 ④ 시내</w:t>
            </w:r>
          </w:p>
          <w:p>
            <w:r>
              <w:t>① '아이가 타고 있다니.'에서 '있다니' 앞의 2어절을 쓴다. ② '내일부터는 시내 나갈 일도 없을 것이라고.'가 문장 전체이다. 마침표로 끝나므로 뒤의 차를 없애겠다는 별개 문장까지 이어 붙이지 않는다.</w:t>
            </w:r>
          </w:p>
          <w:p>
            <w:r>
              <w:t>③ 원문에 있는 2어절은 '아이가 타고'이다. '아이가 앉아'는 뜻이 비슷해도 원문 그대로가 아니므로 인정하지 않는다.</w:t>
            </w:r>
          </w:p>
          <w:p>
            <w:r>
              <w:t>② 첫 어절: 내일부터는</w:t>
            </w:r>
          </w:p>
          <w:p>
            <w:r>
              <w:t>마지막 어절: 것이라고</w:t>
            </w:r>
          </w:p>
          <w:p>
            <w:r>
              <w:t>③ 아이가 타고</w:t>
            </w:r>
          </w:p>
          <w:p>
            <w:r>
              <w:t>㉠ '한 번도 상상해 보지 않은 일이다.'의 '상상해'에서 조건에 따라 '해' 앞의 2자 '상상'을 쓴다. 빈칸 뒤의 '도 해'와 이어지도록 한다.</w:t>
            </w:r>
          </w:p>
          <w:p>
            <w:r>
              <w:t>㉢ '분수에 맞지도 않는 이놈의 차도 없애 버릴 거라고.'에서 없애려는 대상을 찾는다. 말미 조사 '도'를 제외한 2어절 '이놈의 차'를 쓴다.</w:t>
            </w:r>
          </w:p>
        </w:tc>
      </w:tr>
      <w:tr>
        <w:tc>
          <w:tcPr>
            <w:tcW w:type="dxa" w:w="1512"/>
          </w:tcPr>
          <w:p>
            <w:r/>
            <w:r>
              <w:t>인쇄 258쪽</w:t>
            </w:r>
          </w:p>
          <w:p>
            <w:r>
              <w:t>PDF 266쪽</w:t>
            </w:r>
          </w:p>
          <w:p>
            <w:r>
              <w:t>KN-141</w:t>
            </w:r>
          </w:p>
          <w:p>
            <w:r>
              <w:t>P2135</w:t>
            </w:r>
          </w:p>
        </w:tc>
        <w:tc>
          <w:tcPr>
            <w:tcW w:type="dxa" w:w="2592"/>
          </w:tcPr>
          <w:p>
            <w:r/>
            <w:r>
              <w:t>문장 전체 첫끝·조사 및 어근 추출 범위</w:t>
            </w:r>
          </w:p>
          <w:p>
            <w:r>
              <w:t>수정 전: 문장 중간 연근해에를 첫 어절로 지정·없는 밑줄 지시·상처와 헐벗은 나무의 역할 혼동</w:t>
            </w:r>
          </w:p>
        </w:tc>
        <w:tc>
          <w:tcPr>
            <w:tcW w:type="dxa" w:w="6264"/>
          </w:tcPr>
          <w:p>
            <w:r/>
            <w:r>
              <w:t>문장 전체 첫끝·조사 및 어근 추출 범위</w:t>
            </w:r>
          </w:p>
          <w:p>
            <w:r>
              <w:t>반영 문구</w:t>
            </w:r>
          </w:p>
          <w:p>
            <w:r>
              <w:t>&lt;보기&gt;의 ①은 (가)에서, ②는 (나)에서 각각 2자로 찾아 쓰시오. 말미 조사는 제외하되, ①의 한자는 병기해도 됩니다.</w:t>
            </w:r>
          </w:p>
          <w:p>
            <w:r>
              <w:t>의 이기적 행태로 오염된 양식장 바닥에 쌓인 ( ① )은/는 인간이 초래한 환경</w:t>
            </w:r>
          </w:p>
          <w:p>
            <w:r>
              <w:t>김선두가 오염 원인으로 첫손에 꼽는 대상을 제시한 문장 전체를 (가)의 마지막 단락에서 찾으시오. 그 문장의 첫 어절과 마지막 어절을 쓰되, 문장 중간에서 끊지 말고 문장 부호는 제외하시오.</w:t>
            </w:r>
          </w:p>
          <w:p>
            <w:r>
              <w:t>• ①은 3음절, ②는 '함으로써' 앞의 2음절, ③은 말미 조사를 제외한 4음절로 쓸 것.</w:t>
            </w:r>
          </w:p>
        </w:tc>
      </w:tr>
      <w:tr>
        <w:tc>
          <w:tcPr>
            <w:tcW w:type="dxa" w:w="1512"/>
          </w:tcPr>
          <w:p>
            <w:r/>
            <w:r>
              <w:t>인쇄 259쪽</w:t>
            </w:r>
          </w:p>
          <w:p>
            <w:r>
              <w:t>PDF 267쪽</w:t>
            </w:r>
          </w:p>
          <w:p>
            <w:r>
              <w:t>KN-141</w:t>
            </w:r>
          </w:p>
          <w:p>
            <w:r>
              <w:t>P2136</w:t>
            </w:r>
          </w:p>
        </w:tc>
        <w:tc>
          <w:tcPr>
            <w:tcW w:type="dxa" w:w="2592"/>
          </w:tcPr>
          <w:p>
            <w:r/>
            <w:r>
              <w:t>원문 어구 추출 조건·없는 밑줄 지시 삭제·서술 답란</w:t>
            </w:r>
          </w:p>
          <w:p>
            <w:r>
              <w:t>수정 전: 문장 중간 연근해에를 첫 어절로 지정·없는 밑줄 지시·상처와 헐벗은 나무의 역할 혼동</w:t>
            </w:r>
          </w:p>
        </w:tc>
        <w:tc>
          <w:tcPr>
            <w:tcW w:type="dxa" w:w="6264"/>
          </w:tcPr>
          <w:p>
            <w:r/>
            <w:r>
              <w:t>원문 어구 추출 조건·없는 밑줄 지시 삭제·서술 답란</w:t>
            </w:r>
          </w:p>
          <w:p>
            <w:r>
              <w:t>반영 문구</w:t>
            </w:r>
          </w:p>
          <w:p>
            <w:r>
              <w:t>어구·구절 찾기</w:t>
            </w:r>
          </w:p>
          <w:p>
            <w:r>
              <w:t>①은 '들이다'를 제외한 2어절, ②는 말미 조사를 제외한 3자로 윗글에서 찾아 쓰시오.</w:t>
            </w:r>
          </w:p>
          <w:p>
            <w:r>
              <w:t>&lt;보기&gt;는 두 작품을 생태 중심주의 관점에서 감상한 것이다. ⓐ~ⓔ 중 ① 적절하지 않은 진술의 기호를 쓰고, ② 윗글의 근거를 들어 그 이유를 서술한 뒤, ③ 잘못된 진술을 올바르게 고쳐 쓰시오.</w:t>
            </w:r>
          </w:p>
          <w:p>
            <w:r>
              <w:t>③ _________________________________________________</w:t>
            </w:r>
          </w:p>
          <w:p>
            <w:r>
              <w:t>____________________________________________________</w:t>
            </w:r>
          </w:p>
        </w:tc>
      </w:tr>
      <w:tr>
        <w:tc>
          <w:tcPr>
            <w:tcW w:type="dxa" w:w="1512"/>
          </w:tcPr>
          <w:p>
            <w:r/>
            <w:r>
              <w:t>인쇄 260쪽</w:t>
            </w:r>
          </w:p>
          <w:p>
            <w:r>
              <w:t>PDF 268쪽</w:t>
            </w:r>
          </w:p>
          <w:p>
            <w:r>
              <w:t>KN-141</w:t>
            </w:r>
          </w:p>
          <w:p>
            <w:r>
              <w:t>P2137</w:t>
            </w:r>
          </w:p>
        </w:tc>
        <w:tc>
          <w:tcPr>
            <w:tcW w:type="dxa" w:w="2592"/>
          </w:tcPr>
          <w:p>
            <w:r/>
            <w:r>
              <w:t>첫 어절 그가로 정답·채점 통일 및 근거 설명</w:t>
            </w:r>
          </w:p>
          <w:p>
            <w:r>
              <w:t>수정 전: 문장 중간 연근해에를 첫 어절로 지정·없는 밑줄 지시·상처와 헐벗은 나무의 역할 혼동</w:t>
            </w:r>
          </w:p>
        </w:tc>
        <w:tc>
          <w:tcPr>
            <w:tcW w:type="dxa" w:w="6264"/>
          </w:tcPr>
          <w:p>
            <w:r/>
            <w:r>
              <w:t>첫 어절 그가로 정답·채점 통일 및 근거 설명</w:t>
            </w:r>
          </w:p>
          <w:p>
            <w:r>
              <w:t>반영 문구</w:t>
            </w:r>
          </w:p>
          <w:p>
            <w:r>
              <w:t>• 소문항1은 원문의 오염 물질과 자연에 가한 폭력을 보여 주는 소재를 각각 찾게 한다.</w:t>
            </w:r>
          </w:p>
          <w:p>
            <w:r>
              <w:t>• 소문항2는 양식장 시설물을 제시한 문장 전체의 첫 어절과 마지막 어절을 찾게 한다.</w:t>
            </w:r>
          </w:p>
          <w:p>
            <w:r>
              <w:t>정답: ① 오니(한자 병기 가능) ② 대못</w:t>
            </w:r>
          </w:p>
          <w:p>
            <w:r>
              <w:t>③ 첫 어절: 그가 / 마지막 어절: 시설물들이다</w:t>
            </w:r>
          </w:p>
          <w:p>
            <w:r>
              <w:t>④ 속마음은 변하지 않는 사람이 되고 싶다.</w:t>
            </w:r>
          </w:p>
          <w:p>
            <w:r>
              <w:t>① (가)의 양식장 바닥에 쌓인 '오니'를 찾는다. 한자는 병기할 수 있다. ② (나) 첫 단락의 '녹슨 대못'에서 자연에 가한 폭력을 보여 주는 2자 '대못'을 쓴다.</w:t>
            </w:r>
          </w:p>
          <w:p>
            <w:r>
              <w:t>③ 문장 전체는 '그가 오염의 원인으로 첫손에 꼽는 것은'으로 시작하여 '양식장 시설물들이다.'로 끝난다. 첫 어절은 '그가'이며, '연근해에'는 문장 중간이다.</w:t>
            </w:r>
          </w:p>
          <w:p>
            <w:r>
              <w:t>④ 마지막 단락에서 겉모습과 대비되는 속마음의 한결같음을 핵심으로 정리하고 '~고 싶다.'로 마친다. 원문 핵심 구절을 활용하는 문항이며, 문장 전체를 그대로 옮기는 조건은 아니다.</w:t>
            </w:r>
          </w:p>
          <w:p>
            <w:r>
              <w:t>③ 첫 어절: 그가</w:t>
            </w:r>
          </w:p>
          <w:p>
            <w:r>
              <w:t>마지막 어절: 시설물들이다</w:t>
            </w:r>
          </w:p>
          <w:p>
            <w:r>
              <w:t>④ 속마음의 한결같음을 핵심으로 쓰고</w:t>
            </w:r>
          </w:p>
          <w:p>
            <w:r>
              <w:t>'~고 싶다.'로 마침</w:t>
            </w:r>
          </w:p>
          <w:p>
            <w:r>
              <w:t>① (가) 마지막 단락에서 김선두가 첫손에 꼽는 대상을 찾는다. '양식장 시설물들이다'에서 3음절인 '양식장'을 쓴다.</w:t>
            </w:r>
          </w:p>
          <w:p>
            <w:r>
              <w:t>② 같은 단락의 '연작함으로써'에서, 빈칸 뒤의 '함으로써'와 중복되지 않게 2음절 '연작'을 쓴다.</w:t>
            </w:r>
          </w:p>
        </w:tc>
      </w:tr>
      <w:tr>
        <w:tc>
          <w:tcPr>
            <w:tcW w:type="dxa" w:w="1512"/>
          </w:tcPr>
          <w:p>
            <w:r/>
            <w:r>
              <w:t>인쇄 261쪽</w:t>
            </w:r>
          </w:p>
          <w:p>
            <w:r>
              <w:t>PDF 269쪽</w:t>
            </w:r>
          </w:p>
          <w:p>
            <w:r>
              <w:t>KN-141</w:t>
            </w:r>
          </w:p>
          <w:p>
            <w:r>
              <w:t>P2138</w:t>
            </w:r>
          </w:p>
        </w:tc>
        <w:tc>
          <w:tcPr>
            <w:tcW w:type="dxa" w:w="2592"/>
          </w:tcPr>
          <w:p>
            <w:r/>
            <w:r>
              <w:t>추출 말미 중복 제외 및 상처의 의미와 나무 성찰 구별</w:t>
            </w:r>
          </w:p>
          <w:p>
            <w:r>
              <w:t>수정 전: 문장 중간 연근해에를 첫 어절로 지정·없는 밑줄 지시·상처와 헐벗은 나무의 역할 혼동</w:t>
            </w:r>
          </w:p>
        </w:tc>
        <w:tc>
          <w:tcPr>
            <w:tcW w:type="dxa" w:w="6264"/>
          </w:tcPr>
          <w:p>
            <w:r/>
            <w:r>
              <w:t>추출 말미 중복 제외 및 상처의 의미와 나무 성찰 구별</w:t>
            </w:r>
          </w:p>
          <w:p>
            <w:r>
              <w:t>반영 문구</w:t>
            </w:r>
          </w:p>
          <w:p>
            <w:r>
              <w:t>① (가) 마지막 단락의 '양식장 시설물들이다'에서 빈칸 뒤와 중복되는 '들이다'를 제외한다. 조건에 맞는 2어절 '양식장 시설물'을 쓴다.</w:t>
            </w:r>
          </w:p>
          <w:p>
            <w:r>
              <w:t>② (나)의 '속마음은 변하지 않는 사람이 되고 싶다'에서 조사 '은'을 제외하여 3자 '속마음'을 쓴다.</w:t>
            </w:r>
          </w:p>
          <w:p>
            <w:r>
              <w:t>• EBS 연계 방식: 6번 &lt;보기&gt;의 생태 중심주의 관점과 선지의 논리를 다섯 진술로 재구성하였다. '나'가 이미 참나무와 교감했다는 점을 근거로 오류를 찾는다. 아물지 않은 상처는 인간이 자연에 가한 폭력의 심각성을, 헐벗은 나무는 지난 삶을 돌아보는 성찰을 보여 준다는 차이도 확인한다.</w:t>
            </w:r>
          </w:p>
          <w:p>
            <w:r>
              <w:t>정답: ① ⓔ</w:t>
            </w:r>
          </w:p>
          <w:p>
            <w:r>
              <w:t>② '나'는 상처를 다시 보기 전부터 참나무에게 위로를 얻고, 우주나무로 삼아 어머니의 건강을 빌며 이미 교감하고 있었다.</w:t>
            </w:r>
          </w:p>
          <w:p>
            <w:r>
              <w:t>③ 참나무의 상처가 아직 아물지 않은 것은, '나'가 인간이 자연에 가한 폭력의 심각성을 자각하는 계기가 된 것이다.</w:t>
            </w:r>
          </w:p>
          <w:p>
            <w:r>
              <w:t>ⓔ의 '비로소 처음'은 앞서 참나무와 교감한 경험에 어긋난다. 상처가 남아 있는 모습은 인간이 자연에 가한 폭력이 쉽게 치유되지 않음을 드러낸다. 바로 뒤에 헐벗은 나무를 보며 자신의 삶을 성찰하는 장면과 구별한다.</w:t>
            </w:r>
          </w:p>
          <w:p>
            <w:r>
              <w:t>③ 상처가 쉽게 아물지 않는다는 점을 인간이 자연에 가한 폭력의 심각성을 자각하는 계기로 수정한 경우</w:t>
            </w:r>
          </w:p>
        </w:tc>
      </w:tr>
      <w:tr>
        <w:tc>
          <w:tcPr>
            <w:tcW w:type="dxa" w:w="1512"/>
          </w:tcPr>
          <w:p>
            <w:r/>
            <w:r>
              <w:t>인쇄 264쪽</w:t>
            </w:r>
          </w:p>
          <w:p>
            <w:r>
              <w:t>PDF 272쪽</w:t>
            </w:r>
          </w:p>
          <w:p>
            <w:r>
              <w:t>KN-142</w:t>
            </w:r>
          </w:p>
          <w:p>
            <w:r>
              <w:t>P2143</w:t>
            </w:r>
          </w:p>
        </w:tc>
        <w:tc>
          <w:tcPr>
            <w:tcW w:type="dxa" w:w="2592"/>
          </w:tcPr>
          <w:p>
            <w:r/>
            <w:r>
              <w:t>추출 말미 제외 및 EBS 보기 참조·자기 성찰 범위 명시</w:t>
            </w:r>
          </w:p>
          <w:p>
            <w:r>
              <w:t>수정 전: 시행 일부를 문장 첫끝으로 취급하고 역사적을 원문 그대로 추출한다고 설명함</w:t>
            </w:r>
          </w:p>
        </w:tc>
        <w:tc>
          <w:tcPr>
            <w:tcW w:type="dxa" w:w="6264"/>
          </w:tcPr>
          <w:p>
            <w:r/>
            <w:r>
              <w:t>추출 말미 제외 및 EBS 보기 참조·자기 성찰 범위 명시</w:t>
            </w:r>
          </w:p>
          <w:p>
            <w:r>
              <w:t>반영 문구</w:t>
            </w:r>
          </w:p>
          <w:p>
            <w:r>
              <w:t>• ①은 (가)의 '까' 앞에서 2자로 쓸 것</w:t>
            </w:r>
          </w:p>
          <w:p>
            <w:r>
              <w:t>• ②는 (가)에서 말미 조사 없이 2어절로 쓸 것</w:t>
            </w:r>
          </w:p>
          <w:p>
            <w:r>
              <w:t>• ③은 (나)에서 3어절로 쓸 것</w:t>
            </w:r>
          </w:p>
          <w:p>
            <w:r>
              <w:t>윗글과 EBS 4번 &lt;보기&gt;를 참고하여 ①은 인명, ②는 빈칸에 맞는 개념어로 쓰시오. (각 3자)</w:t>
            </w:r>
          </w:p>
          <w:p>
            <w:r>
              <w:t>(가)·(나)의 삶에 대한 부정적 인식과 (다)의 외모·성격에 대한 긍정적 태도를 대비하되, (다)에도 자기 성찰이 있음을 포함하여 서술하시오. (띄어쓰기 포함 70자 내외)</w:t>
            </w:r>
          </w:p>
        </w:tc>
      </w:tr>
      <w:tr>
        <w:tc>
          <w:tcPr>
            <w:tcW w:type="dxa" w:w="1512"/>
          </w:tcPr>
          <w:p>
            <w:r/>
            <w:r>
              <w:t>인쇄 265쪽</w:t>
            </w:r>
          </w:p>
          <w:p>
            <w:r>
              <w:t>PDF 273쪽</w:t>
            </w:r>
          </w:p>
          <w:p>
            <w:r>
              <w:t>KN-142</w:t>
            </w:r>
          </w:p>
          <w:p>
            <w:r>
              <w:t>P2144</w:t>
            </w:r>
          </w:p>
        </w:tc>
        <w:tc>
          <w:tcPr>
            <w:tcW w:type="dxa" w:w="2592"/>
          </w:tcPr>
          <w:p>
            <w:r/>
            <w:r>
              <w:t>시행 찾기 범위와 문장 전체 첫끝을 구별·답란 확장</w:t>
            </w:r>
          </w:p>
          <w:p>
            <w:r>
              <w:t>수정 전: 시행 일부를 문장 첫끝으로 취급하고 역사적을 원문 그대로 추출한다고 설명함</w:t>
            </w:r>
          </w:p>
        </w:tc>
        <w:tc>
          <w:tcPr>
            <w:tcW w:type="dxa" w:w="6264"/>
          </w:tcPr>
          <w:p>
            <w:r/>
            <w:r>
              <w:t>시행 찾기 범위와 문장 전체 첫끝을 구별·답란 확장</w:t>
            </w:r>
          </w:p>
          <w:p>
            <w:r>
              <w:t>반영 문구</w:t>
            </w:r>
          </w:p>
          <w:p>
            <w:r>
              <w:t>(가)에서 ①은 4연 마지막 행, ②는 5연 첫 두 행을 쓰시오. 문장 부호·한자는 생략 가능하며, 행갈이는 /로 표시해도 됩니다.</w:t>
            </w:r>
          </w:p>
          <w:p>
            <w:r>
              <w:t>① _________________________________________________</w:t>
            </w:r>
          </w:p>
          <w:p>
            <w:r>
              <w:t>____________________________________________________</w:t>
            </w:r>
          </w:p>
          <w:p>
            <w:r>
              <w:t>② _________________________________________________</w:t>
            </w:r>
          </w:p>
          <w:p>
            <w:r>
              <w:t>신유형: 문장 첫·끝 어절</w:t>
            </w:r>
          </w:p>
          <w:p>
            <w:r>
              <w:t>&lt;보기&gt;의 ㉠, ㉡에 해당하는 문장 전체의 첫 어절과 마지막 어절을 쓰고, ㉢에 들어갈 개념어를 쓰시오. 문장 중간에서 끊지 말고, 문장 부호는 제외하시오.</w:t>
            </w:r>
          </w:p>
          <w:p>
            <w:r>
              <w:t>특히 (가)와 (나)의 화자는 성찰을 위해 치열한 행위를 수행한다. (가)의 화자는 밤마다 거울을 손과 발로 닦고자 한다. (나)에서 화자가 지난 생애를 부끄럽고 죄스럽게 여겨 손이 아린 줄도 몰랐다고 고백한 첫 문장 전체가 ( ㉠ )이다.</w:t>
            </w:r>
          </w:p>
          <w:p>
            <w:r>
              <w:t>한편 (가)의 화자는 성찰의 결과, 고독하게 나아가는 희생적 존재의 뒷모습이 거울에 나타나는 것을 본다. 이를 제시한 마지막 문장 전체, 곧 5연의 세 행 전체가 ( ㉡ )이다.</w:t>
            </w:r>
          </w:p>
        </w:tc>
      </w:tr>
      <w:tr>
        <w:tc>
          <w:tcPr>
            <w:tcW w:type="dxa" w:w="1512"/>
          </w:tcPr>
          <w:p>
            <w:r/>
            <w:r>
              <w:t>인쇄 266쪽</w:t>
            </w:r>
          </w:p>
          <w:p>
            <w:r>
              <w:t>PDF 274쪽</w:t>
            </w:r>
          </w:p>
          <w:p>
            <w:r>
              <w:t>KN-142</w:t>
            </w:r>
          </w:p>
          <w:p>
            <w:r>
              <w:t>P2145</w:t>
            </w:r>
          </w:p>
        </w:tc>
        <w:tc>
          <w:tcPr>
            <w:tcW w:type="dxa" w:w="2592"/>
          </w:tcPr>
          <w:p>
            <w:r/>
            <w:r>
              <w:t>추출 조건·개념어 구성 및 긍정과 성찰의 공존 해설</w:t>
            </w:r>
          </w:p>
          <w:p>
            <w:r>
              <w:t>수정 전: 시행 일부를 문장 첫끝으로 취급하고 역사적을 원문 그대로 추출한다고 설명함</w:t>
            </w:r>
          </w:p>
        </w:tc>
        <w:tc>
          <w:tcPr>
            <w:tcW w:type="dxa" w:w="6264"/>
          </w:tcPr>
          <w:p>
            <w:r/>
            <w:r>
              <w:t>추출 조건·개념어 구성 및 긍정과 성찰의 공존 해설</w:t>
            </w:r>
          </w:p>
          <w:p>
            <w:r>
              <w:t>반영 문구</w:t>
            </w:r>
          </w:p>
          <w:p>
            <w:r>
              <w:t>① 1연의 '욕될까'에서 빈칸 뒤 '까'를 제외한 2자 '욕될'을 쓴다.</w:t>
            </w:r>
          </w:p>
          <w:p>
            <w:r>
              <w:t>② 마지막 연의 '슬픈 사람의'에서 빈칸 뒤와 중복되는 조사 '의'를 제외한 2어절 '슬픈 사람'을 쓴다.</w:t>
            </w:r>
          </w:p>
          <w:p>
            <w:r>
              <w:t>• EBS 연계 방식: 1번의 성찰 매개, 2번의 현재와 미래 시상, 4번 &lt;보기&gt;의 전봉준과 역사적 성찰을 개념어 빈칸과 서술형으로 재구성하였다. ①은 전봉준, ②는 역사적이다. (다)의 긍정적 태도와 자기 성찰이 공존한다는 점도 확인한다.</w:t>
            </w:r>
          </w:p>
          <w:p>
            <w:r>
              <w:t>정답: ① 전봉준 ② 역사적</w:t>
            </w:r>
          </w:p>
          <w:p>
            <w:r>
              <w:t>③ (가)·(나)는 자신의 삶을 욕되고 부끄럽게 인식하는 반면, (다)는 자신의 외모와 성격을 긍정하면서도 부족한 점을 성찰한다.</w:t>
            </w:r>
          </w:p>
          <w:p>
            <w:r>
              <w:t>④ [A]는 현재의 참회지만, [B]에서는 미래의 즐거운 날에 젊은 시절의 그 참회를 부끄러운 고백으로 여기며 다시 참회하기 때문이다.</w:t>
            </w:r>
          </w:p>
          <w:p>
            <w:r>
              <w:t>① EBS 4번 &lt;보기&gt;에서 (나)의 부제 '공초'가 전봉준의 공초임을 확인하여 인명을 쓴다.</w:t>
            </w:r>
          </w:p>
          <w:p>
            <w:r>
              <w:t>② '회한의 슬픈 역사'와 EBS 4번 &lt;보기&gt;를 근거로 '역사적'을 구성한다. 원문을 그대로 추출하는 답은 아니다.</w:t>
            </w:r>
          </w:p>
          <w:p>
            <w:r>
              <w:t>③ (가)·(나)는 지난 삶에 부끄러움을 느낀다. (다)는 외모와 성격을 긍정하지만 자신의 잘못을 참회하고 '선부'에 걸맞은 사람인지도 돌아본다. 긍정적 태도가 자기 성찰의 부재를 뜻하지 않도록 쓴다.</w:t>
            </w:r>
          </w:p>
          <w:p>
            <w:r>
              <w:t>③ 부끄러움과 긍정의 대비 2점 + (다)에도 자기 성찰이 있음을 명시 2점</w:t>
            </w:r>
          </w:p>
        </w:tc>
      </w:tr>
      <w:tr>
        <w:tc>
          <w:tcPr>
            <w:tcW w:type="dxa" w:w="1512"/>
          </w:tcPr>
          <w:p>
            <w:r/>
            <w:r>
              <w:t>인쇄 267쪽</w:t>
            </w:r>
          </w:p>
          <w:p>
            <w:r>
              <w:t>PDF 275쪽</w:t>
            </w:r>
          </w:p>
          <w:p>
            <w:r>
              <w:t>KN-142</w:t>
            </w:r>
          </w:p>
          <w:p>
            <w:r>
              <w:t>P2146</w:t>
            </w:r>
          </w:p>
        </w:tc>
        <w:tc>
          <w:tcPr>
            <w:tcW w:type="dxa" w:w="2592"/>
          </w:tcPr>
          <w:p>
            <w:r/>
            <w:r>
              <w:t>문장 첫끝 새로이~몰랐다·그러면~온다 정답과 근거·채점 통일</w:t>
            </w:r>
          </w:p>
          <w:p>
            <w:r>
              <w:t>수정 전: 시행 일부를 문장 첫끝으로 취급하고 역사적을 원문 그대로 추출한다고 설명함</w:t>
            </w:r>
          </w:p>
        </w:tc>
        <w:tc>
          <w:tcPr>
            <w:tcW w:type="dxa" w:w="6264"/>
          </w:tcPr>
          <w:p>
            <w:r/>
            <w:r>
              <w:t>문장 첫끝 새로이~몰랐다·그러면~온다 정답과 근거·채점 통일</w:t>
            </w:r>
          </w:p>
          <w:p>
            <w:r>
              <w:t>반영 문구</w:t>
            </w:r>
          </w:p>
          <w:p>
            <w:r>
              <w:t>② 5연 첫 두 행을 찾아 '그러면 어느 운석 밑으로 홀로 걸어가는 / 슬픈 사람의 뒷모양이'를 쓴다. 한자는 생략 가능하고, 행갈이 대신 /를 써도 된다. 이 문항은 두 시행 찾기이며 문장 전체의 첫끝 찾기와 다르다.</w:t>
            </w:r>
          </w:p>
          <w:p>
            <w:r>
              <w:t>• EBS 연계 방식: 두 시의 성찰과 삶에 대한 인식을 문장 전체의 첫 어절·마지막 어절 찾기로 재구성하였다. (나)의 첫 문장은 부끄럽고 죄스러운 인식을, (가)의 마지막 문장은 성찰 결과 확인한 고독하고 희생적인 존재의 모습을 드러낸다. 세 작품의 공통 주제도 함께 파악한다.</w:t>
            </w:r>
          </w:p>
          <w:p>
            <w:r>
              <w:t>• 측정 능력: 시행의 끝과 문장의 끝을 구별하여 문장 전체의 경계를 확인하고, 세 작품의 성찰 태도를 종합하는 능력.</w:t>
            </w:r>
          </w:p>
          <w:p>
            <w:r>
              <w:t>정답: ㉠ 첫 어절: 새로이 / 마지막 어절: 몰랐다</w:t>
            </w:r>
          </w:p>
          <w:p>
            <w:r>
              <w:t>㉡ 첫 어절: 그러면 / 마지막 어절: 온다 ㉢ 자아 성찰(성찰)</w:t>
            </w:r>
          </w:p>
          <w:p>
            <w:r>
              <w:t>㉠ (나)의 첫 문장은 '새로이 이사를 와서'로 시작하여 '부끄럽고 죄스러워 손이 아린 줄 몰랐다'로 끝난다. 이어지는 시행 일부를 문장 첫끝으로 삼지 않는다.</w:t>
            </w:r>
          </w:p>
          <w:p>
            <w:r>
              <w:t>㉡ (가)의 마지막 문장은 '그러면'으로 시작하여 '거울 속에 나타나 온다.'로 끝난다. '뒷모양이'는 문장 중간이므로 마지막 어절이 아니다.</w:t>
            </w:r>
          </w:p>
          <w:p>
            <w:r>
              <w:t>㉠ 첫 어절: 새로이 / 마지막 어절: 몰랐다</w:t>
            </w:r>
          </w:p>
          <w:p>
            <w:r>
              <w:t>㉡ 첫 어절: 그러면 / 마지막 어절: 온다</w:t>
            </w:r>
          </w:p>
        </w:tc>
      </w:tr>
      <w:tr>
        <w:tc>
          <w:tcPr>
            <w:tcW w:type="dxa" w:w="1512"/>
          </w:tcPr>
          <w:p>
            <w:r/>
            <w:r>
              <w:t>인쇄 270쪽</w:t>
            </w:r>
          </w:p>
          <w:p>
            <w:r>
              <w:t>PDF 278쪽</w:t>
            </w:r>
          </w:p>
          <w:p>
            <w:r>
              <w:t>KN-143</w:t>
            </w:r>
          </w:p>
          <w:p>
            <w:r>
              <w:t>P2153</w:t>
            </w:r>
          </w:p>
        </w:tc>
        <w:tc>
          <w:tcPr>
            <w:tcW w:type="dxa" w:w="2592"/>
          </w:tcPr>
          <w:p>
            <w:r/>
            <w:r>
              <w:t>완전문장 경계 명시·추출 조사 제외·답란 확장</w:t>
            </w:r>
          </w:p>
          <w:p>
            <w:r>
              <w:t>수정 전: 위하여로 종결어절 오인·파도를을 첫 어절로 지정·추출 조사 조건 누락·해설 출처 불일치</w:t>
            </w:r>
          </w:p>
        </w:tc>
        <w:tc>
          <w:tcPr>
            <w:tcW w:type="dxa" w:w="6264"/>
          </w:tcPr>
          <w:p>
            <w:r/>
            <w:r>
              <w:t>완전문장 경계 명시·추출 조사 제외·답란 확장</w:t>
            </w:r>
          </w:p>
          <w:p>
            <w:r>
              <w:t>반영 문구</w:t>
            </w:r>
          </w:p>
          <w:p>
            <w:r>
              <w:t>&lt;보기&gt;의 ①은 (가)에서 '이었다' 앞의 2자로, ②는 (다)에서 말미 조사를 제외한 2자로 찾아 쓰시오. 원문에서 사물의 생명력과 본질의 가치를 확인하시오.</w:t>
            </w:r>
          </w:p>
          <w:p>
            <w:r>
              <w:t>&lt;보기&gt;의 ③에 해당하는 (나)의 마지막 문장 전체, 곧 [C]의 세 행 전체를 찾으시오. 그 문장의 첫 어절과 마지막 어절을 쓰되, 문장 중간에서 끊지 마시오.</w:t>
            </w:r>
          </w:p>
          <w:p>
            <w:r>
              <w:t>드러낸 마지막 문장 전체가 ( ③ )이다.</w:t>
            </w:r>
          </w:p>
          <w:p>
            <w:r>
              <w:t>④ _________________________________________________</w:t>
            </w:r>
          </w:p>
          <w:p>
            <w:r>
              <w:t>____________________________________________________</w:t>
            </w:r>
          </w:p>
          <w:p>
            <w:r>
              <w:t>&lt;보기&gt;를 참고하여 (가)에서 ①은 3어절, ②는 8어절로 찾아 쓰시오. 빈칸 뒤와 중복되는 말미 조사는 제외하시오.</w:t>
            </w:r>
          </w:p>
          <w:p>
            <w:r>
              <w:t>① _________________________________________________</w:t>
            </w:r>
          </w:p>
          <w:p>
            <w:r>
              <w:t>② _________________________________________________</w:t>
            </w:r>
          </w:p>
        </w:tc>
      </w:tr>
      <w:tr>
        <w:tc>
          <w:tcPr>
            <w:tcW w:type="dxa" w:w="1512"/>
          </w:tcPr>
          <w:p>
            <w:r/>
            <w:r>
              <w:t>인쇄 271쪽</w:t>
            </w:r>
          </w:p>
          <w:p>
            <w:r>
              <w:t>PDF 279쪽</w:t>
            </w:r>
          </w:p>
          <w:p>
            <w:r>
              <w:t>KN-143</w:t>
            </w:r>
          </w:p>
          <w:p>
            <w:r>
              <w:t>P2154</w:t>
            </w:r>
          </w:p>
        </w:tc>
        <w:tc>
          <w:tcPr>
            <w:tcW w:type="dxa" w:w="2592"/>
          </w:tcPr>
          <w:p>
            <w:r/>
            <w:r>
              <w:t>마지막 문장 전체 첫끝·추출 조건 명시</w:t>
            </w:r>
          </w:p>
          <w:p>
            <w:r>
              <w:t>수정 전: 위하여로 종결어절 오인·파도를을 첫 어절로 지정·추출 조사 조건 누락·해설 출처 불일치</w:t>
            </w:r>
          </w:p>
        </w:tc>
        <w:tc>
          <w:tcPr>
            <w:tcW w:type="dxa" w:w="6264"/>
          </w:tcPr>
          <w:p>
            <w:r/>
            <w:r>
              <w:t>마지막 문장 전체 첫끝·추출 조건 명시</w:t>
            </w:r>
          </w:p>
          <w:p>
            <w:r>
              <w:t>반영 문구</w:t>
            </w:r>
          </w:p>
          <w:p>
            <w:r>
              <w:t>&lt;보기&gt;의 ①은 (다)에서 말미 조사 없이 2자로 쓰시오. ②는 (가)의 마지막 문장 전체(마지막 네 행)의 첫 어절과 마지막 어절을 쓰되, 문장 중간에서 끊지 마시오.</w:t>
            </w:r>
          </w:p>
          <w:p>
            <w:r>
              <w:t>&lt;보기&gt;를 참고하여 ①은 (가)에서 3어절, ②는 (나)에서 3자, ③은 (다)에서 2자로 찾아 쓰시오. 빈칸 뒤와 중복되는 말미 조사는 제외하시오. ③은 겉으로 드러나지 않는 가치와 관련된 개념어 또는 이를 나타내는 사물의 이름을 쓰시오.</w:t>
            </w:r>
          </w:p>
          <w:p>
            <w:r>
              <w:t>① __________________________________________</w:t>
            </w:r>
          </w:p>
        </w:tc>
      </w:tr>
      <w:tr>
        <w:tc>
          <w:tcPr>
            <w:tcW w:type="dxa" w:w="1512"/>
          </w:tcPr>
          <w:p>
            <w:r/>
            <w:r>
              <w:t>인쇄 272쪽</w:t>
            </w:r>
          </w:p>
          <w:p>
            <w:r>
              <w:t>PDF 280쪽</w:t>
            </w:r>
          </w:p>
          <w:p>
            <w:r>
              <w:t>KN-143</w:t>
            </w:r>
          </w:p>
          <w:p>
            <w:r>
              <w:t>P2155</w:t>
            </w:r>
          </w:p>
        </w:tc>
        <w:tc>
          <w:tcPr>
            <w:tcW w:type="dxa" w:w="2592"/>
          </w:tcPr>
          <w:p>
            <w:r/>
            <w:r>
              <w:t>언젠가~모릅니다 정답·채점·해설 및 추출 조사 통일</w:t>
            </w:r>
          </w:p>
          <w:p>
            <w:r>
              <w:t>수정 전: 위하여로 종결어절 오인·파도를을 첫 어절로 지정·추출 조사 조건 누락·해설 출처 불일치</w:t>
            </w:r>
          </w:p>
        </w:tc>
        <w:tc>
          <w:tcPr>
            <w:tcW w:type="dxa" w:w="6264"/>
          </w:tcPr>
          <w:p>
            <w:r/>
            <w:r>
              <w:t>언젠가~모릅니다 정답·채점·해설 및 추출 조사 통일</w:t>
            </w:r>
          </w:p>
          <w:p>
            <w:r>
              <w:t>반영 문구</w:t>
            </w:r>
          </w:p>
          <w:p>
            <w:r>
              <w:t>→[C] 깨달음)의 논리를 해설문화하여 문장 첫·끝 어절 찾기로</w:t>
            </w:r>
          </w:p>
          <w:p>
            <w:r>
              <w:t>정답: ① 물결 ② 본질 ③ 첫 어절: 언젠가 / 마지막 어절: 모릅니다 ④ 다산은 아버지의 은혜를 더 무겁게 여겼지만 주모는 토양인 어머니의 공적을 중시했고, 글쓴이는 이를 뿌리와 연결해 그 중요성을 강조하기 때문이다.</w:t>
            </w:r>
          </w:p>
          <w:p>
            <w:r>
              <w:t>① (가) 첫 행의 '물결이었다'에서 '이었다'를 제외한 '물결'을 쓴다. ② (다)에서 본분과 함께 반복되는 개념어 '본질'을 찾는다. 두 답 모두 2자로 쓴다.</w:t>
            </w:r>
          </w:p>
          <w:p>
            <w:r>
              <w:t>③ [C]의 세 행은 한 문장이다. '언젠가 누군가의 버팀목이 되기 위하여'에서 시작해 '살아가는지도 모릅니다'로 끝난다. '위하여'는 문장 중간이므로 마지막 어절이 아니며, 정답은 '언젠가~모릅니다'이다.</w:t>
            </w:r>
          </w:p>
          <w:p>
            <w:r>
              <w:t>③ 첫 어절: 언젠가 / 마지막 어절: 모릅니다</w:t>
            </w:r>
          </w:p>
          <w:p>
            <w:r>
              <w:t>① '햇빛의 꼿꼿한 직선들 틈에'에서 3어절인 '햇빛의 꼿꼿한 직선들'을 찾는다.</w:t>
            </w:r>
          </w:p>
          <w:p>
            <w:r>
              <w:t>② 19행에서 조사 '가'를 제외한 8어절을 쓴다. 원문은 '무늬가'이지만 빈칸 뒤와 중복되는 조사를 붙이지 않는다.</w:t>
            </w:r>
          </w:p>
        </w:tc>
      </w:tr>
      <w:tr>
        <w:tc>
          <w:tcPr>
            <w:tcW w:type="dxa" w:w="1512"/>
          </w:tcPr>
          <w:p>
            <w:r/>
            <w:r>
              <w:t>인쇄 273쪽</w:t>
            </w:r>
          </w:p>
          <w:p>
            <w:r>
              <w:t>PDF 281쪽</w:t>
            </w:r>
          </w:p>
          <w:p>
            <w:r>
              <w:t>KN-143</w:t>
            </w:r>
          </w:p>
          <w:p>
            <w:r>
              <w:t>P2156</w:t>
            </w:r>
          </w:p>
        </w:tc>
        <w:tc>
          <w:tcPr>
            <w:tcW w:type="dxa" w:w="2592"/>
          </w:tcPr>
          <w:p>
            <w:r/>
            <w:r>
              <w:t>이~것이다 정답과 출제 근거·조사 제외 일치</w:t>
            </w:r>
          </w:p>
          <w:p>
            <w:r>
              <w:t>수정 전: 위하여로 종결어절 오인·파도를을 첫 어절로 지정·추출 조사 조건 누락·해설 출처 불일치</w:t>
            </w:r>
          </w:p>
        </w:tc>
        <w:tc>
          <w:tcPr>
            <w:tcW w:type="dxa" w:w="6264"/>
          </w:tcPr>
          <w:p>
            <w:r/>
            <w:r>
              <w:t>이~것이다 정답과 출제 근거·조사 제외 일치</w:t>
            </w:r>
          </w:p>
          <w:p>
            <w:r>
              <w:t>반영 문구</w:t>
            </w:r>
          </w:p>
          <w:p>
            <w:r>
              <w:t>• EBS 연계 방식: 6번 &lt;보기&gt;의 관점과 적절한 선지 ②·⑤를 바탕으로 (다)의 본질 개념과 (가)의 생명력을 묻는다. (가)의 마지막 문장 전체를 읽어 첫끝을 확인한다. 소문항2는 (다)의 마지막 단락에서 본질을 잊고 남과 비교하며 살아온 자신을 반성하는 문장을 그대로 찾게 한다.</w:t>
            </w:r>
          </w:p>
          <w:p>
            <w:r>
              <w:t>정답: ① 본질 ② 첫 어절: 이 / 마지막 어절: 것이다</w:t>
            </w:r>
          </w:p>
          <w:p>
            <w:r>
              <w:t>③ 내가 서 있어야 할 곳에 내가 서 있지 않고 남이 서 있는 자리에 내가 서 있다.</w:t>
            </w:r>
          </w:p>
          <w:p>
            <w:r>
              <w:t>① (다)의 뿌리와 꽃 관계에서 '본질'을 찾는다. ② 마지막 네 행의 한 문장은 '이 작은 물결이'로 시작하여 '것이다'로 끝난다. '파도를'는 문장 중간이다.</w:t>
            </w:r>
          </w:p>
          <w:p>
            <w:r>
              <w:t>② 첫 어절: 이 / 마지막 어절: 것이다</w:t>
            </w:r>
          </w:p>
          <w:p>
            <w:r>
              <w:t>① 17행의 '지느러미를 흔드는 물결이 있다'에서 '물결이'의 조사 '이'를 제외하여 3어절 '지느러미를 흔드는 물결'을 쓴다.</w:t>
            </w:r>
          </w:p>
          <w:p>
            <w:r>
              <w:t>② (나) 마지막 연의 '버팀목이'에서 빈칸 뒤와 중복되는 조사 '이'를 제외해 3자 '버팀목'을 쓴다.</w:t>
            </w:r>
          </w:p>
          <w:p>
            <w:r>
              <w:t>③ 개념어 '본질' 또는 이를 나타내는 사물 '뿌리'를 쓴다. 둘 다 조건에 맞는 2자이다. 괄호까지 함께 쓰라는 뜻은 아니며, 말미 조사는 제외한다.</w:t>
            </w:r>
          </w:p>
        </w:tc>
      </w:tr>
      <w:tr>
        <w:tc>
          <w:tcPr>
            <w:tcW w:type="dxa" w:w="1512"/>
          </w:tcPr>
          <w:p>
            <w:r/>
            <w:r>
              <w:t>인쇄 276쪽</w:t>
            </w:r>
          </w:p>
          <w:p>
            <w:r>
              <w:t>PDF 284쪽</w:t>
            </w:r>
          </w:p>
          <w:p>
            <w:r>
              <w:t>KN-144</w:t>
            </w:r>
          </w:p>
          <w:p>
            <w:r>
              <w:t>P2167</w:t>
            </w:r>
          </w:p>
        </w:tc>
        <w:tc>
          <w:tcPr>
            <w:tcW w:type="dxa" w:w="2592"/>
          </w:tcPr>
          <w:p>
            <w:r/>
            <w:r>
              <w:t>완전문장 첫끝 명시 및 대비 구절 추출 단위 통일</w:t>
            </w:r>
          </w:p>
          <w:p>
            <w:r>
              <w:t>수정 전: 시행 일부를 시행 전체로 지정·회귀 원문 추출 조건 누락·문장 서술 답안 미완성</w:t>
            </w:r>
          </w:p>
        </w:tc>
        <w:tc>
          <w:tcPr>
            <w:tcW w:type="dxa" w:w="6264"/>
          </w:tcPr>
          <w:p>
            <w:r/>
            <w:r>
              <w:t>완전문장 첫끝 명시 및 대비 구절 추출 단위 통일</w:t>
            </w:r>
          </w:p>
          <w:p>
            <w:r>
              <w:t>반영 문구</w:t>
            </w:r>
          </w:p>
          <w:p>
            <w:r>
              <w:t>• ②는 해당 도치된 문장 전체의 첫 어절과 마지막 어절을 쓸 것. 쉼표에서 끊지 말 것</w:t>
            </w:r>
          </w:p>
          <w:p>
            <w:r>
              <w:t>&lt;보기&gt;를 참고하여 (나)에서 ①은 5어절, ②는 6어절의 구절로 찾아 쓰시오. 두 답 모두 말미 조사는 제외하시오.</w:t>
            </w:r>
          </w:p>
          <w:p>
            <w:r>
              <w:t>① ( 생명력이 가득한 아침 노래를 직유로 표현한 구절 )</w:t>
            </w:r>
          </w:p>
          <w:p>
            <w:r>
              <w:t>② ( 공허해진 둥지를 직유로 표현한 구절 )</w:t>
            </w:r>
          </w:p>
          <w:p>
            <w:r>
              <w:t>① _________________________________________________</w:t>
            </w:r>
          </w:p>
          <w:p>
            <w:r>
              <w:t>② _________________________________________________</w:t>
            </w:r>
          </w:p>
        </w:tc>
      </w:tr>
      <w:tr>
        <w:tc>
          <w:tcPr>
            <w:tcW w:type="dxa" w:w="1512"/>
          </w:tcPr>
          <w:p>
            <w:r/>
            <w:r>
              <w:t>인쇄 277쪽</w:t>
            </w:r>
          </w:p>
          <w:p>
            <w:r>
              <w:t>PDF 285쪽</w:t>
            </w:r>
          </w:p>
          <w:p>
            <w:r>
              <w:t>KN-144</w:t>
            </w:r>
          </w:p>
          <w:p>
            <w:r>
              <w:t>P2168</w:t>
            </w:r>
          </w:p>
        </w:tc>
        <w:tc>
          <w:tcPr>
            <w:tcW w:type="dxa" w:w="2592"/>
          </w:tcPr>
          <w:p>
            <w:r/>
            <w:r>
              <w:t>개념어 출처·조사 제외·완전한 문장 답안 조건 명시</w:t>
            </w:r>
          </w:p>
          <w:p>
            <w:r>
              <w:t>수정 전: 시행 일부를 시행 전체로 지정·회귀 원문 추출 조건 누락·문장 서술 답안 미완성</w:t>
            </w:r>
          </w:p>
        </w:tc>
        <w:tc>
          <w:tcPr>
            <w:tcW w:type="dxa" w:w="6264"/>
          </w:tcPr>
          <w:p>
            <w:r/>
            <w:r>
              <w:t>개념어 출처·조사 제외·완전한 문장 답안 조건 명시</w:t>
            </w:r>
          </w:p>
          <w:p>
            <w:r>
              <w:t>반영 문구</w:t>
            </w:r>
          </w:p>
          <w:p>
            <w:r>
              <w:t>빈칸 ①은 EBS 2번 &lt;보기&gt;의 핵심 개념어로, ②는 (다)의 '회귀하는'에서 '하는'을 제외한 두 글자로 쓰시오.</w:t>
            </w:r>
          </w:p>
          <w:p>
            <w:r>
              <w:t>• ①: EBS 2번 &lt;보기&gt;의 상처 회복 관련 두 음절 말</w:t>
            </w:r>
          </w:p>
          <w:p>
            <w:r>
              <w:t>(나)에서 '유모차'와 대비되는 대상을 찾으시오. 대비되는 두 구절을 원문에서 찾아 'A와 B의 대비이다.' 형식의 한 문장으로 서술하시오. 말미 조사는 형식에 맞게 바꾸어 쓰시오.</w:t>
            </w:r>
          </w:p>
          <w:p>
            <w:r>
              <w:t>&lt;보기&gt;를 참고하여 (가)에서 ①은 해당 시행 전체를, ②는 말미 조사를 제외한 3어절의 인물 표현을 찾아 쓰시오.</w:t>
            </w:r>
          </w:p>
        </w:tc>
      </w:tr>
      <w:tr>
        <w:tc>
          <w:tcPr>
            <w:tcW w:type="dxa" w:w="1512"/>
          </w:tcPr>
          <w:p>
            <w:r/>
            <w:r>
              <w:t>인쇄 278쪽</w:t>
            </w:r>
          </w:p>
          <w:p>
            <w:r>
              <w:t>PDF 286쪽</w:t>
            </w:r>
          </w:p>
          <w:p>
            <w:r>
              <w:t>KN-144</w:t>
            </w:r>
          </w:p>
          <w:p>
            <w:r>
              <w:t>P2169</w:t>
            </w:r>
          </w:p>
        </w:tc>
        <w:tc>
          <w:tcPr>
            <w:tcW w:type="dxa" w:w="2592"/>
          </w:tcPr>
          <w:p>
            <w:r/>
            <w:r>
              <w:t>누가~이 문장 경계 근거 및 구절 정답·채점 통일</w:t>
            </w:r>
          </w:p>
          <w:p>
            <w:r>
              <w:t>수정 전: 시행 일부를 시행 전체로 지정·회귀 원문 추출 조건 누락·문장 서술 답안 미완성</w:t>
            </w:r>
          </w:p>
        </w:tc>
        <w:tc>
          <w:tcPr>
            <w:tcW w:type="dxa" w:w="6264"/>
          </w:tcPr>
          <w:p>
            <w:r/>
            <w:r>
              <w:t>누가~이 문장 경계 근거 및 구절 정답·채점 통일</w:t>
            </w:r>
          </w:p>
          <w:p>
            <w:r>
              <w:t>반영 문구</w:t>
            </w:r>
          </w:p>
          <w:p>
            <w:r>
              <w:t>② '누가 있을까, 삶의 흐름이 구부러지고 갈라지는 것을 보지 않은 이'는 도치된 한 문장이다. 쉼표 뒤에서 끊지 않고 문장 전체의 첫끝인 '누가~이'를 쓴다.</w:t>
            </w:r>
          </w:p>
          <w:p>
            <w:r>
              <w:t>• EBS 연계 방식: 3번 정답 해설의 삶의 양면성과 오답 해설 ②의 '아침 노래'와 '텅 빈 곡식 창고' 분석을 감상문으로 재구성하였다. 하나의 시행 안에서 대비되는 두 명사구를 찾아 말미 조사를 제외하여 쓰게 한다.</w:t>
            </w:r>
          </w:p>
          <w:p>
            <w:r>
              <w:t>• 측정 능력: 생성과 소멸을 나타내는 직유 표현을 파악하고, 한 시행에 대비되어 제시된 두 구절을 정확한 어절 수로 추출하는 능력.</w:t>
            </w:r>
          </w:p>
          <w:p>
            <w:r>
              <w:t>정답: ① 새의 햇곡식 같은 아침 노래</w:t>
            </w:r>
          </w:p>
          <w:p>
            <w:r>
              <w:t>② 텅 빈 곡식 창고 같은 둥지</w:t>
            </w:r>
          </w:p>
          <w:p>
            <w:r>
              <w:t>① '노래가'의 '가'를 제외한 5어절, ② '둥지를'의 '를'을 제외한 6어절을 쓴다. 두 구절은 한 시행 안에 있으므로 각각을 독립된 시행으로 보지 않는다.</w:t>
            </w:r>
          </w:p>
          <w:p>
            <w:r>
              <w:t>① 새의 햇곡식 같은 아침 노래</w:t>
            </w:r>
          </w:p>
        </w:tc>
      </w:tr>
      <w:tr>
        <w:tc>
          <w:tcPr>
            <w:tcW w:type="dxa" w:w="1512"/>
          </w:tcPr>
          <w:p>
            <w:r/>
            <w:r>
              <w:t>인쇄 279쪽</w:t>
            </w:r>
          </w:p>
          <w:p>
            <w:r>
              <w:t>PDF 287쪽</w:t>
            </w:r>
          </w:p>
          <w:p>
            <w:r>
              <w:t>KN-144</w:t>
            </w:r>
          </w:p>
          <w:p>
            <w:r>
              <w:t>P2170</w:t>
            </w:r>
          </w:p>
        </w:tc>
        <w:tc>
          <w:tcPr>
            <w:tcW w:type="dxa" w:w="2592"/>
          </w:tcPr>
          <w:p>
            <w:r/>
            <w:r>
              <w:t>치유·회귀 출처와 완전한 문장 답안·조사 제외 통일</w:t>
            </w:r>
          </w:p>
          <w:p>
            <w:r>
              <w:t>수정 전: 시행 일부를 시행 전체로 지정·회귀 원문 추출 조건 누락·문장 서술 답안 미완성</w:t>
            </w:r>
          </w:p>
        </w:tc>
        <w:tc>
          <w:tcPr>
            <w:tcW w:type="dxa" w:w="6264"/>
          </w:tcPr>
          <w:p>
            <w:r/>
            <w:r>
              <w:t>치유·회귀 출처와 완전한 문장 답안·조사 제외 통일</w:t>
            </w:r>
          </w:p>
          <w:p>
            <w:r>
              <w:t>반영 문구</w:t>
            </w:r>
          </w:p>
          <w:p>
            <w:r>
              <w:t>• EBS 연계 방식: 2번 &lt;보기&gt;의 상처 치유, 3번 &lt;보기&gt;의 양면성과 대비, 4번의 유모차 형상화, 5번의 회귀 구조를 통합 감상문으로 재구성하였다. '치유'는 EBS &lt;보기&gt;에서, '회귀'는 (다)의 '회귀하는'에서 찾는다.</w:t>
            </w:r>
          </w:p>
          <w:p>
            <w:r>
              <w:t>정답: ① 치유 ② 회귀 ③ 가볍고 상쾌한 유모차와 절룩이고 초라한 거지의 대비이다.</w:t>
            </w:r>
          </w:p>
          <w:p>
            <w:r>
              <w:t>① EBS 2번 &lt;보기&gt;에서 상처를 회복한다는 뜻의 '치유'를 찾는다. ② (다)의 '나는 떠나는 족보다는 늘 회귀하는 족이어서'에서 '하는'을 제외한 '회귀'를 쓴다.</w:t>
            </w:r>
          </w:p>
          <w:p>
            <w:r>
              <w:t>③ (나)의 '가볍고 상쾌한 유모차'와 '절룩이고 초라한 거지'가 대비된다. 두 구절을 'A와 B의 대비이다.'에 넣고, 말미 조사를 형식에 맞게 바꾸어 완전한 문장으로 쓴다.</w:t>
            </w:r>
          </w:p>
          <w:p>
            <w:r>
              <w:t>③ 가볍고 상쾌한 유모차와 절룩이고 초라한 거지의 대비이다.</w:t>
            </w:r>
          </w:p>
          <w:p>
            <w:r>
              <w:t>① 자전거 소리를 직접 제시한 2행 전체인 '내 자전거 바퀴가 치르르 치르르 도는 소리'를 쓴다.</w:t>
            </w:r>
          </w:p>
          <w:p>
            <w:r>
              <w:t>② 15행의 '할머니가'에서 조사 '가'를 제외한 3어절, '구멍가게 노망든 할머니'를 쓴다.</w:t>
            </w:r>
          </w:p>
        </w:tc>
      </w:tr>
      <w:tr>
        <w:tc>
          <w:tcPr>
            <w:tcW w:type="dxa" w:w="1512"/>
          </w:tcPr>
          <w:p>
            <w:r/>
            <w:r>
              <w:t>인쇄 284쪽</w:t>
            </w:r>
          </w:p>
          <w:p>
            <w:r>
              <w:t>PDF 292쪽</w:t>
            </w:r>
          </w:p>
          <w:p>
            <w:r>
              <w:t>KN-147</w:t>
            </w:r>
          </w:p>
          <w:p>
            <w:r>
              <w:t>P2181</w:t>
            </w:r>
          </w:p>
        </w:tc>
        <w:tc>
          <w:tcPr>
            <w:tcW w:type="dxa" w:w="2592"/>
          </w:tcPr>
          <w:p>
            <w:r/>
            <w:r>
              <w:t>원문 조사 제외 및 서술형 글자 수 범위 명확화</w:t>
            </w:r>
          </w:p>
          <w:p>
            <w:r>
              <w:t>수정 전: 말미 조사 제외 조건 없음·실제 EBS11~14번을1~4번으로 안내·답안 분량 기준 모호</w:t>
            </w:r>
          </w:p>
        </w:tc>
        <w:tc>
          <w:tcPr>
            <w:tcW w:type="dxa" w:w="6264"/>
          </w:tcPr>
          <w:p>
            <w:r/>
            <w:r>
              <w:t>원문 조사 제외 및 서술형 글자 수 범위 명확화</w:t>
            </w:r>
          </w:p>
          <w:p>
            <w:r>
              <w:t>반영 문구</w:t>
            </w:r>
          </w:p>
          <w:p>
            <w:r>
              <w:t>&lt;보기&gt;의 ①은 2자, ②는 3자로 윗글에서 찾아 쓰시오. 빈칸 뒤와 중복되는 말미 조사는 제외하시오.</w:t>
            </w:r>
          </w:p>
          <w:p>
            <w:r>
              <w:t>빈칸 ①에는 겉과 속이 다름을 뜻하는 4자의 한자어 개념어를 쓰시오. ②에는 지문에서 찾은 산 이름을 말미 조사 없이 3자로 쓰시오.</w:t>
            </w:r>
          </w:p>
          <w:p>
            <w:r>
              <w:t>김 박사가 아내에게 '나'를 '잘 달래서 따둑거리라'고 말한 진짜 의도를 위선적 면모와 연결해 서술하시오. 띄어쓰기와 문장 부호를 포함해 40~50자로 쓰고, '월급', '참고'를 반드시 넣으시오.</w:t>
            </w:r>
          </w:p>
          <w:p>
            <w:r>
              <w:t>'나'가 아저씨의 웃음소리를 배우들이 꾸며 대는 웃음에 견준 이유를 서술하시오. 웃음의 특성을 근거로, 띄어쓰기와 문장 부호를 포함해 40~50자로 쓰시오.</w:t>
            </w:r>
          </w:p>
        </w:tc>
      </w:tr>
      <w:tr>
        <w:tc>
          <w:tcPr>
            <w:tcW w:type="dxa" w:w="1512"/>
          </w:tcPr>
          <w:p>
            <w:r/>
            <w:r>
              <w:t>인쇄 285쪽</w:t>
            </w:r>
          </w:p>
          <w:p>
            <w:r>
              <w:t>PDF 293쪽</w:t>
            </w:r>
          </w:p>
          <w:p>
            <w:r>
              <w:t>KN-147</w:t>
            </w:r>
          </w:p>
          <w:p>
            <w:r>
              <w:t>P2182</w:t>
            </w:r>
          </w:p>
        </w:tc>
        <w:tc>
          <w:tcPr>
            <w:tcW w:type="dxa" w:w="2592"/>
          </w:tcPr>
          <w:p>
            <w:r/>
            <w:r>
              <w:t>인물 비유·핵심어 추출 말미 조사 조건</w:t>
            </w:r>
          </w:p>
          <w:p>
            <w:r>
              <w:t>수정 전: 말미 조사 제외 조건 없음·실제 EBS11~14번을1~4번으로 안내·답안 분량 기준 모호</w:t>
            </w:r>
          </w:p>
        </w:tc>
        <w:tc>
          <w:tcPr>
            <w:tcW w:type="dxa" w:w="6264"/>
          </w:tcPr>
          <w:p>
            <w:r/>
            <w:r>
              <w:t>인물 비유·핵심어 추출 말미 조사 조건</w:t>
            </w:r>
          </w:p>
          <w:p>
            <w:r>
              <w:t>반영 문구</w:t>
            </w:r>
          </w:p>
          <w:p>
            <w:r>
              <w:t>&lt;보기&gt;의 ①은 3자로, ②는 2어절로 윗글에서 찾아 쓰시오. 빈칸 뒤와 중복되는 말미 조사는 제외하시오.</w:t>
            </w:r>
          </w:p>
          <w:p>
            <w:r>
              <w:t>&lt;보기&gt;의 ㉠~㉢에 들어갈 표현을 윗글에서 찾아 쓰시오. 말미 조사는 제외하되, ㉠은 2어절, ㉡은 2자로 쓰시오. ㉢은 3자로 쓰거나 원문의 관형어를 함께 써도 됩니다.</w:t>
            </w:r>
          </w:p>
        </w:tc>
      </w:tr>
      <w:tr>
        <w:tc>
          <w:tcPr>
            <w:tcW w:type="dxa" w:w="1512"/>
          </w:tcPr>
          <w:p>
            <w:r/>
            <w:r>
              <w:t>인쇄 286쪽</w:t>
            </w:r>
          </w:p>
          <w:p>
            <w:r>
              <w:t>PDF 294쪽</w:t>
            </w:r>
          </w:p>
          <w:p>
            <w:r>
              <w:t>KN-147</w:t>
            </w:r>
          </w:p>
          <w:p>
            <w:r>
              <w:t>P2183</w:t>
            </w:r>
          </w:p>
        </w:tc>
        <w:tc>
          <w:tcPr>
            <w:tcW w:type="dxa" w:w="2592"/>
          </w:tcPr>
          <w:p>
            <w:r/>
            <w:r>
              <w:t>실제 EBS문항 번호·조사 근거·서술 예시 및 채점</w:t>
            </w:r>
          </w:p>
          <w:p>
            <w:r>
              <w:t>수정 전: 말미 조사 제외 조건 없음·실제 EBS11~14번을1~4번으로 안내·답안 분량 기준 모호</w:t>
            </w:r>
          </w:p>
        </w:tc>
        <w:tc>
          <w:tcPr>
            <w:tcW w:type="dxa" w:w="6264"/>
          </w:tcPr>
          <w:p>
            <w:r/>
            <w:r>
              <w:t>실제 EBS문항 번호·조사 근거·서술 예시 및 채점</w:t>
            </w:r>
          </w:p>
          <w:p>
            <w:r>
              <w:t>반영 문구</w:t>
            </w:r>
          </w:p>
          <w:p>
            <w:r>
              <w:t>• EBS 연계 방식: 실전 학습 1회 14번 &lt;보기&gt;의 관찰과 해석이라는 감상 관점과 선지 ④·⑤의 천방산·나무 비유를 재구성하여 원문에서 '밑동'과 '천방산'을 찾아 쓰게 한다.</w:t>
            </w:r>
          </w:p>
          <w:p>
            <w:r>
              <w:t>① 큰 나무 아래쪽을 나타내는 '밑동에서'에서 조사 '에서'를 제외한 2자 '밑동'을 쓴다.</w:t>
            </w:r>
          </w:p>
          <w:p>
            <w:r>
              <w:t>② 어릴 적 멀리서 아름답게 보았던 산의 이름을 찾는다. '천방산이'에서 조사 '이'를 제외한 3자 '천방산'을 쓴다.</w:t>
            </w:r>
          </w:p>
          <w:p>
            <w:r>
              <w:t>• EBS 연계 방식: 실전 학습 1회 14번의 표리부동이라는 주제와 천방산 비유를 개념어·소재 찾기로 전환하였다. 소문항2는 14번 정답 해설의 월급을 올리지 않아도 참고 일하게 만들려는 의도를, 소문항3은 13번 정답 ⑤의 작위적이고 규칙적인 웃음에 관한 판단을 서술하게 한다.</w:t>
            </w:r>
          </w:p>
          <w:p>
            <w:r>
              <w:t>정답: ① 표리부동 ② 천방산</w:t>
            </w:r>
          </w:p>
          <w:p>
            <w:r>
              <w:t>③ 월급을 올려 주지 않아도 불평 없이 참고 계속 일하도록 달래라는 의도이다.</w:t>
            </w:r>
          </w:p>
          <w:p>
            <w:r>
              <w:t>④ 웃음소리가 일정한 간격으로 높낮이 변화 없이 반복되어 작위적이고 규칙적이기 때문이다.</w:t>
            </w:r>
          </w:p>
          <w:p>
            <w:r>
              <w:t>① 겉과 속이 다른 모습을 나타내는 4자 개념어 '표리부동'을 쓴다. ② '천방산이'에서 조사 '이'를 제외한 3자 산 이름을 쓴다.</w:t>
            </w:r>
          </w:p>
          <w:p>
            <w:r>
              <w:t>④ 일정한 간격과 높낮이를 유지하는 웃음에서 규칙성과 작위성을 설명한다. 예시③은 41자, ④는 47자이다. 두 답 모두 40~50자를 지키고 핵심 의미가 같으면 다른 문장도 인정한다.</w:t>
            </w:r>
          </w:p>
        </w:tc>
      </w:tr>
      <w:tr>
        <w:tc>
          <w:tcPr>
            <w:tcW w:type="dxa" w:w="1512"/>
          </w:tcPr>
          <w:p>
            <w:r/>
            <w:r>
              <w:t>인쇄 287쪽</w:t>
            </w:r>
          </w:p>
          <w:p>
            <w:r>
              <w:t>PDF 295쪽</w:t>
            </w:r>
          </w:p>
          <w:p>
            <w:r>
              <w:t>KN-147</w:t>
            </w:r>
          </w:p>
          <w:p>
            <w:r>
              <w:t>P2184</w:t>
            </w:r>
          </w:p>
        </w:tc>
        <w:tc>
          <w:tcPr>
            <w:tcW w:type="dxa" w:w="2592"/>
          </w:tcPr>
          <w:p>
            <w:r/>
            <w:r>
              <w:t>실제 출처 번호와 인용 근거·조사 제외 통일</w:t>
            </w:r>
          </w:p>
          <w:p>
            <w:r>
              <w:t>수정 전: 말미 조사 제외 조건 없음·실제 EBS11~14번을1~4번으로 안내·답안 분량 기준 모호</w:t>
            </w:r>
          </w:p>
        </w:tc>
        <w:tc>
          <w:tcPr>
            <w:tcW w:type="dxa" w:w="6264"/>
          </w:tcPr>
          <w:p>
            <w:r/>
            <w:r>
              <w:t>실제 출처 번호와 인용 근거·조사 제외 통일</w:t>
            </w:r>
          </w:p>
          <w:p>
            <w:r>
              <w:t>반영 문구</w:t>
            </w:r>
          </w:p>
          <w:p>
            <w:r>
              <w:t>• EBS 연계 방식: 실전 학습 1회 14번 &lt;보기&gt;와 선지 ④·⑤의 천방산·큰 나무 비유를 감상문으로 재구성하여 원문에서 두 소재를 찾게 한다.</w:t>
            </w:r>
          </w:p>
          <w:p>
            <w:r>
              <w:t>① 어린 시절 회상 속 산 이름인 '천방산'을 찾고 말미 조사 '이'를 제외한다.</w:t>
            </w:r>
          </w:p>
          <w:p>
            <w:r>
              <w:t>② 마지막 단락의 '큰 나무의'에서 조사 '의'를 제외한 2어절 '큰 나무'를 쓴다.</w:t>
            </w:r>
          </w:p>
          <w:p>
            <w:r>
              <w:t>• EBS 연계 방식: 실전 학습 1회 14번 &lt;보기&gt;의 표리부동과 풍자 관점을 바탕으로 한다. 13번 ⑤의 작위적이고 규칙적인 웃음, 14번 ②의 언행 불일치, 14번 ⑤의 나무 비유에 대응하는 핵심 표현을 원문에서 찾게 한다.</w:t>
            </w:r>
          </w:p>
          <w:p>
            <w:r>
              <w:t>㉠ 배우들의 웃음보다 더 작위적으로 느낄 만큼 일정한 웃음의 특성을 찾는다. '정확한 간격으로'에서 조사 '으로'를 제외한 2어절 '정확한 간격'을 쓴다.</w:t>
            </w:r>
          </w:p>
          <w:p>
            <w:r>
              <w:t>㉡ '이게 아닌데 하는 스스로의 의문을 풀지 못했다'에서 '의문을'의 조사 '을'을 제외한 2자 '의문'을 쓴다.</w:t>
            </w:r>
          </w:p>
          <w:p>
            <w:r>
              <w:t>㉢ '그 나무의 꼭대기가 안 보이듯이'에서 조사 '가'를 제외한다. 3자 '꼭대기' 또는 관형어를 포함한 '그 나무의 꼭대기'를 쓴다.</w:t>
            </w:r>
          </w:p>
        </w:tc>
      </w:tr>
      <w:tr>
        <w:tc>
          <w:tcPr>
            <w:tcW w:type="dxa" w:w="1512"/>
          </w:tcPr>
          <w:p>
            <w:r/>
            <w:r>
              <w:t>인쇄 289쪽</w:t>
            </w:r>
          </w:p>
          <w:p>
            <w:r>
              <w:t>PDF 297쪽</w:t>
            </w:r>
          </w:p>
          <w:p>
            <w:r>
              <w:t>KN-148</w:t>
            </w:r>
          </w:p>
          <w:p>
            <w:r>
              <w:t>P2191</w:t>
            </w:r>
          </w:p>
        </w:tc>
        <w:tc>
          <w:tcPr>
            <w:tcW w:type="dxa" w:w="2592"/>
          </w:tcPr>
          <w:p>
            <w:r/>
            <w:r>
              <w:t>백결의 옷이 나오는3연을 요약 범위에 포함</w:t>
            </w:r>
          </w:p>
          <w:p>
            <w:r>
              <w:t>수정 전: 오늘은을 첫 어절로 지정·재구성보기를 EBS원문으로 표기·적절한⑤를정답선지로표기·요약연범위</w:t>
            </w:r>
          </w:p>
        </w:tc>
        <w:tc>
          <w:tcPr>
            <w:tcW w:type="dxa" w:w="6264"/>
          </w:tcPr>
          <w:p>
            <w:r/>
            <w:r>
              <w:t>백결의 옷이 나오는3연을 요약 범위에 포함</w:t>
            </w:r>
          </w:p>
          <w:p>
            <w:r>
              <w:t>반영 문구</w:t>
            </w:r>
          </w:p>
          <w:p>
            <w:r>
              <w:t>3~5연</w:t>
            </w:r>
          </w:p>
        </w:tc>
      </w:tr>
      <w:tr>
        <w:tc>
          <w:tcPr>
            <w:tcW w:type="dxa" w:w="1512"/>
          </w:tcPr>
          <w:p>
            <w:r/>
            <w:r>
              <w:t>인쇄 290쪽</w:t>
            </w:r>
          </w:p>
          <w:p>
            <w:r>
              <w:t>PDF 298쪽</w:t>
            </w:r>
          </w:p>
          <w:p>
            <w:r>
              <w:t>KN-148</w:t>
            </w:r>
          </w:p>
          <w:p>
            <w:r>
              <w:t>P2192</w:t>
            </w:r>
          </w:p>
        </w:tc>
        <w:tc>
          <w:tcPr>
            <w:tcW w:type="dxa" w:w="2592"/>
          </w:tcPr>
          <w:p>
            <w:r/>
            <w:r>
              <w:t>EBS재구성 표시·시구추출 조사 조건</w:t>
            </w:r>
          </w:p>
          <w:p>
            <w:r>
              <w:t>수정 전: 오늘은을 첫 어절로 지정·재구성보기를 EBS원문으로 표기·적절한⑤를정답선지로표기·요약연범위</w:t>
            </w:r>
          </w:p>
        </w:tc>
        <w:tc>
          <w:tcPr>
            <w:tcW w:type="dxa" w:w="6264"/>
          </w:tcPr>
          <w:p>
            <w:r/>
            <w:r>
              <w:t>EBS재구성 표시·시구추출 조사 조건</w:t>
            </w:r>
          </w:p>
          <w:p>
            <w:r>
              <w:t>반영 문구</w:t>
            </w:r>
          </w:p>
          <w:p>
            <w:r>
              <w:t>EBS 17번 &lt;보기&gt;를 바탕으로 재구성한 글이다. ①은 (가)에서 말미 조사 없이 2어절로, ②는 (나)에서 말미 조사 없이 2자로, ③은 (나)에서 '보다'를 포함한 2어절로 쓰시오.</w:t>
            </w:r>
          </w:p>
          <w:p>
            <w:r>
              <w:t>&lt;보기&gt;의 ①, ②에 해당하는 시어를 각각 (가), (나)에서 말미 조사 없이 2음절로 찾아 쓰시오.</w:t>
            </w:r>
          </w:p>
          <w:p>
            <w:r>
              <w:t>③ __________________________________________</w:t>
            </w:r>
          </w:p>
        </w:tc>
      </w:tr>
      <w:tr>
        <w:tc>
          <w:tcPr>
            <w:tcW w:type="dxa" w:w="1512"/>
          </w:tcPr>
          <w:p>
            <w:r/>
            <w:r>
              <w:t>인쇄 291쪽</w:t>
            </w:r>
          </w:p>
          <w:p>
            <w:r>
              <w:t>PDF 299쪽</w:t>
            </w:r>
          </w:p>
          <w:p>
            <w:r>
              <w:t>KN-148</w:t>
            </w:r>
          </w:p>
          <w:p>
            <w:r>
              <w:t>P2193</w:t>
            </w:r>
          </w:p>
        </w:tc>
        <w:tc>
          <w:tcPr>
            <w:tcW w:type="dxa" w:w="2592"/>
          </w:tcPr>
          <w:p>
            <w:r/>
            <w:r>
              <w:t>한 행이 아닌 두 행 문장 전체 첫끝·시행 추출 단위</w:t>
            </w:r>
          </w:p>
          <w:p>
            <w:r>
              <w:t>수정 전: 오늘은을 첫 어절로 지정·재구성보기를 EBS원문으로 표기·적절한⑤를정답선지로표기·요약연범위</w:t>
            </w:r>
          </w:p>
        </w:tc>
        <w:tc>
          <w:tcPr>
            <w:tcW w:type="dxa" w:w="6264"/>
          </w:tcPr>
          <w:p>
            <w:r/>
            <w:r>
              <w:t>한 행이 아닌 두 행 문장 전체 첫끝·시행 추출 단위</w:t>
            </w:r>
          </w:p>
          <w:p>
            <w:r>
              <w:t>반영 문구</w:t>
            </w:r>
          </w:p>
          <w:p>
            <w:r>
              <w:t>&lt;보기&gt;의 ①, ②에 해당하는 시어를 각각 (가), (나)에서 찾아 쓰시오. 두 답 모두 말미 조사를 제외한 2음절로 쓰시오.</w:t>
            </w:r>
          </w:p>
          <w:p>
            <w:r>
              <w:t>(나)에서 화자가 미련에서 벗어나 홀가분해진 상태를 옷의 가벼움으로 나타낸 문장 전체를 찾으시오. 두 행으로 이어진 문장의 첫 어절과 마지막 어절을 쓰되, 행이 바뀌는 곳에서 끊지 마시오.</w:t>
            </w:r>
          </w:p>
          <w:p>
            <w:r>
              <w:t>&lt;보기&gt;를 참고하여 ㉠은 (가), ㉡·㉢은 (나)에서 각각 해당 시행 전체를 찾아 쓰시오. 각 답은 한 행 전체를 원문대로 옮기며, 문장 부호의 유무는 채점하지 않습니다.</w:t>
            </w:r>
          </w:p>
        </w:tc>
      </w:tr>
      <w:tr>
        <w:tc>
          <w:tcPr>
            <w:tcW w:type="dxa" w:w="1512"/>
          </w:tcPr>
          <w:p>
            <w:r/>
            <w:r>
              <w:t>인쇄 292쪽</w:t>
            </w:r>
          </w:p>
          <w:p>
            <w:r>
              <w:t>PDF 300쪽</w:t>
            </w:r>
          </w:p>
          <w:p>
            <w:r>
              <w:t>KN-148</w:t>
            </w:r>
          </w:p>
          <w:p>
            <w:r>
              <w:t>P2194</w:t>
            </w:r>
          </w:p>
        </w:tc>
        <w:tc>
          <w:tcPr>
            <w:tcW w:type="dxa" w:w="2592"/>
          </w:tcPr>
          <w:p>
            <w:r/>
            <w:r>
              <w:t>EBS실제17번 출처·⑤적절한선지 구별·조사제외</w:t>
            </w:r>
          </w:p>
          <w:p>
            <w:r>
              <w:t>수정 전: 오늘은을 첫 어절로 지정·재구성보기를 EBS원문으로 표기·적절한⑤를정답선지로표기·요약연범위</w:t>
            </w:r>
          </w:p>
        </w:tc>
        <w:tc>
          <w:tcPr>
            <w:tcW w:type="dxa" w:w="6264"/>
          </w:tcPr>
          <w:p>
            <w:r/>
            <w:r>
              <w:t>EBS실제17번 출처·⑤적절한선지 구별·조사제외</w:t>
            </w:r>
          </w:p>
          <w:p>
            <w:r>
              <w:t>반영 문구</w:t>
            </w:r>
          </w:p>
          <w:p>
            <w:r>
              <w:t>• EBS 연계 방식: 실전 학습 1회 17번 &lt;보기&gt;와 적절한 선지 ⑤·③의 감상을 통합해 재구성하였다. ⑤의 '큰 여백'·'허공', ③의 '나비의 날개보다'를 원문에서 추출하게 한다. EBS 17번의 정답은 적절하지 않은 선지 ④이다.</w:t>
            </w:r>
          </w:p>
          <w:p>
            <w:r>
              <w:t>① (가) 1연의 '큰 여백을'에서 말미 조사 '을'을 제외한 2어절 '큰 여백'을 쓴다. 수식어 '큰'도 포함한다.</w:t>
            </w:r>
          </w:p>
          <w:p>
            <w:r>
              <w:t>② (나) 3연에서 열매보다 더 무거운 빈자리를 가리키는 '허공'을 찾는다. '허공이'의 조사 '이'를 제외해 2자로 쓴다.</w:t>
            </w:r>
          </w:p>
          <w:p>
            <w:r>
              <w:t>• EBS 연계 방식: 실전 학습 1회 17번 &lt;보기&gt;와 적절한 선지 ⑤의 부재와 존재감에 관한 해석을 감상문으로 재구성하였다. 두 작품의 핵심 시어 '여백'·'허공'을 각각 2음절로 찾게 한다. ⑤는 적절한 설명이며 EBS의 정답 선지는 ④이다.</w:t>
            </w:r>
          </w:p>
          <w:p>
            <w:r>
              <w:t>① (가)에서 어머니의 빈자리를 나타내는 '여백'을 찾는다. 말미 조사는 제외하고 2음절로 쓴다.</w:t>
            </w:r>
          </w:p>
          <w:p>
            <w:r>
              <w:t>② (나) 3연에서 '허공이 열매보다 더 무거울 것이다'의 '허공'을 말미 조사 없이 쓴다.</w:t>
            </w:r>
          </w:p>
        </w:tc>
      </w:tr>
      <w:tr>
        <w:tc>
          <w:tcPr>
            <w:tcW w:type="dxa" w:w="1512"/>
          </w:tcPr>
          <w:p>
            <w:r/>
            <w:r>
              <w:t>인쇄 293쪽</w:t>
            </w:r>
          </w:p>
          <w:p>
            <w:r>
              <w:t>PDF 301쪽</w:t>
            </w:r>
          </w:p>
          <w:p>
            <w:r>
              <w:t>KN-148</w:t>
            </w:r>
          </w:p>
          <w:p>
            <w:r>
              <w:t>P2195</w:t>
            </w:r>
          </w:p>
        </w:tc>
        <w:tc>
          <w:tcPr>
            <w:tcW w:type="dxa" w:w="2592"/>
          </w:tcPr>
          <w:p>
            <w:r/>
            <w:r>
              <w:t>꿰맨~가볍겠구나 정답·채점·풀이·실제 출처</w:t>
            </w:r>
          </w:p>
          <w:p>
            <w:r>
              <w:t>수정 전: 오늘은을 첫 어절로 지정·재구성보기를 EBS원문으로 표기·적절한⑤를정답선지로표기·요약연범위</w:t>
            </w:r>
          </w:p>
        </w:tc>
        <w:tc>
          <w:tcPr>
            <w:tcW w:type="dxa" w:w="6264"/>
          </w:tcPr>
          <w:p>
            <w:r/>
            <w:r>
              <w:t>꿰맨~가볍겠구나 정답·채점·풀이·실제 출처</w:t>
            </w:r>
          </w:p>
          <w:p>
            <w:r>
              <w:t>반영 문구</w:t>
            </w:r>
          </w:p>
          <w:p>
            <w:r>
              <w:t>• EBS 연계 방식: 실전 학습 1회 17번 &lt;보기&gt;의 상실의 역설과 선지 ⑤의 '큰 여백'·'허공'을 빈칸으로 전환하였다. 15번·17번 해설의 홀가분함과 순환 인식을 문장 첫끝 찾기와 개념어 서술로 묻는다.</w:t>
            </w:r>
          </w:p>
          <w:p>
            <w:r>
              <w:t>정답: ① 여백 ② 허공 ③ 첫 어절: 꿰맨 / 마지막 어절: 가볍겠구나 ④ 대상의 부재는 텅 빈 공간이 아니라 새로운 존재를 떠오르게 하여 죽음이 곧 탄생으로 이어지는 순환의 이치를 이룬다.</w:t>
            </w:r>
          </w:p>
          <w:p>
            <w:r>
              <w:t>③ 3연의 마지막 두 행은 한 문장이다. '꿰맨 자국 하나 없는 나비의 날개보다'에서 시작하여 '가볍겠구나'로 끝난다. '오늘은'은 문장 중간이므로 첫 어절이 아니다.</w:t>
            </w:r>
          </w:p>
          <w:p>
            <w:r>
              <w:t>③ 첫 어절: 꿰맨 / 마지막 어절: 가볍겠구나</w:t>
            </w:r>
          </w:p>
          <w:p>
            <w:r>
              <w:t>• EBS 연계 방식: 실전 학습 1회 17번 &lt;보기&gt;의 상실의 역설과 순환 이치를 바탕으로, 적절한 선지 ①·⑤와 관련 해설을 감상 조건으로 삼았다. 16번 오답 해설 ④의 '툭'을 통한 분리와 자유의 의미도 반영하여 조건에 맞는 한 시행 전체를 찾게 한다.</w:t>
            </w:r>
          </w:p>
          <w:p>
            <w:r>
              <w:t>㉠ (가) 2연의 마지막 행 '그리하여 여백이란 탄생이구나'를 쓴다. 작품 전체의 마지막 행은 아니며, 소멸이 새 탄생으로 이어진다는 깨달음이 집약된 행이다.</w:t>
            </w:r>
          </w:p>
        </w:tc>
      </w:tr>
      <w:tr>
        <w:tc>
          <w:tcPr>
            <w:tcW w:type="dxa" w:w="1512"/>
          </w:tcPr>
          <w:p>
            <w:r/>
            <w:r>
              <w:t>인쇄 294쪽</w:t>
            </w:r>
          </w:p>
          <w:p>
            <w:r>
              <w:t>PDF 302쪽</w:t>
            </w:r>
          </w:p>
          <w:p>
            <w:r>
              <w:t>KN-150</w:t>
            </w:r>
          </w:p>
          <w:p>
            <w:r>
              <w:t>P2202</w:t>
            </w:r>
          </w:p>
        </w:tc>
        <w:tc>
          <w:tcPr>
            <w:tcW w:type="dxa" w:w="2592"/>
          </w:tcPr>
          <w:p>
            <w:r/>
            <w:r>
              <w:t>유한성 인식과 자연 순리에 따르는 삶으로 요약 정밀화</w:t>
            </w:r>
          </w:p>
          <w:p>
            <w:r>
              <w:t>수정 전: 다만을첫어절로지정·살어라원문불일치·밑줄없는수정문항·부분수정후모순·실제출처번호오류</w:t>
            </w:r>
          </w:p>
        </w:tc>
        <w:tc>
          <w:tcPr>
            <w:tcW w:type="dxa" w:w="6264"/>
          </w:tcPr>
          <w:p>
            <w:r/>
            <w:r>
              <w:t>유한성 인식과 자연 순리에 따르는 삶으로 요약 정밀화</w:t>
            </w:r>
          </w:p>
          <w:p>
            <w:r>
              <w:t>반영 문구</w:t>
            </w:r>
          </w:p>
          <w:p>
            <w:r>
              <w:t>유한성을 인식하고 자연의 순리에 따르는 삶</w:t>
            </w:r>
          </w:p>
          <w:p>
            <w:r>
              <w:t>• 유한한 목숨을 자연의 섭리로 받아들이며 조용히 (5)_____하고자 함</w:t>
            </w:r>
          </w:p>
        </w:tc>
      </w:tr>
      <w:tr>
        <w:tc>
          <w:tcPr>
            <w:tcW w:type="dxa" w:w="1512"/>
          </w:tcPr>
          <w:p>
            <w:r/>
            <w:r>
              <w:t>인쇄 295쪽</w:t>
            </w:r>
          </w:p>
          <w:p>
            <w:r>
              <w:t>PDF 303쪽</w:t>
            </w:r>
          </w:p>
          <w:p>
            <w:r>
              <w:t>KN-150</w:t>
            </w:r>
          </w:p>
          <w:p>
            <w:r>
              <w:t>P2203</w:t>
            </w:r>
          </w:p>
        </w:tc>
        <w:tc>
          <w:tcPr>
            <w:tcW w:type="dxa" w:w="2592"/>
          </w:tcPr>
          <w:p>
            <w:r/>
            <w:r>
              <w:t>산을 억압적인 현실공간으로 본 요약 정정</w:t>
            </w:r>
          </w:p>
          <w:p>
            <w:r>
              <w:t>수정 전: 다만을첫어절로지정·살어라원문불일치·밑줄없는수정문항·부분수정후모순·실제출처번호오류</w:t>
            </w:r>
          </w:p>
        </w:tc>
        <w:tc>
          <w:tcPr>
            <w:tcW w:type="dxa" w:w="6264"/>
          </w:tcPr>
          <w:p>
            <w:r/>
            <w:r>
              <w:t>산을 억압적인 현실공간으로 본 요약 정정</w:t>
            </w:r>
          </w:p>
          <w:p>
            <w:r>
              <w:t>반영 문구</w:t>
            </w:r>
          </w:p>
          <w:p>
            <w:r>
              <w:t>• 바다, 날개(자유와 이상향) ↔ (6)____(죽음을 통해 도달하는 운명적 공간)</w:t>
            </w:r>
          </w:p>
        </w:tc>
      </w:tr>
      <w:tr>
        <w:tc>
          <w:tcPr>
            <w:tcW w:type="dxa" w:w="1512"/>
          </w:tcPr>
          <w:p>
            <w:r/>
            <w:r>
              <w:t>인쇄 296쪽</w:t>
            </w:r>
          </w:p>
          <w:p>
            <w:r>
              <w:t>PDF 304쪽</w:t>
            </w:r>
          </w:p>
          <w:p>
            <w:r>
              <w:t>KN-150</w:t>
            </w:r>
          </w:p>
          <w:p>
            <w:r>
              <w:t>P2204</w:t>
            </w:r>
          </w:p>
        </w:tc>
        <w:tc>
          <w:tcPr>
            <w:tcW w:type="dxa" w:w="2592"/>
          </w:tcPr>
          <w:p>
            <w:r/>
            <w:r>
              <w:t>문장 전체 첫끝 지정·조사 제외 추출 조건</w:t>
            </w:r>
          </w:p>
          <w:p>
            <w:r>
              <w:t>수정 전: 다만을첫어절로지정·살어라원문불일치·밑줄없는수정문항·부분수정후모순·실제출처번호오류</w:t>
            </w:r>
          </w:p>
        </w:tc>
        <w:tc>
          <w:tcPr>
            <w:tcW w:type="dxa" w:w="6264"/>
          </w:tcPr>
          <w:p>
            <w:r/>
            <w:r>
              <w:t>문장 전체 첫끝 지정·조사 제외 추출 조건</w:t>
            </w:r>
          </w:p>
          <w:p>
            <w:r>
              <w:t>반영 문구</w:t>
            </w:r>
          </w:p>
          <w:p>
            <w:r>
              <w:t>〈보기〉의 ①, ②에 들어갈 시어를 각각 (가), (나)에서 말미 조사 없이 1자로 찾아 쓰시오.</w:t>
            </w:r>
          </w:p>
          <w:p>
            <w:r>
              <w:t>다음 해설에 해당하는 마지막 연의 세 행 전체를 읽고, 마침표로 끝나는 문장의 첫 어절과 마지막 어절을 쓰시오.</w:t>
            </w:r>
          </w:p>
          <w:p>
            <w:r>
              <w:t>• ①은 (가)에서 말미 조사 없이 3음절로 쓸 것</w:t>
            </w:r>
          </w:p>
          <w:p>
            <w:r>
              <w:t>• ②는 (나)에서 말미 조사 없이 2음절로 쓸 것</w:t>
            </w:r>
          </w:p>
        </w:tc>
      </w:tr>
      <w:tr>
        <w:tc>
          <w:tcPr>
            <w:tcW w:type="dxa" w:w="1512"/>
          </w:tcPr>
          <w:p>
            <w:r/>
            <w:r>
              <w:t>인쇄 297쪽</w:t>
            </w:r>
          </w:p>
          <w:p>
            <w:r>
              <w:t>PDF 305쪽</w:t>
            </w:r>
          </w:p>
          <w:p>
            <w:r>
              <w:t>KN-150</w:t>
            </w:r>
          </w:p>
          <w:p>
            <w:r>
              <w:t>P2205</w:t>
            </w:r>
          </w:p>
        </w:tc>
        <w:tc>
          <w:tcPr>
            <w:tcW w:type="dxa" w:w="2592"/>
          </w:tcPr>
          <w:p>
            <w:r/>
            <w:r>
              <w:t>시어·시행 단위 및 밑줄 없는 발문과 전체문장 수정 범위</w:t>
            </w:r>
          </w:p>
          <w:p>
            <w:r>
              <w:t>수정 전: 다만을첫어절로지정·살어라원문불일치·밑줄없는수정문항·부분수정후모순·실제출처번호오류</w:t>
            </w:r>
          </w:p>
        </w:tc>
        <w:tc>
          <w:tcPr>
            <w:tcW w:type="dxa" w:w="6264"/>
          </w:tcPr>
          <w:p>
            <w:r/>
            <w:r>
              <w:t>시어·시행 단위 및 밑줄 없는 발문과 전체문장 수정 범위</w:t>
            </w:r>
          </w:p>
          <w:p>
            <w:r>
              <w:t>반영 문구</w:t>
            </w:r>
          </w:p>
          <w:p>
            <w:r>
              <w:t>①은 (가)에서 말미 조사 없이 3음절로, ②는 (나)에서 해당 시행 한 행 전체를 찾아 쓰시오.</w:t>
            </w:r>
          </w:p>
          <w:p>
            <w:r>
              <w:t>② ______________________________________________</w:t>
            </w:r>
          </w:p>
          <w:p>
            <w:r>
              <w:t>&lt;보기&gt;의 설명 중 적절하지 않은 것 하나를 찾아 ① 그 기호를 쓰시오. ② 제시문을 근거로 적절하지 않은 이유를 서술하고, ③ 해당 설명 전체를 올바른 한 문장으로 고쳐 쓰시오.</w:t>
            </w:r>
          </w:p>
        </w:tc>
      </w:tr>
      <w:tr>
        <w:tc>
          <w:tcPr>
            <w:tcW w:type="dxa" w:w="1512"/>
          </w:tcPr>
          <w:p>
            <w:r/>
            <w:r>
              <w:t>인쇄 298쪽</w:t>
            </w:r>
          </w:p>
          <w:p>
            <w:r>
              <w:t>PDF 306쪽</w:t>
            </w:r>
          </w:p>
          <w:p>
            <w:r>
              <w:t>KN-150</w:t>
            </w:r>
          </w:p>
          <w:p>
            <w:r>
              <w:t>P2206</w:t>
            </w:r>
          </w:p>
        </w:tc>
        <w:tc>
          <w:tcPr>
            <w:tcW w:type="dxa" w:w="2592"/>
          </w:tcPr>
          <w:p>
            <w:r/>
            <w:r>
              <w:t>첫어절 산으로·살아라 원문·실제6·7·10번 출처</w:t>
            </w:r>
          </w:p>
          <w:p>
            <w:r>
              <w:t>수정 전: 다만을첫어절로지정·살어라원문불일치·밑줄없는수정문항·부분수정후모순·실제출처번호오류</w:t>
            </w:r>
          </w:p>
        </w:tc>
        <w:tc>
          <w:tcPr>
            <w:tcW w:type="dxa" w:w="6264"/>
          </w:tcPr>
          <w:p>
            <w:r/>
            <w:r>
              <w:t>첫어절 산으로·살아라 원문·실제6·7·10번 출처</w:t>
            </w:r>
          </w:p>
          <w:p>
            <w:r>
              <w:t>반영 문구</w:t>
            </w:r>
          </w:p>
          <w:p>
            <w:r>
              <w:t>• EBS 연계 방식: 실전 학습 2회 6번 정답 ①의 산 비교를 소문항 1로 재구성하였다. 7번 해설 ③의 숙명적 삶에 대한 안타까움을 바탕으로, 소문항 2는 (나) 마지막 연의 세 행 전체에서 문장 첫끝을 찾게 한다. 소문항 3은 자연과 조화된 소박한 삶의 지침을 나타내는 마지막 연의 시행을 찾게 한다.</w:t>
            </w:r>
          </w:p>
          <w:p>
            <w:r>
              <w:t>정답: ① 산 ② 산 ③ 첫 어절: 산으로 / 마지막 어절: 가는가</w:t>
            </w:r>
          </w:p>
          <w:p>
            <w:r>
              <w:t>④ 그믐달처럼 살아라 한다</w:t>
            </w:r>
          </w:p>
          <w:p>
            <w:r>
              <w:t>③ 마지막 연은 '산으로 가는가'에서 시작하여 '한 벌 죽음으로 자유와 햇살 빼앗기고'를 거쳐 '가는가.'로 끝난다. '다만'은 마지막 행의 시작이므로 문장의 첫 어절이 아니다.</w:t>
            </w:r>
          </w:p>
          <w:p>
            <w:r>
              <w:t>는 '그믐달처럼 살아라 한다'를 한 행 그대로 옮겨 쓴다. '그믐달</w:t>
            </w:r>
          </w:p>
          <w:p>
            <w:r>
              <w:t>③ 첫 어절: 산으로 / 마지막 어절: 가는가</w:t>
            </w:r>
          </w:p>
          <w:p>
            <w:r>
              <w:t>• EBS 연계 방식: 실전 학습 2회 7번의 적절한 선지 ①과 해설에 제시된 '그믐달'의 의미, 10번 선지 ④의 죽음으로 자유와 햇살을 빼앗기는 인간의 한계를 감상으로 재구성하였다. 해당 시어를 원문에서 말미 조사 없이 찾게 한다.</w:t>
            </w:r>
          </w:p>
        </w:tc>
      </w:tr>
      <w:tr>
        <w:tc>
          <w:tcPr>
            <w:tcW w:type="dxa" w:w="1512"/>
          </w:tcPr>
          <w:p>
            <w:r/>
            <w:r>
              <w:t>인쇄 299쪽</w:t>
            </w:r>
          </w:p>
          <w:p>
            <w:r>
              <w:t>PDF 307쪽</w:t>
            </w:r>
          </w:p>
          <w:p>
            <w:r>
              <w:t>KN-150</w:t>
            </w:r>
          </w:p>
          <w:p>
            <w:r>
              <w:t>P2207</w:t>
            </w:r>
          </w:p>
        </w:tc>
        <w:tc>
          <w:tcPr>
            <w:tcW w:type="dxa" w:w="2592"/>
          </w:tcPr>
          <w:p>
            <w:r/>
            <w:r>
              <w:t>실제7·10·6번 출처 및 ㉣설명 전체 수정 예시</w:t>
            </w:r>
          </w:p>
          <w:p>
            <w:r>
              <w:t>수정 전: 다만을첫어절로지정·살어라원문불일치·밑줄없는수정문항·부분수정후모순·실제출처번호오류</w:t>
            </w:r>
          </w:p>
        </w:tc>
        <w:tc>
          <w:tcPr>
            <w:tcW w:type="dxa" w:w="6264"/>
          </w:tcPr>
          <w:p>
            <w:r/>
            <w:r>
              <w:t>실제7·10·6번 출처 및 ㉣설명 전체 수정 예시</w:t>
            </w:r>
          </w:p>
          <w:p>
            <w:r>
              <w:t>반영 문구</w:t>
            </w:r>
          </w:p>
          <w:p>
            <w:r>
              <w:t>• EBS 연계 방식: 실전 학습 2회 10번 &lt;보기&gt;의 자연과 삶의 관계, 7번 선지 ①의 그믐달 인식, 10번 선지 ①·②의 표현 방식과 자연물의 속성을 재구성하여 해당 시어와 시행을 찾게 한다.</w:t>
            </w:r>
          </w:p>
          <w:p>
            <w:r>
              <w:t>• EBS 연계 방식: 실전 학습 2회 10번 &lt;보기&gt;와 선지 ①·②·④의 자연물과 삶의 관계를 표로 재구성하였다. 6번 정답 ① 및 오답 해설 ③·④에서 확인되는 (나)의 '산'이 의지와 무관하게 도달하는 운명적 공간이라는 점을 오류 진술 ㉣의 판단 근거로 삼는다.</w:t>
            </w:r>
          </w:p>
          <w:p>
            <w:r>
              <w:t>정답: ① ㉣</w:t>
            </w:r>
          </w:p>
          <w:p>
            <w:r>
              <w:t>② (나)의 화자는 바다가 되지 못하고 죽음을 통해 산으로 가게 된다. '왜 약속처럼 산으로 가는가'에서 이 운명에 대한 안타까움을 드러내므로, 산을 이상에 도달하기 위해 스스로 선택한 공간으로 볼 수 없다.</w:t>
            </w:r>
          </w:p>
          <w:p>
            <w:r>
              <w:t>③ 산은 화자의 의지와 무관하게 죽음을 통해 어쩔 수 없이 도달하게 되는 운명적 공간이다.</w:t>
            </w:r>
          </w:p>
          <w:p>
            <w:r>
              <w:t>③ 이상에 이르려 스스로 선택한 공간이라는 설명을 죽음으로 도달하는 운명적 공간으로 고침</w:t>
            </w:r>
          </w:p>
        </w:tc>
      </w:tr>
      <w:tr>
        <w:tc>
          <w:tcPr>
            <w:tcW w:type="dxa" w:w="1512"/>
          </w:tcPr>
          <w:p>
            <w:r/>
            <w:r>
              <w:t>인쇄 300쪽</w:t>
            </w:r>
          </w:p>
          <w:p>
            <w:r>
              <w:t>PDF 308쪽</w:t>
            </w:r>
          </w:p>
          <w:p>
            <w:r>
              <w:t>KN-151</w:t>
            </w:r>
          </w:p>
          <w:p>
            <w:r>
              <w:t>P2208</w:t>
            </w:r>
          </w:p>
        </w:tc>
        <w:tc>
          <w:tcPr>
            <w:tcW w:type="dxa" w:w="2592"/>
          </w:tcPr>
          <w:p>
            <w:r/>
            <w:r>
              <w:t>구호반 조직과 희준의 담당 구분</w:t>
            </w:r>
          </w:p>
          <w:p>
            <w:r>
              <w:t>수정 전: ②타동리에서얻어와빈칸뒤에서충돌·원문마침표인데물음표조건·연대배제·범위없는글자수·실제EBS출처번호오류</w:t>
            </w:r>
          </w:p>
        </w:tc>
        <w:tc>
          <w:tcPr>
            <w:tcW w:type="dxa" w:w="6264"/>
          </w:tcPr>
          <w:p>
            <w:r/>
            <w:r>
              <w:t>구호반 조직과 희준의 담당 구분</w:t>
            </w:r>
          </w:p>
          <w:p>
            <w:r>
              <w:t>반영 문구</w:t>
            </w:r>
          </w:p>
          <w:p>
            <w:r>
              <w:t>• S 청년회가 구호반을 조직함 → (3)_____은 원터 마을의 구호를 맡음</w:t>
            </w:r>
          </w:p>
        </w:tc>
      </w:tr>
      <w:tr>
        <w:tc>
          <w:tcPr>
            <w:tcW w:type="dxa" w:w="1512"/>
          </w:tcPr>
          <w:p>
            <w:r/>
            <w:r>
              <w:t>인쇄 302쪽</w:t>
            </w:r>
          </w:p>
          <w:p>
            <w:r>
              <w:t>PDF 310쪽</w:t>
            </w:r>
          </w:p>
          <w:p>
            <w:r>
              <w:t>KN-151</w:t>
            </w:r>
          </w:p>
          <w:p>
            <w:r>
              <w:t>P2209</w:t>
            </w:r>
          </w:p>
        </w:tc>
        <w:tc>
          <w:tcPr>
            <w:tcW w:type="dxa" w:w="2592"/>
          </w:tcPr>
          <w:p>
            <w:r/>
            <w:r>
              <w:t>②타동리2어절 조건·대응동의답 허용·서술형 글자수범위</w:t>
            </w:r>
          </w:p>
          <w:p>
            <w:r>
              <w:t>수정 전: ②타동리에서얻어와빈칸뒤에서충돌·원문마침표인데물음표조건·연대배제·범위없는글자수·실제EBS출처번호오류</w:t>
            </w:r>
          </w:p>
        </w:tc>
        <w:tc>
          <w:tcPr>
            <w:tcW w:type="dxa" w:w="6264"/>
          </w:tcPr>
          <w:p>
            <w:r/>
            <w:r>
              <w:t>②타동리2어절 조건·대응동의답 허용·서술형 글자수범위</w:t>
            </w:r>
          </w:p>
          <w:p>
            <w:r>
              <w:t>반영 문구</w:t>
            </w:r>
          </w:p>
          <w:p>
            <w:r>
              <w:t>• ②는 말미 조사 없이 2어절로 찾아 쓸 것</w:t>
            </w:r>
          </w:p>
          <w:p>
            <w:r>
              <w:t>①은 문맥에 맞는 2음절의 말로, ②는 지문에서 말미 조사 없이 2음절로 찾아 쓰시오.</w:t>
            </w:r>
          </w:p>
          <w:p>
            <w:r>
              <w:t>인동이 두렛돈을 도로 퇴한 이유를 그의 발화를 근거로 서술하시오. (띄어쓰기 포함 55~65자)</w:t>
            </w:r>
          </w:p>
          <w:p>
            <w:r>
              <w:t>마을 사람들의 공동체 인식이 수해 이전과 이후에 어떻게 달라졌는지 대비하여 서술하시오. (띄어쓰기 포함 75~85자)</w:t>
            </w:r>
          </w:p>
        </w:tc>
      </w:tr>
      <w:tr>
        <w:tc>
          <w:tcPr>
            <w:tcW w:type="dxa" w:w="1512"/>
          </w:tcPr>
          <w:p>
            <w:r/>
            <w:r>
              <w:t>인쇄 303쪽</w:t>
            </w:r>
          </w:p>
          <w:p>
            <w:r>
              <w:t>PDF 311쪽</w:t>
            </w:r>
          </w:p>
          <w:p>
            <w:r>
              <w:t>KN-151</w:t>
            </w:r>
          </w:p>
          <w:p>
            <w:r>
              <w:t>P2210</w:t>
            </w:r>
          </w:p>
        </w:tc>
        <w:tc>
          <w:tcPr>
            <w:tcW w:type="dxa" w:w="2592"/>
          </w:tcPr>
          <w:p>
            <w:r/>
            <w:r>
              <w:t>마침표로끝나는원문과발문통일·추출조사제외</w:t>
            </w:r>
          </w:p>
          <w:p>
            <w:r>
              <w:t>수정 전: ②타동리에서얻어와빈칸뒤에서충돌·원문마침표인데물음표조건·연대배제·범위없는글자수·실제EBS출처번호오류</w:t>
            </w:r>
          </w:p>
        </w:tc>
        <w:tc>
          <w:tcPr>
            <w:tcW w:type="dxa" w:w="6264"/>
          </w:tcPr>
          <w:p>
            <w:r/>
            <w:r>
              <w:t>마침표로끝나는원문과발문통일·추출조사제외</w:t>
            </w:r>
          </w:p>
          <w:p>
            <w:r>
              <w:t>반영 문구</w:t>
            </w:r>
          </w:p>
          <w:p>
            <w:r>
              <w:t>&lt;보기&gt;의 ①은 원문 표현에서 3음절로, ②는 말미 조사 없이 2음절로 찾아 쓰시오.</w:t>
            </w:r>
          </w:p>
          <w:p>
            <w:r>
              <w:t>㉠, ㉡에 해당하는 온전한 문장을 찾아 첫 어절과 마지막 어절을 쓰시오. 문장 부호는 쓰지 않습니다. ㉢은 말미 조사 없이 2음절로 찾아 쓰시오.</w:t>
            </w:r>
          </w:p>
          <w:p>
            <w:r>
              <w:t>문장, 마침표로 끝남)</w:t>
            </w:r>
          </w:p>
          <w:p>
            <w:r>
              <w:t>것. (한 문장, 마침표로 끝남)</w:t>
            </w:r>
          </w:p>
        </w:tc>
      </w:tr>
      <w:tr>
        <w:tc>
          <w:tcPr>
            <w:tcW w:type="dxa" w:w="1512"/>
          </w:tcPr>
          <w:p>
            <w:r/>
            <w:r>
              <w:t>인쇄 304쪽</w:t>
            </w:r>
          </w:p>
          <w:p>
            <w:r>
              <w:t>PDF 312쪽</w:t>
            </w:r>
          </w:p>
          <w:p>
            <w:r>
              <w:t>KN-151</w:t>
            </w:r>
          </w:p>
          <w:p>
            <w:r>
              <w:t>P2211</w:t>
            </w:r>
          </w:p>
        </w:tc>
        <w:tc>
          <w:tcPr>
            <w:tcW w:type="dxa" w:w="2592"/>
          </w:tcPr>
          <w:p>
            <w:r/>
            <w:r>
              <w:t>타동리 정답·한자어구절·대응동의답 및61·80자예시</w:t>
            </w:r>
          </w:p>
          <w:p>
            <w:r>
              <w:t>수정 전: ②타동리에서얻어와빈칸뒤에서충돌·원문마침표인데물음표조건·연대배제·범위없는글자수·실제EBS출처번호오류</w:t>
            </w:r>
          </w:p>
        </w:tc>
        <w:tc>
          <w:tcPr>
            <w:tcW w:type="dxa" w:w="6264"/>
          </w:tcPr>
          <w:p>
            <w:r/>
            <w:r>
              <w:t>타동리 정답·한자어구절·대응동의답 및61·80자예시</w:t>
            </w:r>
          </w:p>
          <w:p>
            <w:r>
              <w:t>반영 문구</w:t>
            </w:r>
          </w:p>
          <w:p>
            <w:r>
              <w:t>• EBS 연계 방식: 실전 학습 2회 13번 정답 ⑤의 배제를 통한 공동 이익 추구와 14번 &lt;보기&gt;의 연대 의식을 재구성하였다. 한자어가 포함된 구절 '수화를 불통', 일꾼을 구한 곳인 '타 동리', 인동의 이타적 대사 한 문장의 첫끝을 찾게 한다.</w:t>
            </w:r>
          </w:p>
          <w:p>
            <w:r>
              <w:t>정답: ① 수화를 불통 ② 타 동리</w:t>
            </w:r>
          </w:p>
          <w:p>
            <w:r>
              <w:t>③ 첫 어절: 우리보다 / 마지막 어절: 아니겠수</w:t>
            </w:r>
          </w:p>
          <w:p>
            <w:r>
              <w:t>① '그 집과는 수화를 불통하고'에서 '수화를 불통'을 찾는다. 한자어가 포함된 구절로, 띄어쓰기를 제외하면 5음절이다. '불통하고'의 '하고'는 쓰지 않는다.</w:t>
            </w:r>
          </w:p>
          <w:p>
            <w:r>
              <w:t>② '타 동리에서'에서 말미 조사 '에서'를 제외한 2어절 '타 동리'를 쓴다. 빈칸 뒤에 '에서'가 이미 있으므로 조사와 뒤의 '얻어'까지 넣지 않는다.</w:t>
            </w:r>
          </w:p>
          <w:p>
            <w:r>
              <w:t>② 타 동리</w:t>
            </w:r>
          </w:p>
          <w:p>
            <w:r>
              <w:t>③ 첫 어절: 우리보다</w:t>
            </w:r>
          </w:p>
          <w:p>
            <w:r>
              <w:t>마지막 어절: 아니겠수</w:t>
            </w:r>
          </w:p>
          <w:p>
            <w:r>
              <w:t>• EBS 연계 방식: 실전 학습 2회 13번 정답 ⑤의 두레의 기능, 14번 &lt;보기&gt;와 선지 ②의 공동 대응을 감상으로 재구성하였다. 11번 해설 ②의 인동의 이타적 태도를 인과 서술로, 원문의 수해 전후 변화를 대비 서술로 묻는다.</w:t>
            </w:r>
          </w:p>
          <w:p>
            <w:r>
              <w:t>정답: ① 대응(연대·저항 등도 인정) ② 두레</w:t>
            </w:r>
          </w:p>
          <w:p>
            <w:r>
              <w:t>③ 자기 집은 두렛돈 없이도 고칠 수 있으므로 더 어려운 이웃에게 그 돈을 양보하는 것이 좋다고 여겼기 때문이다. (61자)</w:t>
            </w:r>
          </w:p>
        </w:tc>
      </w:tr>
      <w:tr>
        <w:tc>
          <w:tcPr>
            <w:tcW w:type="dxa" w:w="1512"/>
          </w:tcPr>
          <w:p>
            <w:r/>
            <w:r>
              <w:t>인쇄 304쪽</w:t>
            </w:r>
          </w:p>
          <w:p>
            <w:r>
              <w:t>PDF 312쪽</w:t>
            </w:r>
          </w:p>
          <w:p>
            <w:r>
              <w:t>KN-151</w:t>
            </w:r>
          </w:p>
          <w:p>
            <w:r>
              <w:t>P2211 (계속)</w:t>
            </w:r>
          </w:p>
        </w:tc>
        <w:tc>
          <w:tcPr>
            <w:tcW w:type="dxa" w:w="2592"/>
          </w:tcPr>
          <w:p>
            <w:r/>
            <w:r>
              <w:t>타동리 정답·한자어구절·대응동의답 및61·80자예시 계속</w:t>
            </w:r>
          </w:p>
        </w:tc>
        <w:tc>
          <w:tcPr>
            <w:tcW w:type="dxa" w:w="6264"/>
          </w:tcPr>
          <w:p>
            <w:r/>
            <w:r>
              <w:t>④ 이전에는 앞뒷집이 굶어도 서로 모르는 척하며 각박하게 살았으나, 수해 이후에는 서로 도우면 자신에게도 유익이 돌아온다고 여겨 따뜻하게 협력한다. (80자)</w:t>
            </w:r>
          </w:p>
          <w:p>
            <w:r>
              <w:t>① 부당한 구조에 문제의식을 갖고 함께 행동하는 맥락이므로 '대응'이 적절하다. 원문 그대로 추출하라는 조건은 없으므로 '연대', '저항' 등 같은 맥락에 맞는 2음절 표현도 인정한다. ② '이태 동안 두레를 내서'에서 조사 '를'을 제외한 '두레'를 쓴다.</w:t>
            </w:r>
          </w:p>
          <w:p>
            <w:r>
              <w:t>① 대응 등 문맥에 맞는 말 1점 / ② 두레 1점</w:t>
            </w:r>
          </w:p>
          <w:p>
            <w:r>
              <w:t>③ 두렛돈 없이도 수리 가능(2점), 더 어려운 이웃에게 양보(2점). 55~65자 미준수 시 1점 감점.</w:t>
            </w:r>
          </w:p>
          <w:p>
            <w:r>
              <w:t>④ 과거의 각박함(2점), 현재의 상호 부조(2점)를 대비함. 75~85자 미준수 시 1점 감점.</w:t>
            </w:r>
          </w:p>
        </w:tc>
      </w:tr>
      <w:tr>
        <w:tc>
          <w:tcPr>
            <w:tcW w:type="dxa" w:w="1512"/>
          </w:tcPr>
          <w:p>
            <w:r/>
            <w:r>
              <w:t>인쇄 305쪽</w:t>
            </w:r>
          </w:p>
          <w:p>
            <w:r>
              <w:t>PDF 313쪽</w:t>
            </w:r>
          </w:p>
          <w:p>
            <w:r>
              <w:t>KN-151</w:t>
            </w:r>
          </w:p>
          <w:p>
            <w:r>
              <w:t>P2212</w:t>
            </w:r>
          </w:p>
        </w:tc>
        <w:tc>
          <w:tcPr>
            <w:tcW w:type="dxa" w:w="2592"/>
          </w:tcPr>
          <w:p>
            <w:r/>
            <w:r>
              <w:t>실제11·13·14번출처·원문마침표·첫끝정답 유지</w:t>
            </w:r>
          </w:p>
          <w:p>
            <w:r>
              <w:t>수정 전: ②타동리에서얻어와빈칸뒤에서충돌·원문마침표인데물음표조건·연대배제·범위없는글자수·실제EBS출처번호오류</w:t>
            </w:r>
          </w:p>
        </w:tc>
        <w:tc>
          <w:tcPr>
            <w:tcW w:type="dxa" w:w="6264"/>
          </w:tcPr>
          <w:p>
            <w:r/>
            <w:r>
              <w:t>실제11·13·14번출처·원문마침표·첫끝정답 유지</w:t>
            </w:r>
          </w:p>
          <w:p>
            <w:r>
              <w:t>반영 문구</w:t>
            </w:r>
          </w:p>
          <w:p>
            <w:r>
              <w:t>• EBS 연계 방식: 실전 학습 2회 13번 정답 ⑤의 두레를 통한 공동 이익과 이기적 행동자의 배제를 감상으로 재구성하였다. 구체적 사례인 '학삼이네'와 친목의 매개인 '두레'를 원문에서 찾아 쓰게 한다.</w:t>
            </w:r>
          </w:p>
          <w:p>
            <w:r>
              <w:t>② '이태 동안 두레를 내서'에서 친목을 두텁게 한 공동체를 찾는다. 말미 조사 '를'을 제외한 '두레'를 쓴다.</w:t>
            </w:r>
          </w:p>
          <w:p>
            <w:r>
              <w:t>• EBS 연계 방식: 실전 학습 2회 11번 선지 ②와 관련 해설의 인동의 이타성을 모친의 이기심과 대비하여 각 대사 한 문장을 찾게 한다. 13번 정답 ⑤의 두레의 기능과 14번 &lt;보기&gt;의 연대 의식을 함께 반영하였다. 원문의 해당 두 문장은 모두 마침표로 끝난다.</w:t>
            </w:r>
          </w:p>
          <w:p>
            <w:r>
              <w:t>㉠ 더 어려운 사람에게 두렛돈을 주자는 인동의 대사 전체는 '우리보다~아니겠수'이다. 원문은 물음표가 아닌 마침표로 끝나며, 문장 부호는 답에 쓰지 않는다.</w:t>
            </w:r>
          </w:p>
          <w:p>
            <w:r>
              <w:t>㉡ 모친이 남을 위한 삶을 부정하는 한 문장은 '누가 남 위해 산다더냐.'이다. 앞의 '아따, 기애는 별말을 다 하네.'와는 별개 문장이므로 첫 어절은 '누가'이다.</w:t>
            </w:r>
          </w:p>
          <w:p>
            <w:r>
              <w:t>㉠ 첫 어절: 우리보다</w:t>
            </w:r>
          </w:p>
          <w:p>
            <w:r>
              <w:t>마지막 어절: 아니겠수</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