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파워업 완결편 정오표</w:t>
      </w:r>
    </w:p>
    <w:tbl>
      <w:tblPr>
        <w:tblStyle w:val="TableGrid"/>
        <w:tblW w:type="auto" w:w="0"/>
        <w:tblLook w:firstColumn="1" w:firstRow="1" w:lastColumn="0" w:lastRow="0" w:noHBand="0" w:noVBand="1" w:val="04A0"/>
      </w:tblPr>
      <w:tblGrid>
        <w:gridCol w:w="1512"/>
        <w:gridCol w:w="2592"/>
        <w:gridCol w:w="6264"/>
      </w:tblGrid>
      <w:tr>
        <w:tc>
          <w:tcPr>
            <w:tcW w:type="dxa" w:w="1512"/>
          </w:tcPr>
          <w:p>
            <w:r>
              <w:rPr>
                <w:b/>
              </w:rPr>
              <w:t>쪽수와 위치</w:t>
            </w:r>
          </w:p>
        </w:tc>
        <w:tc>
          <w:tcPr>
            <w:tcW w:type="dxa" w:w="2592"/>
          </w:tcPr>
          <w:p>
            <w:r>
              <w:rPr>
                <w:b/>
              </w:rPr>
              <w:t>수정 항목</w:t>
            </w:r>
          </w:p>
        </w:tc>
        <w:tc>
          <w:tcPr>
            <w:tcW w:type="dxa" w:w="6264"/>
          </w:tcPr>
          <w:p>
            <w:r>
              <w:rPr>
                <w:b/>
              </w:rPr>
              <w:t>바른 내용</w:t>
            </w:r>
          </w:p>
        </w:tc>
      </w:tr>
      <w:tr>
        <w:tc>
          <w:tcPr>
            <w:tcW w:type="dxa" w:w="1512"/>
          </w:tcPr>
          <w:p>
            <w:r/>
            <w:r>
              <w:t>인쇄 17쪽</w:t>
            </w:r>
          </w:p>
          <w:p>
            <w:r>
              <w:t>PDF 25쪽</w:t>
            </w:r>
          </w:p>
          <w:p>
            <w:r>
              <w:t>KN-153</w:t>
            </w:r>
          </w:p>
          <w:p>
            <w:r>
              <w:t>P2225</w:t>
            </w:r>
          </w:p>
        </w:tc>
        <w:tc>
          <w:tcPr>
            <w:tcW w:type="dxa" w:w="2592"/>
          </w:tcPr>
          <w:p>
            <w:r/>
            <w:r>
              <w:t>공을 허무주의와 구별하는 요약 문장</w:t>
            </w:r>
          </w:p>
          <w:p>
            <w:r>
              <w:t>수정 전: 단순한 존재의 부정과 철학적 통찰을 화살표만으로 대비</w:t>
            </w:r>
          </w:p>
        </w:tc>
        <w:tc>
          <w:tcPr>
            <w:tcW w:type="dxa" w:w="6264"/>
          </w:tcPr>
          <w:p>
            <w:r/>
            <w:r>
              <w:t>공은 존재의 부정이 아니라는 반박 명시</w:t>
            </w:r>
          </w:p>
          <w:p>
            <w:r>
              <w:t>반영 문구</w:t>
            </w:r>
          </w:p>
          <w:p>
            <w:r>
              <w:t>• 불교계의 반박: '공'은 단순한 존재의 부정(허무주의)이 아니라, 모든 존재가 상호 의존하며 변화함을 깨닫는 철학적 통찰임</w:t>
            </w:r>
          </w:p>
        </w:tc>
      </w:tr>
      <w:tr>
        <w:tc>
          <w:tcPr>
            <w:tcW w:type="dxa" w:w="1512"/>
          </w:tcPr>
          <w:p>
            <w:r/>
            <w:r>
              <w:t>인쇄 18쪽</w:t>
            </w:r>
          </w:p>
          <w:p>
            <w:r>
              <w:t>PDF 26쪽</w:t>
            </w:r>
          </w:p>
          <w:p>
            <w:r>
              <w:t>KN-153</w:t>
            </w:r>
          </w:p>
          <w:p>
            <w:r>
              <w:t>P2226</w:t>
            </w:r>
          </w:p>
        </w:tc>
        <w:tc>
          <w:tcPr>
            <w:tcW w:type="dxa" w:w="2592"/>
          </w:tcPr>
          <w:p>
            <w:r/>
            <w:r>
              <w:t>1번 빈칸에서 어미가 잘리는 답안 형식</w:t>
            </w:r>
          </w:p>
          <w:p>
            <w:r>
              <w:t>수정 전: 완전하고 (①)는 원리 / 변하지 않</w:t>
            </w:r>
          </w:p>
        </w:tc>
        <w:tc>
          <w:tcPr>
            <w:tcW w:type="dxa" w:w="6264"/>
          </w:tcPr>
          <w:p>
            <w:r/>
            <w:r>
              <w:t>완전하고 (①) 원리 / 변하지 않는</w:t>
            </w:r>
          </w:p>
          <w:p>
            <w:r>
              <w:t>반영 문구</w:t>
            </w:r>
          </w:p>
          <w:p>
            <w:r>
              <w:t>만물에 깃들어 있는 완전하고 ( ① ) 원리</w:t>
            </w:r>
          </w:p>
        </w:tc>
      </w:tr>
      <w:tr>
        <w:tc>
          <w:tcPr>
            <w:tcW w:type="dxa" w:w="1512"/>
          </w:tcPr>
          <w:p>
            <w:r/>
            <w:r>
              <w:t>인쇄 19쪽</w:t>
            </w:r>
          </w:p>
          <w:p>
            <w:r>
              <w:t>PDF 27쪽</w:t>
            </w:r>
          </w:p>
          <w:p>
            <w:r>
              <w:t>KN-153</w:t>
            </w:r>
          </w:p>
          <w:p>
            <w:r>
              <w:t>P2227</w:t>
            </w:r>
          </w:p>
        </w:tc>
        <w:tc>
          <w:tcPr>
            <w:tcW w:type="dxa" w:w="2592"/>
          </w:tcPr>
          <w:p>
            <w:r/>
            <w:r>
              <w:t>3번 데카르트 비교 자료 위치</w:t>
            </w:r>
          </w:p>
          <w:p>
            <w:r>
              <w:t>수정 전: 데카르트 설명을 제공하지 않고 윗글만 지시</w:t>
            </w:r>
          </w:p>
        </w:tc>
        <w:tc>
          <w:tcPr>
            <w:tcW w:type="dxa" w:w="6264"/>
          </w:tcPr>
          <w:p>
            <w:r/>
            <w:r>
              <w:t>EBS4번 보기 참조 명시</w:t>
            </w:r>
          </w:p>
          <w:p>
            <w:r>
              <w:t>반영 문구</w:t>
            </w:r>
          </w:p>
          <w:p>
            <w:r>
              <w:t>EBS 4번 &lt;보기&gt;를 참고하여, ㉠~㉤ 중 틀린 두 개를 찾아 기호를 쓰고 바르게 고치시오.</w:t>
            </w:r>
          </w:p>
        </w:tc>
      </w:tr>
      <w:tr>
        <w:tc>
          <w:tcPr>
            <w:tcW w:type="dxa" w:w="1512"/>
          </w:tcPr>
          <w:p>
            <w:r/>
            <w:r>
              <w:t>인쇄 20쪽</w:t>
            </w:r>
          </w:p>
          <w:p>
            <w:r>
              <w:t>PDF 28쪽</w:t>
            </w:r>
          </w:p>
          <w:p>
            <w:r>
              <w:t>KN-153</w:t>
            </w:r>
          </w:p>
          <w:p>
            <w:r>
              <w:t>P2228</w:t>
            </w:r>
          </w:p>
        </w:tc>
        <w:tc>
          <w:tcPr>
            <w:tcW w:type="dxa" w:w="2592"/>
          </w:tcPr>
          <w:p>
            <w:r/>
            <w:r>
              <w:t>1번 어미 포함 정답과 해설·채점 통일</w:t>
            </w:r>
          </w:p>
          <w:p>
            <w:r>
              <w:t>수정 전: 변하지 않 / 완전하고(①)는 원리</w:t>
            </w:r>
          </w:p>
        </w:tc>
        <w:tc>
          <w:tcPr>
            <w:tcW w:type="dxa" w:w="6264"/>
          </w:tcPr>
          <w:p>
            <w:r/>
            <w:r>
              <w:t>변하지 않는 / 두 어절 추출</w:t>
            </w:r>
          </w:p>
          <w:p>
            <w:r>
              <w:t>반영 문구</w:t>
            </w:r>
          </w:p>
          <w:p>
            <w:r>
              <w:t>정답: ① 변하지 않는 ② 질서와 혼란 ③ 위계</w:t>
            </w:r>
          </w:p>
          <w:p>
            <w:r>
              <w:t>① 변하지 않는</w:t>
            </w:r>
          </w:p>
          <w:p>
            <w:r>
              <w:t>① 3문단에서 '이'의 성격을 찾는다. '완전하고' 뒤의 두 어절 '변하지 않는'을 그대로 쓰면 '완전하고 변하지 않는 원리'가 된다.</w:t>
            </w:r>
          </w:p>
        </w:tc>
      </w:tr>
      <w:tr>
        <w:tc>
          <w:tcPr>
            <w:tcW w:type="dxa" w:w="1512"/>
          </w:tcPr>
          <w:p>
            <w:r/>
            <w:r>
              <w:t>인쇄 20쪽</w:t>
            </w:r>
          </w:p>
          <w:p>
            <w:r>
              <w:t>PDF 28쪽</w:t>
            </w:r>
          </w:p>
          <w:p>
            <w:r>
              <w:t>KN-153</w:t>
            </w:r>
          </w:p>
          <w:p>
            <w:r>
              <w:t>P2229</w:t>
            </w:r>
          </w:p>
        </w:tc>
        <w:tc>
          <w:tcPr>
            <w:tcW w:type="dxa" w:w="2592"/>
          </w:tcPr>
          <w:p>
            <w:r/>
            <w:r>
              <w:t>2번 EBS 선지 오표기와 한글 글자 수</w:t>
            </w:r>
          </w:p>
          <w:p>
            <w:r>
              <w:t>수정 전: EBS2 정답① / 이·기를 각각2자</w:t>
            </w:r>
          </w:p>
        </w:tc>
        <w:tc>
          <w:tcPr>
            <w:tcW w:type="dxa" w:w="6264"/>
          </w:tcPr>
          <w:p>
            <w:r/>
            <w:r>
              <w:t>EBS2 적절선지① / 각 한글1자</w:t>
            </w:r>
          </w:p>
          <w:p>
            <w:r>
              <w:t>반영 문구</w:t>
            </w:r>
          </w:p>
          <w:p>
            <w:r>
              <w:t>• EBS 연계 방식: 4번 &lt;보기&gt;의 실체 비교를 유교·불교 비교표로 재구성하였다. 2번의 적절한 선지 ①에 제시된 불교의 '심'과 허무주의의 관계를 소문항2로 묻는다. 소문항3은 4문단의 집착·고통 감소와 연민·자비를 서술하게 하며, 5번 선지 ②·③의 실천 윤리와도 연결된다.</w:t>
            </w:r>
          </w:p>
          <w:p>
            <w:r>
              <w:t>①, ② 3문단에서 '이'와 '기'를 찾는다. 완전하고 변하지 않는 원리는 '이', 구체적 사물·현상으로 드러나게 하는 요소는 '기'이다. 각각 한글 1자로 쓰며, 한자를 병기해도 된다.</w:t>
            </w:r>
          </w:p>
        </w:tc>
      </w:tr>
      <w:tr>
        <w:tc>
          <w:tcPr>
            <w:tcW w:type="dxa" w:w="1512"/>
          </w:tcPr>
          <w:p>
            <w:r/>
            <w:r>
              <w:t>인쇄 21쪽</w:t>
            </w:r>
          </w:p>
          <w:p>
            <w:r>
              <w:t>PDF 29쪽</w:t>
            </w:r>
          </w:p>
          <w:p>
            <w:r>
              <w:t>KN-153</w:t>
            </w:r>
          </w:p>
          <w:p>
            <w:r>
              <w:t>P2230</w:t>
            </w:r>
          </w:p>
        </w:tc>
        <w:tc>
          <w:tcPr>
            <w:tcW w:type="dxa" w:w="2592"/>
          </w:tcPr>
          <w:p>
            <w:r/>
            <w:r>
              <w:t>4번 EBS 정답 선지 잘못 지시</w:t>
            </w:r>
          </w:p>
          <w:p>
            <w:r>
              <w:t>수정 전: EBS2 정답해설②</w:t>
            </w:r>
          </w:p>
        </w:tc>
        <w:tc>
          <w:tcPr>
            <w:tcW w:type="dxa" w:w="6264"/>
          </w:tcPr>
          <w:p>
            <w:r/>
            <w:r>
              <w:t>EBS2 적절선지①② 및 원문4문단</w:t>
            </w:r>
          </w:p>
          <w:p>
            <w:r>
              <w:t>반영 문구</w:t>
            </w:r>
          </w:p>
          <w:p>
            <w:r>
              <w:t>• EBS 연계 방식: 2번의 적절한 선지 ①에 제시된 불교의 '심'과 허무주의의 관계, 선지 ②의 법·제도와 도덕적 원리의 관계를 요약문으로 재구성하였다. 4문단에서 '공'이 존재의 본질을 밝히려는 철학적 통찰이라는 반박을 확인하고, 위계·허무주의·존재의 본질을 조건에 맞게 찾는다.</w:t>
            </w:r>
          </w:p>
        </w:tc>
      </w:tr>
      <w:tr>
        <w:tc>
          <w:tcPr>
            <w:tcW w:type="dxa" w:w="1512"/>
          </w:tcPr>
          <w:p>
            <w:r/>
            <w:r>
              <w:t>인쇄 22쪽</w:t>
            </w:r>
          </w:p>
          <w:p>
            <w:r>
              <w:t>PDF 30쪽</w:t>
            </w:r>
          </w:p>
          <w:p>
            <w:r>
              <w:t>KN-154</w:t>
            </w:r>
          </w:p>
          <w:p>
            <w:r>
              <w:t>P2249</w:t>
            </w:r>
          </w:p>
        </w:tc>
        <w:tc>
          <w:tcPr>
            <w:tcW w:type="dxa" w:w="2592"/>
          </w:tcPr>
          <w:p>
            <w:r/>
            <w:r>
              <w:t>청산 종료와 법인격 소멸의 순서</w:t>
            </w:r>
          </w:p>
          <w:p>
            <w:r>
              <w:t>수정 전: 청산 종결 등기 후 법인격 소멸</w:t>
            </w:r>
          </w:p>
        </w:tc>
        <w:tc>
          <w:tcPr>
            <w:tcW w:type="dxa" w:w="6264"/>
          </w:tcPr>
          <w:p>
            <w:r/>
            <w:r>
              <w:t>청산 종료 때 소멸하며 종결 등기로 공시</w:t>
            </w:r>
          </w:p>
          <w:p>
            <w:r>
              <w:t>반영 문구</w:t>
            </w:r>
          </w:p>
          <w:p>
            <w:r>
              <w:t>종료 → 법인격 소멸 → 청산 종결 등기로 공시</w:t>
            </w:r>
          </w:p>
        </w:tc>
      </w:tr>
      <w:tr>
        <w:tc>
          <w:tcPr>
            <w:tcW w:type="dxa" w:w="1512"/>
          </w:tcPr>
          <w:p>
            <w:r/>
            <w:r>
              <w:t>인쇄 24쪽</w:t>
            </w:r>
          </w:p>
          <w:p>
            <w:r>
              <w:t>PDF 32쪽</w:t>
            </w:r>
          </w:p>
          <w:p>
            <w:r>
              <w:t>KN-154</w:t>
            </w:r>
          </w:p>
          <w:p>
            <w:r>
              <w:t>P2250</w:t>
            </w:r>
          </w:p>
        </w:tc>
        <w:tc>
          <w:tcPr>
            <w:tcW w:type="dxa" w:w="2592"/>
          </w:tcPr>
          <w:p>
            <w:r/>
            <w:r>
              <w:t>1번 외부 EBS 보기 지시 누락 및 문장 전체 추출 형식</w:t>
            </w:r>
          </w:p>
          <w:p>
            <w:r>
              <w:t>수정 전: 윗글의 [5번]</w:t>
            </w:r>
          </w:p>
        </w:tc>
        <w:tc>
          <w:tcPr>
            <w:tcW w:type="dxa" w:w="6264"/>
          </w:tcPr>
          <w:p>
            <w:r/>
            <w:r>
              <w:t>EBS 5번 / 문장 중간에 고를 덧붙이는 형식 삭제</w:t>
            </w:r>
          </w:p>
          <w:p>
            <w:r>
              <w:t>반영 문구</w:t>
            </w:r>
          </w:p>
          <w:p>
            <w:r>
              <w:t>&lt;보기&gt;는 EBS 5번 &lt;보기&gt; 사례 (가)~(다)에 대해 법인 의</w:t>
            </w:r>
          </w:p>
          <w:p>
            <w:r>
              <w:t>대리 행위의 효과와 행위 주체를 설명한 문장 전체: ( ② ).</w:t>
            </w:r>
          </w:p>
        </w:tc>
      </w:tr>
      <w:tr>
        <w:tc>
          <w:tcPr>
            <w:tcW w:type="dxa" w:w="1512"/>
          </w:tcPr>
          <w:p>
            <w:r/>
            <w:r>
              <w:t>인쇄 25쪽</w:t>
            </w:r>
          </w:p>
          <w:p>
            <w:r>
              <w:t>PDF 33쪽</w:t>
            </w:r>
          </w:p>
          <w:p>
            <w:r>
              <w:t>KN-154</w:t>
            </w:r>
          </w:p>
          <w:p>
            <w:r>
              <w:t>P2251</w:t>
            </w:r>
          </w:p>
        </w:tc>
        <w:tc>
          <w:tcPr>
            <w:tcW w:type="dxa" w:w="2592"/>
          </w:tcPr>
          <w:p>
            <w:r/>
            <w:r>
              <w:t>3번 서술형 비교 범위와 글자 수</w:t>
            </w:r>
          </w:p>
          <w:p>
            <w:r>
              <w:t>수정 전: 책임 공통점·차이점 / 70자 내외</w:t>
            </w:r>
          </w:p>
        </w:tc>
        <w:tc>
          <w:tcPr>
            <w:tcW w:type="dxa" w:w="6264"/>
          </w:tcPr>
          <w:p>
            <w:r/>
            <w:r>
              <w:t>제시문에서 명시한 주체 기준 / 65~75자</w:t>
            </w:r>
          </w:p>
          <w:p>
            <w:r>
              <w:t>반영 문구</w:t>
            </w:r>
          </w:p>
          <w:p>
            <w:r>
              <w:t>제시문에 명시된 책임 주체를 기준으로, 법인 실재설과 민법 제35조의 공통점 및 민법에서 추가로 명시한 내용을 사례 (다)에 적용하여 서술하시오. (띄어쓰기·문장 부호 포함 65~75자)</w:t>
            </w:r>
          </w:p>
        </w:tc>
      </w:tr>
      <w:tr>
        <w:tc>
          <w:tcPr>
            <w:tcW w:type="dxa" w:w="1512"/>
          </w:tcPr>
          <w:p>
            <w:r/>
            <w:r>
              <w:t>인쇄 27쪽</w:t>
            </w:r>
          </w:p>
          <w:p>
            <w:r>
              <w:t>PDF 35쪽</w:t>
            </w:r>
          </w:p>
          <w:p>
            <w:r>
              <w:t>KN-154</w:t>
            </w:r>
          </w:p>
          <w:p>
            <w:r>
              <w:t>P2252</w:t>
            </w:r>
          </w:p>
        </w:tc>
        <w:tc>
          <w:tcPr>
            <w:tcW w:type="dxa" w:w="2592"/>
          </w:tcPr>
          <w:p>
            <w:r/>
            <w:r>
              <w:t>3번 EBS 선지 번호·서술 예시·채점 통일</w:t>
            </w:r>
          </w:p>
          <w:p>
            <w:r>
              <w:t>수정 전: 정답선지③④⑤ / 배타적 책임으로 오해 가능 / 내외 감점 기준 모호</w:t>
            </w:r>
          </w:p>
        </w:tc>
        <w:tc>
          <w:tcPr>
            <w:tcW w:type="dxa" w:w="6264"/>
          </w:tcPr>
          <w:p>
            <w:r/>
            <w:r>
              <w:t>정답④·적절②③⑤ / 원문 명시 범위 / 65~75자 / 정답과 해설 제목 아래 답안4줄 배치</w:t>
            </w:r>
          </w:p>
          <w:p>
            <w:r>
              <w:t>반영 문구</w:t>
            </w:r>
          </w:p>
          <w:p>
            <w:r>
              <w:t>• EBS 연계 방식: 5번 &lt;보기&gt;의 사례 (다)와 적절한 선지 ②·③·⑤를 활용하여 대리 행위와 배상 책임을 묻는다. 정답 ④가 부적절한 이유는 민법 제35조가 법인뿐 아니라 대표자의 배상 책임도 명시하기 때문이다. 제시문에 쓰인 책임 주체를 기준으로 두 설명을 비교한다.</w:t>
            </w:r>
          </w:p>
          <w:p>
            <w:r>
              <w:t>정답: ① 대리 행위 ② 배상 책임</w:t>
            </w:r>
          </w:p>
          <w:p>
            <w:r>
              <w:t>③ 둘 다 법인 C의 배상 책임을 인정한다. 제시문은 실재설에서 법인의 책임을, 민법 제35조에서는 대표자의 책임도 함께 명시한다.</w:t>
            </w:r>
          </w:p>
          <w:p>
            <w:r>
              <w:t>③ 둘 다 법인 C의 책임을 인정한다. 제시문은 실재설에서 법인의 책임을 설명하고, 민법 제35조에서는 대표자의 책임도 명시한다. 실재설이 대표자의 책임을 부정한다고 단정하지 않는다.</w:t>
            </w:r>
          </w:p>
          <w:p>
            <w:r>
              <w:t>③ 법인 C의 책임 인정(3점), 민법은 대표자의 책임도 명시함(3점). 띄어쓰기·문장 부호 포함 65~75자 위반 시 1점 감점.</w:t>
            </w:r>
          </w:p>
        </w:tc>
      </w:tr>
      <w:tr>
        <w:tc>
          <w:tcPr>
            <w:tcW w:type="dxa" w:w="1512"/>
          </w:tcPr>
          <w:p>
            <w:r/>
            <w:r>
              <w:t>인쇄 30쪽</w:t>
            </w:r>
          </w:p>
          <w:p>
            <w:r>
              <w:t>PDF 38쪽</w:t>
            </w:r>
          </w:p>
          <w:p>
            <w:r>
              <w:t>KN-155</w:t>
            </w:r>
          </w:p>
          <w:p>
            <w:r>
              <w:t>P2265</w:t>
            </w:r>
          </w:p>
        </w:tc>
        <w:tc>
          <w:tcPr>
            <w:tcW w:type="dxa" w:w="2592"/>
          </w:tcPr>
          <w:p>
            <w:r/>
            <w:r>
              <w:t>EBS 보기 원문이라고 표시한 재구성 자료와 추출 단위</w:t>
            </w:r>
          </w:p>
          <w:p>
            <w:r>
              <w:t>수정 전: 원문 보기 / 어미 제외 불명확</w:t>
            </w:r>
          </w:p>
        </w:tc>
        <w:tc>
          <w:tcPr>
            <w:tcW w:type="dxa" w:w="6264"/>
          </w:tcPr>
          <w:p>
            <w:r/>
            <w:r>
              <w:t>EBS3 보기 재구성 / 각2음절</w:t>
            </w:r>
          </w:p>
          <w:p>
            <w:r>
              <w:t>반영 문구</w:t>
            </w:r>
          </w:p>
          <w:p>
            <w:r>
              <w:t>EBS 보기 활용 빈칸</w:t>
            </w:r>
          </w:p>
          <w:p>
            <w:r>
              <w:t>EBS 3번 &lt;보기&gt;를 재구성한 것이다. ①~③에 들어갈 말을 윗글에서 각각 2음절로 찾아 쓰시오.</w:t>
            </w:r>
          </w:p>
        </w:tc>
      </w:tr>
      <w:tr>
        <w:tc>
          <w:tcPr>
            <w:tcW w:type="dxa" w:w="1512"/>
          </w:tcPr>
          <w:p>
            <w:r/>
            <w:r>
              <w:t>인쇄 32쪽</w:t>
            </w:r>
          </w:p>
          <w:p>
            <w:r>
              <w:t>PDF 40쪽</w:t>
            </w:r>
          </w:p>
          <w:p>
            <w:r>
              <w:t>KN-155</w:t>
            </w:r>
          </w:p>
          <w:p>
            <w:r>
              <w:t>P2266</w:t>
            </w:r>
          </w:p>
        </w:tc>
        <w:tc>
          <w:tcPr>
            <w:tcW w:type="dxa" w:w="2592"/>
          </w:tcPr>
          <w:p>
            <w:r/>
            <w:r>
              <w:t>1번 출제의도·지시 기호·어절 추출 설명</w:t>
            </w:r>
          </w:p>
          <w:p>
            <w:r>
              <w:t>수정 전: 훼손된 원문을 복원 / ㉮ / 빈칸 어절 보정</w:t>
            </w:r>
          </w:p>
        </w:tc>
        <w:tc>
          <w:tcPr>
            <w:tcW w:type="dxa" w:w="6264"/>
          </w:tcPr>
          <w:p>
            <w:r/>
            <w:r>
              <w:t>EBS보기 재구성 / B / 보정하고 앞2음절</w:t>
            </w:r>
          </w:p>
          <w:p>
            <w:r>
              <w:t>반영 문구</w:t>
            </w:r>
          </w:p>
          <w:p>
            <w:r>
              <w:t>• EBS 연계 방식: EBS 3번 &lt;보기&gt;의 전력 수급 상황을 A~C의 표로 재구성하였다. B는 공급이 수요보다 많아 충전하고, C는 수요가 공급보다 많아 방전한다. 정답 선지 ⑤의 전력 품질 유지 원리를 설명문으로 바꾸고, 3문단의 '충전', '방전', '보정'을 각각 2음절로 찾게 한다.</w:t>
            </w:r>
          </w:p>
          <w:p>
            <w:r>
              <w:t>② C는 '수요&gt;공급 → 주파수 하락' 상태다. B와 반대 상황이</w:t>
            </w:r>
          </w:p>
          <w:p>
            <w:r>
              <w:t>③ 3문단 마지막의 '전력 불균형을 보정하고 주파수를 안정화한다'에서 '보정하고'의 앞 두 음절 '보정'을 쓴다. 문제의 2음절 조건과 뒤의 '하고'를 함께 확인한다.</w:t>
            </w:r>
          </w:p>
        </w:tc>
      </w:tr>
      <w:tr>
        <w:tc>
          <w:tcPr>
            <w:tcW w:type="dxa" w:w="1512"/>
          </w:tcPr>
          <w:p>
            <w:r/>
            <w:r>
              <w:t>인쇄 34쪽</w:t>
            </w:r>
          </w:p>
          <w:p>
            <w:r>
              <w:t>PDF 42쪽</w:t>
            </w:r>
          </w:p>
          <w:p>
            <w:r>
              <w:t>KN-156</w:t>
            </w:r>
          </w:p>
          <w:p>
            <w:r>
              <w:t>P2278</w:t>
            </w:r>
          </w:p>
        </w:tc>
        <w:tc>
          <w:tcPr>
            <w:tcW w:type="dxa" w:w="2592"/>
          </w:tcPr>
          <w:p>
            <w:r/>
            <w:r>
              <w:t>행동주의 연구 대상 요약 누락</w:t>
            </w:r>
          </w:p>
          <w:p>
            <w:r>
              <w:t>수정 전: 행동 반응만 연구</w:t>
            </w:r>
          </w:p>
        </w:tc>
        <w:tc>
          <w:tcPr>
            <w:tcW w:type="dxa" w:w="6264"/>
          </w:tcPr>
          <w:p>
            <w:r/>
            <w:r>
              <w:t>감각 입력과 행동 반응만 연구</w:t>
            </w:r>
          </w:p>
          <w:p>
            <w:r>
              <w:t>반영 문구</w:t>
            </w:r>
          </w:p>
          <w:p>
            <w:r>
              <w:t>(블랙박스는 제외하고 감각 입력과</w:t>
            </w:r>
          </w:p>
          <w:p>
            <w:r>
              <w:t>행동 반응만 연구함)</w:t>
            </w:r>
          </w:p>
        </w:tc>
      </w:tr>
      <w:tr>
        <w:tc>
          <w:tcPr>
            <w:tcW w:type="dxa" w:w="1512"/>
          </w:tcPr>
          <w:p>
            <w:r/>
            <w:r>
              <w:t>인쇄 36쪽</w:t>
            </w:r>
          </w:p>
          <w:p>
            <w:r>
              <w:t>PDF 44쪽</w:t>
            </w:r>
          </w:p>
          <w:p>
            <w:r>
              <w:t>KN-156</w:t>
            </w:r>
          </w:p>
          <w:p>
            <w:r>
              <w:t>P2279</w:t>
            </w:r>
          </w:p>
        </w:tc>
        <w:tc>
          <w:tcPr>
            <w:tcW w:type="dxa" w:w="2592"/>
          </w:tcPr>
          <w:p>
            <w:r/>
            <w:r>
              <w:t>원문 추출 조건과 긴 서술 답란</w:t>
            </w:r>
          </w:p>
          <w:p>
            <w:r>
              <w:t>수정 전: 추출 단위 불명확 / 각각4자쓰고 반복 /③14개밑줄</w:t>
            </w:r>
          </w:p>
        </w:tc>
        <w:tc>
          <w:tcPr>
            <w:tcW w:type="dxa" w:w="6264"/>
          </w:tcPr>
          <w:p>
            <w:r/>
            <w:r>
              <w:t>단위·말미조사 명시 / 조건 정돈 /③두줄</w:t>
            </w:r>
          </w:p>
          <w:p>
            <w:r>
              <w:t>반영 문구</w:t>
            </w:r>
          </w:p>
          <w:p>
            <w:r>
              <w:t>&lt;보기&gt;는 EBS 수능완성 3번을 재구성한 자료이다. ①은 윗글에서 2어절로, ②·③은 각각 3·4음절로 찾아 쓰되, 말미 조사는 제외하시오.</w:t>
            </w:r>
          </w:p>
          <w:p>
            <w:r>
              <w:t>&lt;보기&gt;는 윗글의 핵심 내용이다. ①·②는 윗글에서 각각 4음절로 찾아 쓰시오. ③은 두 관점을 대비하여 “~와/과 ~으로 설명한다.”의 구조로 서술하시오.</w:t>
            </w:r>
          </w:p>
          <w:p>
            <w:r>
              <w:t>③ ____________________________________</w:t>
            </w:r>
          </w:p>
          <w:p>
            <w:r>
              <w:t>______________________________________</w:t>
            </w:r>
          </w:p>
        </w:tc>
      </w:tr>
      <w:tr>
        <w:tc>
          <w:tcPr>
            <w:tcW w:type="dxa" w:w="1512"/>
          </w:tcPr>
          <w:p>
            <w:r/>
            <w:r>
              <w:t>인쇄 37쪽</w:t>
            </w:r>
          </w:p>
          <w:p>
            <w:r>
              <w:t>PDF 45쪽</w:t>
            </w:r>
          </w:p>
          <w:p>
            <w:r>
              <w:t>KN-156</w:t>
            </w:r>
          </w:p>
          <w:p>
            <w:r>
              <w:t>P2280</w:t>
            </w:r>
          </w:p>
        </w:tc>
        <w:tc>
          <w:tcPr>
            <w:tcW w:type="dxa" w:w="2592"/>
          </w:tcPr>
          <w:p>
            <w:r/>
            <w:r>
              <w:t>실제와 다른 문제 유형·추출 조건·답란</w:t>
            </w:r>
          </w:p>
          <w:p>
            <w:r>
              <w:t>수정 전: 첫끝어절 N7 / 윗글3번 /㉠조사불명확·짧은답란</w:t>
            </w:r>
          </w:p>
        </w:tc>
        <w:tc>
          <w:tcPr>
            <w:tcW w:type="dxa" w:w="6264"/>
          </w:tcPr>
          <w:p>
            <w:r/>
            <w:r>
              <w:t>보기빈칸 A1 / EBS3번 /말미조사제외·긴답란</w:t>
            </w:r>
          </w:p>
          <w:p>
            <w:r>
              <w:t>반영 문구</w:t>
            </w:r>
          </w:p>
          <w:p>
            <w:r>
              <w:t>다음은 EBS 3번 문항의 &lt;보기&gt;를 활용한 학습 활동이다.</w:t>
            </w:r>
          </w:p>
          <w:p>
            <w:r>
              <w:t>○ ( ① ) 심리학의 관점에서 보면, 학생들에게 소리 내어</w:t>
            </w:r>
          </w:p>
          <w:p>
            <w:r>
              <w:t>A-1</w:t>
            </w:r>
          </w:p>
          <w:p>
            <w:r>
              <w:t>요약 보기 빈칸</w:t>
            </w:r>
          </w:p>
          <w:p>
            <w:r>
              <w:t>[기출] 26삼육대1</w:t>
            </w:r>
          </w:p>
          <w:p>
            <w:r>
              <w:t>• ㉠: 2문단에서 5어절로 찾고 말미 조사는 제외.</w:t>
            </w:r>
          </w:p>
          <w:p>
            <w:r>
              <w:t>㉠ ____________________________________</w:t>
            </w:r>
          </w:p>
        </w:tc>
      </w:tr>
      <w:tr>
        <w:tc>
          <w:tcPr>
            <w:tcW w:type="dxa" w:w="1512"/>
          </w:tcPr>
          <w:p>
            <w:r/>
            <w:r>
              <w:t>인쇄 38쪽</w:t>
            </w:r>
          </w:p>
          <w:p>
            <w:r>
              <w:t>PDF 46쪽</w:t>
            </w:r>
          </w:p>
          <w:p>
            <w:r>
              <w:t>KN-156</w:t>
            </w:r>
          </w:p>
          <w:p>
            <w:r>
              <w:t>P2281</w:t>
            </w:r>
          </w:p>
        </w:tc>
        <w:tc>
          <w:tcPr>
            <w:tcW w:type="dxa" w:w="2592"/>
          </w:tcPr>
          <w:p>
            <w:r/>
            <w:r>
              <w:t>블랙박스 글자 수 및 EBS선지 설명</w:t>
            </w:r>
          </w:p>
          <w:p>
            <w:r>
              <w:t>수정 전: 3자 블랙박스 /⑤배경지식으로 직접 표기</w:t>
            </w:r>
          </w:p>
        </w:tc>
        <w:tc>
          <w:tcPr>
            <w:tcW w:type="dxa" w:w="6264"/>
          </w:tcPr>
          <w:p>
            <w:r/>
            <w:r>
              <w:t>4자 /⑤가 부적절한 근거를 활용함</w:t>
            </w:r>
          </w:p>
          <w:p>
            <w:r>
              <w:t>반영 문구</w:t>
            </w:r>
          </w:p>
          <w:p>
            <w:r>
              <w:t>이 붙은 4자 개념어 '블랙박스'를 찾는다.</w:t>
            </w:r>
          </w:p>
          <w:p>
            <w:r>
              <w:t>• EBS 연계 방식: 수능완성 3번의 독서 수업 사례를 재구성하였다. 선지 ①·③의 행동주의적 해독, ④의 의미 재구성과, ⑤가 부적절한 근거인 배경지식의 차이를 해설문에 반영하였다. 각 개념을 원문에서 찾아 빈칸에 쓰게 한다.</w:t>
            </w:r>
          </w:p>
        </w:tc>
      </w:tr>
      <w:tr>
        <w:tc>
          <w:tcPr>
            <w:tcW w:type="dxa" w:w="1512"/>
          </w:tcPr>
          <w:p>
            <w:r/>
            <w:r>
              <w:t>인쇄 44쪽</w:t>
            </w:r>
          </w:p>
          <w:p>
            <w:r>
              <w:t>PDF 52쪽</w:t>
            </w:r>
          </w:p>
          <w:p>
            <w:r>
              <w:t>KN-157</w:t>
            </w:r>
          </w:p>
          <w:p>
            <w:r>
              <w:t>P2301</w:t>
            </w:r>
          </w:p>
        </w:tc>
        <w:tc>
          <w:tcPr>
            <w:tcW w:type="dxa" w:w="2592"/>
          </w:tcPr>
          <w:p>
            <w:r/>
            <w:r>
              <w:t>출처 자료 성격·답안 범위·관계 항목</w:t>
            </w:r>
          </w:p>
          <w:p>
            <w:r>
              <w:t>수정 전: EBS보기원문 /4자이내범위 모호 /독립적</w:t>
            </w:r>
          </w:p>
        </w:tc>
        <w:tc>
          <w:tcPr>
            <w:tcW w:type="dxa" w:w="6264"/>
          </w:tcPr>
          <w:p>
            <w:r/>
            <w:r>
              <w:t>보기활용 /각2어절 /내재적에서 나아가는 관계</w:t>
            </w:r>
          </w:p>
          <w:p>
            <w:r>
              <w:t>반영 문구</w:t>
            </w:r>
          </w:p>
          <w:p>
            <w:r>
              <w:t>&lt;보기&gt;는 내재적 관점과 외재적 관점의 비판적 이해를 비교한 것이다. ①·②는 윗글에서 각각 2어절(공백 포함 4자)로 찾아 말미 조사를 제외하고 쓰시오. ③은 원문 구절을 찾아 끝의 “보는”만 “봄”으로 바꾸어 쓰시오.</w:t>
            </w:r>
          </w:p>
          <w:p>
            <w:r>
              <w:t>이해의 출발점</w:t>
            </w:r>
          </w:p>
          <w:p>
            <w:r>
              <w:t>EBS 보기 활용 빈칸</w:t>
            </w:r>
          </w:p>
        </w:tc>
      </w:tr>
      <w:tr>
        <w:tc>
          <w:tcPr>
            <w:tcW w:type="dxa" w:w="1512"/>
          </w:tcPr>
          <w:p>
            <w:r/>
            <w:r>
              <w:t>인쇄 46쪽</w:t>
            </w:r>
          </w:p>
          <w:p>
            <w:r>
              <w:t>PDF 54쪽</w:t>
            </w:r>
          </w:p>
          <w:p>
            <w:r>
              <w:t>KN-157</w:t>
            </w:r>
          </w:p>
          <w:p>
            <w:r>
              <w:t>P2302</w:t>
            </w:r>
          </w:p>
        </w:tc>
        <w:tc>
          <w:tcPr>
            <w:tcW w:type="dxa" w:w="2592"/>
          </w:tcPr>
          <w:p>
            <w:r/>
            <w:r>
              <w:t>원문 어미 변경 조건과 해설 충돌</w:t>
            </w:r>
          </w:p>
          <w:p>
            <w:r>
              <w:t>수정 전: 문장그대로 /어미변형없이</w:t>
            </w:r>
          </w:p>
        </w:tc>
        <w:tc>
          <w:tcPr>
            <w:tcW w:type="dxa" w:w="6264"/>
          </w:tcPr>
          <w:p>
            <w:r/>
            <w:r>
              <w:t>정의중 해당구절 /보는만봄으로</w:t>
            </w:r>
          </w:p>
          <w:p>
            <w:r>
              <w:t>반영 문구</w:t>
            </w:r>
          </w:p>
          <w:p>
            <w:r>
              <w:t>③ 외재적 관점의 정의에서 삶의 의미와 사회적 영향을 판단하는 구절을 찾는다. “이 글이 우리의 삶에서 어떤 의미를 지니는지, 이 글이 우리 사회에 어떤 영향을 미치는지를 판단하고 따져 보는”을 옮기되, 문제 조건에 따라 끝의 “보는”만 “봄”으로 바꾼다. 두 판단 대상을 모두 포함하고 나머지 원문 표현은 유지한다.</w:t>
            </w:r>
          </w:p>
        </w:tc>
      </w:tr>
      <w:tr>
        <w:tc>
          <w:tcPr>
            <w:tcW w:type="dxa" w:w="1512"/>
          </w:tcPr>
          <w:p>
            <w:r/>
            <w:r>
              <w:t>인쇄 47쪽</w:t>
            </w:r>
          </w:p>
          <w:p>
            <w:r>
              <w:t>PDF 55쪽</w:t>
            </w:r>
          </w:p>
          <w:p>
            <w:r>
              <w:t>KN-157</w:t>
            </w:r>
          </w:p>
          <w:p>
            <w:r>
              <w:t>P2303</w:t>
            </w:r>
          </w:p>
        </w:tc>
        <w:tc>
          <w:tcPr>
            <w:tcW w:type="dxa" w:w="2592"/>
          </w:tcPr>
          <w:p>
            <w:r/>
            <w:r>
              <w:t>내재적의 부정확한 뜻풀이</w:t>
            </w:r>
          </w:p>
          <w:p>
            <w:r>
              <w:t>수정 전: 안으로 파고든다는 뜻</w:t>
            </w:r>
          </w:p>
        </w:tc>
        <w:tc>
          <w:tcPr>
            <w:tcW w:type="dxa" w:w="6264"/>
          </w:tcPr>
          <w:p>
            <w:r/>
            <w:r>
              <w:t>글 내부의 내용을 판단하는 관점</w:t>
            </w:r>
          </w:p>
          <w:p>
            <w:r>
              <w:t>반영 문구</w:t>
            </w:r>
          </w:p>
          <w:p>
            <w:r>
              <w:t>① 주장·근거의 타당성, 정보의 신뢰성, 표현의 적절성처럼 글 내부의 내용을 따져 보는 관점이다. 5문단의 개념어 '내재적'을 쓴다.</w:t>
            </w:r>
          </w:p>
          <w:p>
            <w:r>
              <w:t>② 글 외부에 초점을 두고 삶의 의미와 사회적 영향을 판단하는 관점이다. 5문단의 개념어 '외재적'을 그대로 쓴다.</w:t>
            </w:r>
          </w:p>
        </w:tc>
      </w:tr>
      <w:tr>
        <w:tc>
          <w:tcPr>
            <w:tcW w:type="dxa" w:w="1512"/>
          </w:tcPr>
          <w:p>
            <w:r/>
            <w:r>
              <w:t>인쇄 48쪽</w:t>
            </w:r>
          </w:p>
          <w:p>
            <w:r>
              <w:t>PDF 56쪽</w:t>
            </w:r>
          </w:p>
          <w:p>
            <w:r>
              <w:t>KN-158</w:t>
            </w:r>
          </w:p>
          <w:p>
            <w:r>
              <w:t>P2331</w:t>
            </w:r>
          </w:p>
        </w:tc>
        <w:tc>
          <w:tcPr>
            <w:tcW w:type="dxa" w:w="2592"/>
          </w:tcPr>
          <w:p>
            <w:r/>
            <w:r>
              <w:t>요약⑤ 정답 노출</w:t>
            </w:r>
          </w:p>
          <w:p>
            <w:r>
              <w:t>수정 전: ⑤세 산 모형 실험 검은색 정답노출</w:t>
            </w:r>
          </w:p>
        </w:tc>
        <w:tc>
          <w:tcPr>
            <w:tcW w:type="dxa" w:w="6264"/>
          </w:tcPr>
          <w:p>
            <w:r/>
            <w:r>
              <w:t>⑤빈칸 복원, 정답표 유지</w:t>
            </w:r>
          </w:p>
          <w:p>
            <w:r>
              <w:t>반영 문구</w:t>
            </w:r>
          </w:p>
          <w:p>
            <w:r>
              <w:t>‘(5)________________’에서 나타남 (타인의 시점이 아닌 자신이 본 모습과 똑같은 사진을 선택함)</w:t>
            </w:r>
          </w:p>
        </w:tc>
      </w:tr>
      <w:tr>
        <w:tc>
          <w:tcPr>
            <w:tcW w:type="dxa" w:w="1512"/>
          </w:tcPr>
          <w:p>
            <w:r/>
            <w:r>
              <w:t>인쇄 50쪽</w:t>
            </w:r>
          </w:p>
          <w:p>
            <w:r>
              <w:t>PDF 58쪽</w:t>
            </w:r>
          </w:p>
          <w:p>
            <w:r>
              <w:t>KN-158</w:t>
            </w:r>
          </w:p>
          <w:p>
            <w:r>
              <w:t>P2314</w:t>
            </w:r>
          </w:p>
        </w:tc>
        <w:tc>
          <w:tcPr>
            <w:tcW w:type="dxa" w:w="2592"/>
          </w:tcPr>
          <w:p>
            <w:r/>
            <w:r>
              <w:t>연계 문항 번호와 원문 추출 범위</w:t>
            </w:r>
          </w:p>
          <w:p>
            <w:r>
              <w:t>수정 전: EBS3·4번 /개념어그대로</w:t>
            </w:r>
          </w:p>
        </w:tc>
        <w:tc>
          <w:tcPr>
            <w:tcW w:type="dxa" w:w="6264"/>
          </w:tcPr>
          <w:p>
            <w:r/>
            <w:r>
              <w:t>EBS6·7번 /말미조사제외</w:t>
            </w:r>
          </w:p>
          <w:p>
            <w:r>
              <w:t>반영 문구</w:t>
            </w:r>
          </w:p>
          <w:p>
            <w:r>
              <w:t>다음은 EBS 6번과 7번 문항의 사례를 종합한 해설이다. ①~③에 들어갈 말을 윗글에서 찾아 쓰시오. (단, 말미 조사는 제외하고, ①·③은 각각 5자·4자, ②는 공백 포함 5자로 쓸 것.)</w:t>
            </w:r>
          </w:p>
        </w:tc>
      </w:tr>
      <w:tr>
        <w:tc>
          <w:tcPr>
            <w:tcW w:type="dxa" w:w="1512"/>
          </w:tcPr>
          <w:p>
            <w:r/>
            <w:r>
              <w:t>인쇄 51쪽</w:t>
            </w:r>
          </w:p>
          <w:p>
            <w:r>
              <w:t>PDF 59쪽</w:t>
            </w:r>
          </w:p>
          <w:p>
            <w:r>
              <w:t>KN-158</w:t>
            </w:r>
          </w:p>
          <w:p>
            <w:r>
              <w:t>P2315</w:t>
            </w:r>
          </w:p>
        </w:tc>
        <w:tc>
          <w:tcPr>
            <w:tcW w:type="dxa" w:w="2592"/>
          </w:tcPr>
          <w:p>
            <w:r/>
            <w:r>
              <w:t>변형 사례를 원문으로 표시·서술 답란 부족</w:t>
            </w:r>
          </w:p>
          <w:p>
            <w:r>
              <w:t>수정 전: EBS보기원문 /짧은수정답란</w:t>
            </w:r>
          </w:p>
        </w:tc>
        <w:tc>
          <w:tcPr>
            <w:tcW w:type="dxa" w:w="6264"/>
          </w:tcPr>
          <w:p>
            <w:r/>
            <w:r>
              <w:t>보기활용 /답란각2행</w:t>
            </w:r>
          </w:p>
          <w:p>
            <w:r>
              <w:t>반영 문구</w:t>
            </w:r>
          </w:p>
          <w:p>
            <w:r>
              <w:t>EBS 보기 활용 빈칸</w:t>
            </w:r>
          </w:p>
          <w:p>
            <w:r>
              <w:t>다음 &lt;보기&gt;는 EBS 수능완성 7번의 사례를 변형한 것이다. [분석]의 ①~③에 들어갈 말을 윗글에서 찾아 쓰시오. (단, ①은 2음절, ②는 “-적”으로 끝나는 4음절, ③은 3음절로 쓸 것.)</w:t>
            </w:r>
          </w:p>
          <w:p>
            <w:r>
              <w:t>① 기호: ________ → 수정:</w:t>
            </w:r>
          </w:p>
          <w:p>
            <w:r>
              <w:t>________________________________________</w:t>
            </w:r>
          </w:p>
          <w:p>
            <w:r>
              <w:t>② 기호: ________ → 수정:</w:t>
            </w:r>
          </w:p>
        </w:tc>
      </w:tr>
      <w:tr>
        <w:tc>
          <w:tcPr>
            <w:tcW w:type="dxa" w:w="1512"/>
          </w:tcPr>
          <w:p>
            <w:r/>
            <w:r>
              <w:t>인쇄 52쪽</w:t>
            </w:r>
          </w:p>
          <w:p>
            <w:r>
              <w:t>PDF 60쪽</w:t>
            </w:r>
          </w:p>
          <w:p>
            <w:r>
              <w:t>KN-158</w:t>
            </w:r>
          </w:p>
          <w:p>
            <w:r>
              <w:t>P2316</w:t>
            </w:r>
          </w:p>
        </w:tc>
        <w:tc>
          <w:tcPr>
            <w:tcW w:type="dxa" w:w="2592"/>
          </w:tcPr>
          <w:p>
            <w:r/>
            <w:r>
              <w:t>잘못된 선지 정오·근거 문단·공식 해설 인용</w:t>
            </w:r>
          </w:p>
          <w:p>
            <w:r>
              <w:t>수정 전: 7번⑤정답 /6문단친숙맥락 /미제공해설단정</w:t>
            </w:r>
          </w:p>
        </w:tc>
        <w:tc>
          <w:tcPr>
            <w:tcW w:type="dxa" w:w="6264"/>
          </w:tcPr>
          <w:p>
            <w:r/>
            <w:r>
              <w:t>7번⑤적절진술 /보기와6문단대조 /지문근거</w:t>
            </w:r>
          </w:p>
          <w:p>
            <w:r>
              <w:t>반영 문구</w:t>
            </w:r>
          </w:p>
          <w:p>
            <w:r>
              <w:t>• EBS 연계 방식: EBS 6번 &lt;보기&gt;의 경찰 인형 실험과 선지 ④의 맥락 조건 차이, 7번 &lt;보기&gt;의 우유 컵 실험을 활용하였다. 7번은 적절하지 않은 선지 ①을 고르는 문제이며, 선지 ⑤의 비가역성 설명은 적절한 진술이다. 두 사례를 종합하여 핵심 개념을 빈칸으로 구성하였다.</w:t>
            </w:r>
          </w:p>
          <w:p>
            <w:r>
              <w:t>② 지문 6문단의 관심이 낮은 맥락 조건과 EBS 6번 &lt;보기&gt;의 친숙한 놀이 조건을 대조한다. 지문에서 “맥락 조건”을 찾아 쓴다.</w:t>
            </w:r>
          </w:p>
          <w:p>
            <w:r>
              <w:t>• EBS 연계 방식: 지문 3문단의 물활론적 사고·인공론적 사고와 4문단의 전환적 추론 정의를 요약표로 구성하였다. EBS 7번의 사례 판단과 5번의 전환적 추론 이해에 필요한 개념 구분을 활용하여, 정의에 해당하는 개념어를 직접 쓰도록 하였다.</w:t>
            </w:r>
          </w:p>
        </w:tc>
      </w:tr>
      <w:tr>
        <w:tc>
          <w:tcPr>
            <w:tcW w:type="dxa" w:w="1512"/>
          </w:tcPr>
          <w:p>
            <w:r/>
            <w:r>
              <w:t>인쇄 53쪽</w:t>
            </w:r>
          </w:p>
          <w:p>
            <w:r>
              <w:t>PDF 61쪽</w:t>
            </w:r>
          </w:p>
          <w:p>
            <w:r>
              <w:t>KN-158</w:t>
            </w:r>
          </w:p>
          <w:p>
            <w:r>
              <w:t>P2317</w:t>
            </w:r>
          </w:p>
        </w:tc>
        <w:tc>
          <w:tcPr>
            <w:tcW w:type="dxa" w:w="2592"/>
          </w:tcPr>
          <w:p>
            <w:r/>
            <w:r>
              <w:t>연계 번호·정답선지 오표시·변형과 원문 동일성</w:t>
            </w:r>
          </w:p>
          <w:p>
            <w:r>
              <w:t>수정 전: 4번 /1번③오답 /정확히일치·인간제작</w:t>
            </w:r>
          </w:p>
        </w:tc>
        <w:tc>
          <w:tcPr>
            <w:tcW w:type="dxa" w:w="6264"/>
          </w:tcPr>
          <w:p>
            <w:r/>
            <w:r>
              <w:t>7번 /4번③정답 /원문취지·목적또는제작</w:t>
            </w:r>
          </w:p>
          <w:p>
            <w:r>
              <w:t>반영 문구</w:t>
            </w:r>
          </w:p>
          <w:p>
            <w:r>
              <w:t>• EBS 연계 방식: 수능완성 7번 &lt;보기&gt;를 활용하여 자동차를 기차로, 비를 천둥으로, 우유의 양 비교를 사탕의 수 비교로 바꾸었다. 상징물 대체와 물활론적 사고, 보존 개념 미획득을 분석하되, 사탕 사례는 한 가지 차원에 집중하는 중심화 현상에 초점을 맞췄다.</w:t>
            </w:r>
          </w:p>
          <w:p>
            <w:r>
              <w:t>① 지문 1문단은 눈앞에 없는 대상이나 사건을 머릿속에서 표상하고 언어나 상징물로 대체할 수 있다고 설명한다. 이에 해당하는 “표상”을 쓴다.</w:t>
            </w:r>
          </w:p>
          <w:p>
            <w:r>
              <w:t>② 생명이 없는 하늘에 감정을 부여하므로 “물활론적”이다. 자연물이나 현상이 목적을 위해 또는 누군가에 의해 만들어졌다고 보는 인공론적 사고와 구별한다.</w:t>
            </w:r>
          </w:p>
          <w:p>
            <w:r>
              <w:t>• EBS 연계 방식: 수능완성 4번의 정답 선지 ③에 나타난 자기중심적 사고의 원인에 대한 오해를 ㉠으로 재구성하였다. 5문단의 보존 개념 미획득을 ㉣의 정오 판단 근거로 삼았다.</w:t>
            </w:r>
          </w:p>
        </w:tc>
      </w:tr>
      <w:tr>
        <w:tc>
          <w:tcPr>
            <w:tcW w:type="dxa" w:w="1512"/>
          </w:tcPr>
          <w:p>
            <w:r/>
            <w:r>
              <w:t>인쇄 55쪽</w:t>
            </w:r>
          </w:p>
          <w:p>
            <w:r>
              <w:t>PDF 63쪽</w:t>
            </w:r>
          </w:p>
          <w:p>
            <w:r>
              <w:t>KN-159</w:t>
            </w:r>
          </w:p>
          <w:p>
            <w:r>
              <w:t>P2352</w:t>
            </w:r>
          </w:p>
        </w:tc>
        <w:tc>
          <w:tcPr>
            <w:tcW w:type="dxa" w:w="2592"/>
          </w:tcPr>
          <w:p>
            <w:r/>
            <w:r>
              <w:t>제한된주의를 쉬운정보에만집중으로 잘못요약</w:t>
            </w:r>
          </w:p>
          <w:p>
            <w:r>
              <w:t>수정 전: 제한된주의를 쉬운정보에만집중으로 잘못요약</w:t>
            </w:r>
          </w:p>
        </w:tc>
        <w:tc>
          <w:tcPr>
            <w:tcW w:type="dxa" w:w="6264"/>
          </w:tcPr>
          <w:p>
            <w:r/>
            <w:r>
              <w:t>→ 일부 정보에만 집중하여 판단함</w:t>
            </w:r>
          </w:p>
          <w:p>
            <w:r>
              <w:t>반영 문구</w:t>
            </w:r>
          </w:p>
          <w:p>
            <w:r>
              <w:t>→ 일부 정보에만 집중하여 판단함</w:t>
            </w:r>
          </w:p>
        </w:tc>
      </w:tr>
      <w:tr>
        <w:tc>
          <w:tcPr>
            <w:tcW w:type="dxa" w:w="1512"/>
          </w:tcPr>
          <w:p>
            <w:r/>
            <w:r>
              <w:t>인쇄 56쪽</w:t>
            </w:r>
          </w:p>
          <w:p>
            <w:r>
              <w:t>PDF 64쪽</w:t>
            </w:r>
          </w:p>
          <w:p>
            <w:r>
              <w:t>KN-159</w:t>
            </w:r>
          </w:p>
          <w:p>
            <w:r>
              <w:t>P2336</w:t>
            </w:r>
          </w:p>
        </w:tc>
        <w:tc>
          <w:tcPr>
            <w:tcW w:type="dxa" w:w="2592"/>
          </w:tcPr>
          <w:p>
            <w:r/>
            <w:r>
              <w:t>착각상관 발생조건 누락·원문추출 말미조사</w:t>
            </w:r>
          </w:p>
        </w:tc>
        <w:tc>
          <w:tcPr>
            <w:tcW w:type="dxa" w:w="6264"/>
          </w:tcPr>
          <w:p>
            <w:r/>
            <w:r>
              <w:t>EBS원문 및 답안 조건에 맞게 수정</w:t>
            </w:r>
          </w:p>
          <w:p>
            <w:r>
              <w:t>반영 문구</w:t>
            </w:r>
          </w:p>
          <w:p>
            <w:r>
              <w:t>(가)의 인지 편향 유형을 정리한 표이다. ①·②에 들어갈 말을 윗글에서 찾아 쓰시오. (①은 4음절, ②는 3어절이며, 말미 조사는 제외할 것.)</w:t>
            </w:r>
          </w:p>
          <w:p>
            <w:r>
              <w:t>이용 가능성 편향과 함께 나타나면 ( ① ) 유발</w:t>
            </w:r>
          </w:p>
          <w:p>
            <w:r>
              <w:t>• ①은 3어절을 찾되 말미 조사는 제외할 것</w:t>
            </w:r>
          </w:p>
          <w:p>
            <w:r>
              <w:t>• ②는 4어절을 찾되 말미 조사는 제외할 것</w:t>
            </w:r>
          </w:p>
          <w:p>
            <w:r>
              <w:t>• ③은 2어절을 찾되 말미 조사는 제외할 것</w:t>
            </w:r>
          </w:p>
        </w:tc>
      </w:tr>
      <w:tr>
        <w:tc>
          <w:tcPr>
            <w:tcW w:type="dxa" w:w="1512"/>
          </w:tcPr>
          <w:p>
            <w:r/>
            <w:r>
              <w:t>인쇄 58쪽</w:t>
            </w:r>
          </w:p>
          <w:p>
            <w:r>
              <w:t>PDF 66쪽</w:t>
            </w:r>
          </w:p>
          <w:p>
            <w:r>
              <w:t>KN-159</w:t>
            </w:r>
          </w:p>
          <w:p>
            <w:r>
              <w:t>P2337</w:t>
            </w:r>
          </w:p>
        </w:tc>
        <w:tc>
          <w:tcPr>
            <w:tcW w:type="dxa" w:w="2592"/>
          </w:tcPr>
          <w:p>
            <w:r/>
            <w:r>
              <w:t>EBS연계 번호·정오·미제공 해설 단정</w:t>
            </w:r>
          </w:p>
        </w:tc>
        <w:tc>
          <w:tcPr>
            <w:tcW w:type="dxa" w:w="6264"/>
          </w:tcPr>
          <w:p>
            <w:r/>
            <w:r>
              <w:t>EBS원문 및 답안 조건에 맞게 수정</w:t>
            </w:r>
          </w:p>
          <w:p>
            <w:r>
              <w:t>반영 문구</w:t>
            </w:r>
          </w:p>
          <w:p>
            <w:r>
              <w:t>• EBS 연계 방식: 수능완성 9번의 필터 버블·언론·착각 상관 관련 진술과 12번의 사례 판단을 활용하였다. (가)의 두 편향과 착각 상관의 관계를 표로 구성하고, (나) 3·4문단의 보수적 편향과 앵커 효과를 비교하는 서술형으로 확장하였다.</w:t>
            </w:r>
          </w:p>
          <w:p>
            <w:r>
              <w:t>• EBS 연계 방식: 수능완성 9번은 적절하지 않은 선지 ③을 고르는 문제이다. 한 편향만 나타날 때 착각 상관이 일어난다는 잘못된 설명을 바로잡아, 두 편향이 함께 나타나는 조건과 착각 상관의 정의를 서술하게 하였다. 12번 선지 ①의 착각 상관 사례도 참고하였다.</w:t>
            </w:r>
          </w:p>
          <w:p>
            <w:r>
              <w:t>상관관계' 두 핵심어를 넣어 50자 내외로 쓴다.</w:t>
            </w:r>
          </w:p>
        </w:tc>
      </w:tr>
      <w:tr>
        <w:tc>
          <w:tcPr>
            <w:tcW w:type="dxa" w:w="1512"/>
          </w:tcPr>
          <w:p>
            <w:r/>
            <w:r>
              <w:t>인쇄 59쪽</w:t>
            </w:r>
          </w:p>
          <w:p>
            <w:r>
              <w:t>PDF 67쪽</w:t>
            </w:r>
          </w:p>
          <w:p>
            <w:r>
              <w:t>KN-159</w:t>
            </w:r>
          </w:p>
          <w:p>
            <w:r>
              <w:t>P2338</w:t>
            </w:r>
          </w:p>
        </w:tc>
        <w:tc>
          <w:tcPr>
            <w:tcW w:type="dxa" w:w="2592"/>
          </w:tcPr>
          <w:p>
            <w:r/>
            <w:r>
              <w:t>연계 문항번호와 실제 지문 근거</w:t>
            </w:r>
          </w:p>
        </w:tc>
        <w:tc>
          <w:tcPr>
            <w:tcW w:type="dxa" w:w="6264"/>
          </w:tcPr>
          <w:p>
            <w:r/>
            <w:r>
              <w:t>EBS원문 및 답안 조건에 맞게 수정</w:t>
            </w:r>
          </w:p>
          <w:p>
            <w:r>
              <w:t>반영 문구</w:t>
            </w:r>
          </w:p>
          <w:p>
            <w:r>
              <w:t>• EBS 연계 방식: (가) 1~4문단의 인지 편향 유형과 정의를 표로 구성하였다. 수능완성 9번과 12번의 개념 판단에 필요한 대표성 편향과 확증 편향을 구별하고, 해당 개념어 또는 정의의 핵심 말을 직접 쓰도록 하였다.</w:t>
            </w:r>
          </w:p>
          <w:p>
            <w:r>
              <w:t>• EBS 연계 방식: 수능완성 12번 &lt;보기&gt;의 대표성 편향과 보수적 편향 판단을 활용하였다. (가) 3문단과 (나) 3·4문단의 대표성 편향·보수적 편향·앵커 효과 정의에 맞는 사례를 고르게 하고, 이용 가능성 편향과 확증 편향의 사례를 오답으로 배치하였다.</w:t>
            </w:r>
          </w:p>
        </w:tc>
      </w:tr>
      <w:tr>
        <w:tc>
          <w:tcPr>
            <w:tcW w:type="dxa" w:w="1512"/>
          </w:tcPr>
          <w:p>
            <w:r/>
            <w:r>
              <w:t>인쇄 62쪽</w:t>
            </w:r>
          </w:p>
          <w:p>
            <w:r>
              <w:t>PDF 70쪽</w:t>
            </w:r>
          </w:p>
          <w:p>
            <w:r>
              <w:t>KN-160</w:t>
            </w:r>
          </w:p>
          <w:p>
            <w:r>
              <w:t>P2354</w:t>
            </w:r>
          </w:p>
        </w:tc>
        <w:tc>
          <w:tcPr>
            <w:tcW w:type="dxa" w:w="2592"/>
          </w:tcPr>
          <w:p>
            <w:r/>
            <w:r>
              <w:t>EBS4번을 실제17번으로 수정</w:t>
            </w:r>
          </w:p>
        </w:tc>
        <w:tc>
          <w:tcPr>
            <w:tcW w:type="dxa" w:w="6264"/>
          </w:tcPr>
          <w:p>
            <w:r/>
            <w:r>
              <w:t>EBS 실제 번호·원문·답안 조건에 맞게 수정</w:t>
            </w:r>
          </w:p>
          <w:p>
            <w:r>
              <w:t>반영 문구</w:t>
            </w:r>
          </w:p>
          <w:p>
            <w:r>
              <w:t>다음은 EBS 17번 문항의 &lt;보기&gt;를 재구성한 해설이다. 윗글을</w:t>
            </w:r>
          </w:p>
        </w:tc>
      </w:tr>
      <w:tr>
        <w:tc>
          <w:tcPr>
            <w:tcW w:type="dxa" w:w="1512"/>
          </w:tcPr>
          <w:p>
            <w:r/>
            <w:r>
              <w:t>인쇄 63쪽</w:t>
            </w:r>
          </w:p>
          <w:p>
            <w:r>
              <w:t>PDF 71쪽</w:t>
            </w:r>
          </w:p>
          <w:p>
            <w:r>
              <w:t>KN-160</w:t>
            </w:r>
          </w:p>
          <w:p>
            <w:r>
              <w:t>P2355</w:t>
            </w:r>
          </w:p>
        </w:tc>
        <w:tc>
          <w:tcPr>
            <w:tcW w:type="dxa" w:w="2592"/>
          </w:tcPr>
          <w:p>
            <w:r/>
            <w:r>
              <w:t>빈칸문항에 옳은것고르기 유형 오기</w:t>
            </w:r>
          </w:p>
        </w:tc>
        <w:tc>
          <w:tcPr>
            <w:tcW w:type="dxa" w:w="6264"/>
          </w:tcPr>
          <w:p>
            <w:r/>
            <w:r>
              <w:t>EBS 실제 번호·원문·답안 조건에 맞게 수정</w:t>
            </w:r>
          </w:p>
          <w:p>
            <w:r>
              <w:t>반영 문구</w:t>
            </w:r>
          </w:p>
          <w:p>
            <w:r>
              <w:t>A-1</w:t>
            </w:r>
          </w:p>
          <w:p>
            <w:r>
              <w:t>요약 표/보기 빈칸</w:t>
            </w:r>
          </w:p>
        </w:tc>
      </w:tr>
      <w:tr>
        <w:tc>
          <w:tcPr>
            <w:tcW w:type="dxa" w:w="1512"/>
          </w:tcPr>
          <w:p>
            <w:r/>
            <w:r>
              <w:t>인쇄 64쪽</w:t>
            </w:r>
          </w:p>
          <w:p>
            <w:r>
              <w:t>PDF 72쪽</w:t>
            </w:r>
          </w:p>
          <w:p>
            <w:r>
              <w:t>KN-160</w:t>
            </w:r>
          </w:p>
          <w:p>
            <w:r>
              <w:t>P2356</w:t>
            </w:r>
          </w:p>
        </w:tc>
        <w:tc>
          <w:tcPr>
            <w:tcW w:type="dxa" w:w="2592"/>
          </w:tcPr>
          <w:p>
            <w:r/>
            <w:r>
              <w:t>실제 연계번호·축적2자·90자내외</w:t>
            </w:r>
          </w:p>
        </w:tc>
        <w:tc>
          <w:tcPr>
            <w:tcW w:type="dxa" w:w="6264"/>
          </w:tcPr>
          <w:p>
            <w:r/>
            <w:r>
              <w:t>EBS 실제 번호·원문·답안 조건에 맞게 수정</w:t>
            </w:r>
          </w:p>
          <w:p>
            <w:r>
              <w:t>반영 문구</w:t>
            </w:r>
          </w:p>
          <w:p>
            <w:r>
              <w:t>• EBS 연계 방식: 수능완성 17번 &lt;보기&gt;의 경사각 감소와 빙하기 발생에 관한 판단을 해설문으로 재구성하였다. 5·6문단의 온도 차 변화, 눈의 축적, 얼음층 증가에 관한 원문 구절을 빈칸으로 전환하였다.</w:t>
            </w:r>
          </w:p>
          <w:p>
            <w:r>
              <w:t>• EBS 연계 방식: 문항연계 + 지문연계. 15번 문항(㉡ 성층권</w:t>
            </w:r>
          </w:p>
          <w:p>
            <w:r>
              <w:t>의 온도 역전 구조), 17번 문항(경사각 축소→눈 축적, 이심률</w:t>
            </w:r>
          </w:p>
          <w:p>
            <w:r>
              <w:t>로 역변환함. 특히 17번 &lt;보기&gt;의 분석 틀(요인→작용 방식→</w:t>
            </w:r>
          </w:p>
          <w:p>
            <w:r>
              <w:t>② '눈이 녹지 않고 남아'라는 서술 뒤 2자 표현인 '축적'을 그</w:t>
            </w:r>
          </w:p>
          <w:p>
            <w:r>
              <w:t>90자 내외로 쓴다.</w:t>
            </w:r>
          </w:p>
        </w:tc>
      </w:tr>
      <w:tr>
        <w:tc>
          <w:tcPr>
            <w:tcW w:type="dxa" w:w="1512"/>
          </w:tcPr>
          <w:p>
            <w:r/>
            <w:r>
              <w:t>인쇄 65쪽</w:t>
            </w:r>
          </w:p>
          <w:p>
            <w:r>
              <w:t>PDF 73쪽</w:t>
            </w:r>
          </w:p>
          <w:p>
            <w:r>
              <w:t>KN-160</w:t>
            </w:r>
          </w:p>
          <w:p>
            <w:r>
              <w:t>P2357</w:t>
            </w:r>
          </w:p>
        </w:tc>
        <w:tc>
          <w:tcPr>
            <w:tcW w:type="dxa" w:w="2592"/>
          </w:tcPr>
          <w:p>
            <w:r/>
            <w:r>
              <w:t>실제연계번호·원문답안 구조 제외</w:t>
            </w:r>
          </w:p>
        </w:tc>
        <w:tc>
          <w:tcPr>
            <w:tcW w:type="dxa" w:w="6264"/>
          </w:tcPr>
          <w:p>
            <w:r/>
            <w:r>
              <w:t>EBS 실제 번호·원문·답안 조건에 맞게 수정</w:t>
            </w:r>
          </w:p>
          <w:p>
            <w:r>
              <w:t>반영 문구</w:t>
            </w:r>
          </w:p>
          <w:p>
            <w:r>
              <w:t>• EBS 연계 방식: 수능완성 15번의 정답 선지 ③은 성층권이 대류권 공기의 상승을 억제하여 대기 순환의 상한선을 형성한다고 설명한다. 2문단의 대류권과 성층권의 기온 변화 및 오존의 자외선 흡수에 관한 내용을 빈칸 완성형으로 재구성하였다.</w:t>
            </w:r>
          </w:p>
          <w:p>
            <w:r>
              <w:t>• EBS 연계 방식: 문항연계 — EBS 15번 문항(㉠·㉡ 이해)의</w:t>
            </w:r>
          </w:p>
          <w:p>
            <w:r>
              <w:t>문제에 이미 적힌 '구조'를 빼고 '온도 역전'만 쓴다.</w:t>
            </w:r>
          </w:p>
        </w:tc>
      </w:tr>
      <w:tr>
        <w:tc>
          <w:tcPr>
            <w:tcW w:type="dxa" w:w="1512"/>
          </w:tcPr>
          <w:p>
            <w:r/>
            <w:r>
              <w:t>인쇄 68쪽</w:t>
            </w:r>
          </w:p>
          <w:p>
            <w:r>
              <w:t>PDF 76쪽</w:t>
            </w:r>
          </w:p>
          <w:p>
            <w:r>
              <w:t>KN-161</w:t>
            </w:r>
          </w:p>
          <w:p>
            <w:r>
              <w:t>P2367</w:t>
            </w:r>
          </w:p>
        </w:tc>
        <w:tc>
          <w:tcPr>
            <w:tcW w:type="dxa" w:w="2592"/>
          </w:tcPr>
          <w:p>
            <w:r/>
            <w:r>
              <w:t>첫끝어절 아닌빈칸유형·말미조사·보기지칭·답란</w:t>
            </w:r>
          </w:p>
        </w:tc>
        <w:tc>
          <w:tcPr>
            <w:tcW w:type="dxa" w:w="6264"/>
          </w:tcPr>
          <w:p>
            <w:r/>
            <w:r>
              <w:t>실제풀이 및 원문·조건에 일치하도록 수정</w:t>
            </w:r>
          </w:p>
          <w:p>
            <w:r>
              <w:t>반영 문구</w:t>
            </w:r>
          </w:p>
          <w:p>
            <w:r>
              <w:t>N-5</w:t>
            </w:r>
          </w:p>
          <w:p>
            <w:r>
              <w:t>신유형: 조건부 완성</w:t>
            </w:r>
          </w:p>
          <w:p>
            <w:r>
              <w:t>• ①: 4어절로 쓰되 말미 조사는 제외할 것</w:t>
            </w:r>
          </w:p>
          <w:p>
            <w:r>
              <w:t>① _________________________________________________</w:t>
            </w:r>
          </w:p>
          <w:p>
            <w:r>
              <w:t>위쪽 상자의 기준을 참고하여 아래쪽 상자의 ①~⑤ 중 ㉠~㉢에 해당하는 것을 찾아 번호로 각각 쓰시오.</w:t>
            </w:r>
          </w:p>
          <w:p>
            <w:r>
              <w:t>① 굿맨은 '초란색'이라는 개념을 고안하여 귀납의 일반화 문제를 제기하였다.</w:t>
            </w:r>
          </w:p>
        </w:tc>
      </w:tr>
      <w:tr>
        <w:tc>
          <w:tcPr>
            <w:tcW w:type="dxa" w:w="1512"/>
          </w:tcPr>
          <w:p>
            <w:r/>
            <w:r>
              <w:t>인쇄 69쪽</w:t>
            </w:r>
          </w:p>
          <w:p>
            <w:r>
              <w:t>PDF 77쪽</w:t>
            </w:r>
          </w:p>
          <w:p>
            <w:r>
              <w:t>KN-161</w:t>
            </w:r>
          </w:p>
          <w:p>
            <w:r>
              <w:t>P2368</w:t>
            </w:r>
          </w:p>
        </w:tc>
        <w:tc>
          <w:tcPr>
            <w:tcW w:type="dxa" w:w="2592"/>
          </w:tcPr>
          <w:p>
            <w:r/>
            <w:r>
              <w:t>두기준 순서불명확·추출원문범위·유형명</w:t>
            </w:r>
          </w:p>
        </w:tc>
        <w:tc>
          <w:tcPr>
            <w:tcW w:type="dxa" w:w="6264"/>
          </w:tcPr>
          <w:p>
            <w:r/>
            <w:r>
              <w:t>실제풀이 및 원문·조건에 일치하도록 수정</w:t>
            </w:r>
          </w:p>
          <w:p>
            <w:r>
              <w:t>반영 문구</w:t>
            </w:r>
          </w:p>
          <w:p>
            <w:r>
              <w:t>윗글의 논쟁 구조를 정리한 표이다. ①~④에 들어갈 말을 윗글에서 찾아 쓰시오. ①은 5음절, ②는 2음절로 쓰고, ③·④는 윗글에 제시된 순서대로 쓰시오.</w:t>
            </w:r>
          </w:p>
          <w:p>
            <w:r>
              <w:t>K</w:t>
            </w:r>
          </w:p>
          <w:p>
            <w:r>
              <w:t>복합형</w:t>
            </w:r>
          </w:p>
          <w:p>
            <w:r>
              <w:t>[문제 1] ①·②에 들어갈 말을 윗글 또는 EBS 5번 문항의 선지에서 찾아 쓰시오.</w:t>
            </w:r>
          </w:p>
        </w:tc>
      </w:tr>
      <w:tr>
        <w:tc>
          <w:tcPr>
            <w:tcW w:type="dxa" w:w="1512"/>
          </w:tcPr>
          <w:p>
            <w:r/>
            <w:r>
              <w:t>인쇄 70쪽</w:t>
            </w:r>
          </w:p>
          <w:p>
            <w:r>
              <w:t>PDF 78쪽</w:t>
            </w:r>
          </w:p>
          <w:p>
            <w:r>
              <w:t>KN-161</w:t>
            </w:r>
          </w:p>
          <w:p>
            <w:r>
              <w:t>P2369</w:t>
            </w:r>
          </w:p>
        </w:tc>
        <w:tc>
          <w:tcPr>
            <w:tcW w:type="dxa" w:w="2592"/>
          </w:tcPr>
          <w:p>
            <w:r/>
            <w:r>
              <w:t>연계근거오류·미제공EBS해제 단정</w:t>
            </w:r>
          </w:p>
        </w:tc>
        <w:tc>
          <w:tcPr>
            <w:tcW w:type="dxa" w:w="6264"/>
          </w:tcPr>
          <w:p>
            <w:r/>
            <w:r>
              <w:t>실제풀이 및 원문·조건에 일치하도록 수정</w:t>
            </w:r>
          </w:p>
          <w:p>
            <w:r>
              <w:t>반영 문구</w:t>
            </w:r>
          </w:p>
          <w:p>
            <w:r>
              <w:t>• EBS 연계 방식: 2·3·5문단의 러셀·굿맨·스윈번의 주장을 통합하여 빈칸을 구성하였다. 수능완성 2번 선지 ④의 시·공간 독립성 판단과 5번 &lt;보기&gt;의 개념 적용을 참고하여, 귀납의 원리와 개념 설정 및 시간 의존성의 관계를 구별하게 하였다.</w:t>
            </w:r>
          </w:p>
          <w:p>
            <w:r>
              <w:t>• EBS 연계 방식: 수능완성 4번의 견해 비교와 5번의 관점별 판단을 활용하였다. 지문의 흄·러셀·스윈번 주장을 위쪽 상자의 기준으로 정리하고, 아래쪽 상자의 진술 가운데 각 기준과 일치하는 번호를 고르게 하였다.</w:t>
            </w:r>
          </w:p>
        </w:tc>
      </w:tr>
      <w:tr>
        <w:tc>
          <w:tcPr>
            <w:tcW w:type="dxa" w:w="1512"/>
          </w:tcPr>
          <w:p>
            <w:r/>
            <w:r>
              <w:t>인쇄 71쪽</w:t>
            </w:r>
          </w:p>
          <w:p>
            <w:r>
              <w:t>PDF 79쪽</w:t>
            </w:r>
          </w:p>
          <w:p>
            <w:r>
              <w:t>KN-161</w:t>
            </w:r>
          </w:p>
          <w:p>
            <w:r>
              <w:t>P2370</w:t>
            </w:r>
          </w:p>
        </w:tc>
        <w:tc>
          <w:tcPr>
            <w:tcW w:type="dxa" w:w="2592"/>
          </w:tcPr>
          <w:p>
            <w:r/>
            <w:r>
              <w:t>5음절·접미사·정답선지와 참인진술 혼동</w:t>
            </w:r>
          </w:p>
        </w:tc>
        <w:tc>
          <w:tcPr>
            <w:tcW w:type="dxa" w:w="6264"/>
          </w:tcPr>
          <w:p>
            <w:r/>
            <w:r>
              <w:t>실제풀이 및 원문·조건에 일치하도록 수정</w:t>
            </w:r>
          </w:p>
          <w:p>
            <w:r>
              <w:t>반영 문구</w:t>
            </w:r>
          </w:p>
          <w:p>
            <w:r>
              <w:t>• EBS 연계 방식: 지문 2문단의 흄과 러셀, 5문단의 스윈번의 두 기준을 요약표로 구성하였다. 수능완성 4번의 철학자별 견해 판단과 5번의 시·공간 독립성 적용을 참고하여, 개념어 인출과 두 기준에 따른 서술을 결합하였다.</w:t>
            </w:r>
          </w:p>
          <w:p>
            <w:r>
              <w:t>수·형태)에 맞는 핵심 개념어를 추출하는 능력.</w:t>
            </w:r>
          </w:p>
          <w:p>
            <w:r>
              <w:t>①은 '심리적 경향' 전체를 5음절로 쓰고, ②는 '질서'를 2음절로 쓴다. ③·④는 5문단의 제시 순서에 따라 '단순성', '시·공간 독립성'을 쓴다. 두 말의 '-성'은 어미가 아니라 접미사이다.</w:t>
            </w:r>
          </w:p>
          <w:p>
            <w:r>
              <w:t>• EBS 연계 방식: 수능완성 5번 &lt;보기&gt;를 활용하고 선지 ①·④의 적절한 진술을 개념어 빈칸으로 전환하였다. 적절하지 않은 선지 ③이 EBS 정답이며, 이 진술의 '검은색'을 '노란색'으로 고치도록 하였다. 참인 진술과 정답 선지를 구별하여 판단하게 한다.</w:t>
            </w:r>
          </w:p>
        </w:tc>
      </w:tr>
      <w:tr>
        <w:tc>
          <w:tcPr>
            <w:tcW w:type="dxa" w:w="1512"/>
          </w:tcPr>
          <w:p>
            <w:r/>
            <w:r>
              <w:t>인쇄 72쪽</w:t>
            </w:r>
          </w:p>
          <w:p>
            <w:r>
              <w:t>PDF 80쪽</w:t>
            </w:r>
          </w:p>
          <w:p>
            <w:r>
              <w:t>KN-162</w:t>
            </w:r>
          </w:p>
          <w:p>
            <w:r>
              <w:t>P2405</w:t>
            </w:r>
          </w:p>
        </w:tc>
        <w:tc>
          <w:tcPr>
            <w:tcW w:type="dxa" w:w="2592"/>
          </w:tcPr>
          <w:p>
            <w:r/>
            <w:r>
              <w:t>스코프2 발생 단계·동일 제품 수량 조건</w:t>
            </w:r>
          </w:p>
        </w:tc>
        <w:tc>
          <w:tcPr>
            <w:tcW w:type="dxa" w:w="6264"/>
          </w:tcPr>
          <w:p>
            <w:r/>
            <w:r>
              <w:t>전력 생산 단계·같은 제품 수량 명확화 및 완결된 답안</w:t>
            </w:r>
          </w:p>
          <w:p>
            <w:r>
              <w:t>반영 문구</w:t>
            </w:r>
          </w:p>
          <w:p>
            <w:r>
              <w:t>스코프 2: 구매한 전력의 생산 과정에서 발생하는</w:t>
            </w:r>
          </w:p>
          <w:p>
            <w:r>
              <w:t>기준선 배출량: 같은 수량의 일반 제품 사용 가정</w:t>
            </w:r>
          </w:p>
          <w:p>
            <w:r>
              <w:t>실제 배출량: 친환경 제품의 실제 배출량 총합 (기준선과 동일한 제품 수량 적용)</w:t>
            </w:r>
          </w:p>
        </w:tc>
      </w:tr>
      <w:tr>
        <w:tc>
          <w:tcPr>
            <w:tcW w:type="dxa" w:w="1512"/>
          </w:tcPr>
          <w:p>
            <w:r/>
            <w:r>
              <w:t>인쇄 75쪽</w:t>
            </w:r>
          </w:p>
          <w:p>
            <w:r>
              <w:t>PDF 83쪽</w:t>
            </w:r>
          </w:p>
          <w:p>
            <w:r>
              <w:t>KN-162</w:t>
            </w:r>
          </w:p>
          <w:p>
            <w:r>
              <w:t>P2396</w:t>
            </w:r>
          </w:p>
        </w:tc>
        <w:tc>
          <w:tcPr>
            <w:tcW w:type="dxa" w:w="2592"/>
          </w:tcPr>
          <w:p>
            <w:r/>
            <w:r>
              <w:t>원문추출지시로 계산불가·숫자표기조건</w:t>
            </w:r>
          </w:p>
        </w:tc>
        <w:tc>
          <w:tcPr>
            <w:tcW w:type="dxa" w:w="6264"/>
          </w:tcPr>
          <w:p>
            <w:r/>
            <w:r>
              <w:t>실제원문번호·계산방향·답안조건 일치</w:t>
            </w:r>
          </w:p>
          <w:p>
            <w:r>
              <w:t>반영 문구</w:t>
            </w:r>
          </w:p>
          <w:p>
            <w:r>
              <w:t>다음은 EBS 수능완성 10번의 &lt;보기&gt;이다. 아래 분석의 ①은 사례의 수치로 계산하여 kg을 포함해 쓰시오. ②·③은 윗글에서 찾되, ②는 2어절, ③은 한글 명칭과 숫자를 함께 쓰시오.</w:t>
            </w:r>
          </w:p>
        </w:tc>
      </w:tr>
      <w:tr>
        <w:tc>
          <w:tcPr>
            <w:tcW w:type="dxa" w:w="1512"/>
          </w:tcPr>
          <w:p>
            <w:r/>
            <w:r>
              <w:t>인쇄 76쪽</w:t>
            </w:r>
          </w:p>
          <w:p>
            <w:r>
              <w:t>PDF 84쪽</w:t>
            </w:r>
          </w:p>
          <w:p>
            <w:r>
              <w:t>KN-162</w:t>
            </w:r>
          </w:p>
          <w:p>
            <w:r>
              <w:t>P2397</w:t>
            </w:r>
          </w:p>
        </w:tc>
        <w:tc>
          <w:tcPr>
            <w:tcW w:type="dxa" w:w="2592"/>
          </w:tcPr>
          <w:p>
            <w:r/>
            <w:r>
              <w:t>실제8·10번연계·차감방향역전</w:t>
            </w:r>
          </w:p>
        </w:tc>
        <w:tc>
          <w:tcPr>
            <w:tcW w:type="dxa" w:w="6264"/>
          </w:tcPr>
          <w:p>
            <w:r/>
            <w:r>
              <w:t>실제원문번호·계산방향·답안조건 일치</w:t>
            </w:r>
          </w:p>
          <w:p>
            <w:r>
              <w:t>반영 문구</w:t>
            </w:r>
          </w:p>
          <w:p>
            <w:r>
              <w:t>• EBS 연계 방식: 수능완성 10번의 에어컨 사례에 적용되는 산정 원리를 지문 3문단의 정의로 정리하였다. 기준선과 실제 배출량에 각각 어떤 제품을 적용하는지 구별하여 쓰게 하였다.</w:t>
            </w:r>
          </w:p>
          <w:p>
            <w:r>
              <w:t>• EBS 연계 방식: 수능완성 8번의 과대 계산 추론을 냉장고 사례로 재구성하였다. 효율이 낮은 구형 모델을 비교 대상으로 정하면 기준선 배출량이 커지고, 동일한 실제 배출량을 빼서 얻는 회피된 배출량도 커진다. 지문 4문단의 기준선 시나리오를 자의적으로 설정한다는 원인과 타당성 저하라는 결과를 서술하도록 하였다.</w:t>
            </w:r>
          </w:p>
          <w:p>
            <w:r>
              <w:t>③ 기준선 배출량이 커지면, 여기서 실제 배출량을 뺀 회피된 배출량도 커진다. 지문 4문단의 과대 계산과 타당성 저하를 연결하여 서술한다.</w:t>
            </w:r>
          </w:p>
        </w:tc>
      </w:tr>
      <w:tr>
        <w:tc>
          <w:tcPr>
            <w:tcW w:type="dxa" w:w="1512"/>
          </w:tcPr>
          <w:p>
            <w:r/>
            <w:r>
              <w:t>인쇄 76쪽</w:t>
            </w:r>
          </w:p>
          <w:p>
            <w:r>
              <w:t>PDF 84쪽</w:t>
            </w:r>
          </w:p>
          <w:p>
            <w:r>
              <w:t>KN-162</w:t>
            </w:r>
          </w:p>
          <w:p>
            <w:r>
              <w:t>P2406</w:t>
            </w:r>
          </w:p>
        </w:tc>
        <w:tc>
          <w:tcPr>
            <w:tcW w:type="dxa" w:w="2592"/>
          </w:tcPr>
          <w:p>
            <w:r/>
            <w:r>
              <w:t>40자 내외 예시를 괄호 대안 없는 완성 문장으로 명확화</w:t>
            </w:r>
          </w:p>
        </w:tc>
        <w:tc>
          <w:tcPr>
            <w:tcW w:type="dxa" w:w="6264"/>
          </w:tcPr>
          <w:p>
            <w:r/>
            <w:r>
              <w:t>전력 생산 단계·같은 제품 수량 명확화 및 완결된 답안</w:t>
            </w:r>
          </w:p>
          <w:p>
            <w:r>
              <w:t>반영 문구</w:t>
            </w:r>
          </w:p>
          <w:p>
            <w:r>
              <w:t>정답: ① 기준선 배출량 ② 구형 모델을 기준으로 기준선 시나리오를 자의적으로 설정한 탓이다. ③ 기준선 배출량이 커져 회피된 배출량이 과대 계산되어 신뢰성이 낮아진다.</w:t>
            </w:r>
          </w:p>
        </w:tc>
      </w:tr>
      <w:tr>
        <w:tc>
          <w:tcPr>
            <w:tcW w:type="dxa" w:w="1512"/>
          </w:tcPr>
          <w:p>
            <w:r/>
            <w:r>
              <w:t>인쇄 77쪽</w:t>
            </w:r>
          </w:p>
          <w:p>
            <w:r>
              <w:t>PDF 85쪽</w:t>
            </w:r>
          </w:p>
          <w:p>
            <w:r>
              <w:t>KN-162</w:t>
            </w:r>
          </w:p>
          <w:p>
            <w:r>
              <w:t>P2398</w:t>
            </w:r>
          </w:p>
        </w:tc>
        <w:tc>
          <w:tcPr>
            <w:tcW w:type="dxa" w:w="2592"/>
          </w:tcPr>
          <w:p>
            <w:r/>
            <w:r>
              <w:t>실제7·8·10번연계번호</w:t>
            </w:r>
          </w:p>
        </w:tc>
        <w:tc>
          <w:tcPr>
            <w:tcW w:type="dxa" w:w="6264"/>
          </w:tcPr>
          <w:p>
            <w:r/>
            <w:r>
              <w:t>실제원문번호·계산방향·답안조건 일치</w:t>
            </w:r>
          </w:p>
          <w:p>
            <w:r>
              <w:t>반영 문구</w:t>
            </w:r>
          </w:p>
          <w:p>
            <w:r>
              <w:t>• EBS 연계 방식: 문항연계 — EBS 10번 문항의 &lt;보기&gt;(P</w:t>
            </w:r>
          </w:p>
          <w:p>
            <w:r>
              <w:t>• EBS 연계 방식: 수능완성 7번의 이중 계산 원인과 8번의 과대 계산 추론을 활용하였다. 지문 4·5문단의 기준선 시나리오, 여러 주체, 각자의 기여분을 추출하여 두 과제의 발생 원인과 해결 방안을 표로 재구성하였다.</w:t>
            </w:r>
          </w:p>
        </w:tc>
      </w:tr>
      <w:tr>
        <w:tc>
          <w:tcPr>
            <w:tcW w:type="dxa" w:w="1512"/>
          </w:tcPr>
          <w:p>
            <w:r/>
            <w:r>
              <w:t>인쇄 80쪽</w:t>
            </w:r>
          </w:p>
          <w:p>
            <w:r>
              <w:t>PDF 88쪽</w:t>
            </w:r>
          </w:p>
          <w:p>
            <w:r>
              <w:t>KN-163</w:t>
            </w:r>
          </w:p>
          <w:p>
            <w:r>
              <w:t>P2407</w:t>
            </w:r>
          </w:p>
        </w:tc>
        <w:tc>
          <w:tcPr>
            <w:tcW w:type="dxa" w:w="2592"/>
          </w:tcPr>
          <w:p>
            <w:r/>
            <w:r>
              <w:t>1번 유형 불일치·실제 연계 번호</w:t>
            </w:r>
          </w:p>
        </w:tc>
        <w:tc>
          <w:tcPr>
            <w:tcW w:type="dxa" w:w="6264"/>
          </w:tcPr>
          <w:p>
            <w:r/>
            <w:r>
              <w:t>원문 문장·명사구·답안조건 및 실제 연계번호 정정</w:t>
            </w:r>
          </w:p>
          <w:p>
            <w:r>
              <w:t>반영 문구</w:t>
            </w:r>
          </w:p>
          <w:p>
            <w:r>
              <w:t>A-1</w:t>
            </w:r>
          </w:p>
          <w:p>
            <w:r>
              <w:t>요약 표/보기 빈칸</w:t>
            </w:r>
          </w:p>
          <w:p>
            <w:r>
              <w:t>&lt;보기&gt;는 EBS 16번 문항의 &lt;보기&gt; 상황을 재구성한 것이다.</w:t>
            </w:r>
          </w:p>
        </w:tc>
      </w:tr>
      <w:tr>
        <w:tc>
          <w:tcPr>
            <w:tcW w:type="dxa" w:w="1512"/>
          </w:tcPr>
          <w:p>
            <w:r/>
            <w:r>
              <w:t>인쇄 81쪽</w:t>
            </w:r>
          </w:p>
          <w:p>
            <w:r>
              <w:t>PDF 89쪽</w:t>
            </w:r>
          </w:p>
          <w:p>
            <w:r>
              <w:t>KN-163</w:t>
            </w:r>
          </w:p>
          <w:p>
            <w:r>
              <w:t>P2408</w:t>
            </w:r>
          </w:p>
        </w:tc>
        <w:tc>
          <w:tcPr>
            <w:tcW w:type="dxa" w:w="2592"/>
          </w:tcPr>
          <w:p>
            <w:r/>
            <w:r>
              <w:t>3번 농도 적용범위·명사구 추출·4번 판단형식과 유형</w:t>
            </w:r>
          </w:p>
        </w:tc>
        <w:tc>
          <w:tcPr>
            <w:tcW w:type="dxa" w:w="6264"/>
          </w:tcPr>
          <w:p>
            <w:r/>
            <w:r>
              <w:t>원문 문장·명사구·답안조건 및 실제 연계번호 정정</w:t>
            </w:r>
          </w:p>
          <w:p>
            <w:r>
              <w:t>반영 문구</w:t>
            </w:r>
          </w:p>
          <w:p>
            <w:r>
              <w:t>&lt;보기&gt;는 기체 이동을 설명하는 농도와 분압을 비교한 것이다. ①~③을 윗글에서 찾아 쓰시오. ①은 4어절, ②는 말미 조사를 제외한 2어절, ③은 (나) 2문단의 마지막 한 문장 전체를 쓸 것.</w:t>
            </w:r>
          </w:p>
          <w:p>
            <w:r>
              <w:t>기체 이동의 방향과 양을 설명하는 데 분압보다 덜 적합함</w:t>
            </w:r>
          </w:p>
          <w:p>
            <w:r>
              <w:t>용액의 단위 부피당 기체 분자의 수</w:t>
            </w:r>
          </w:p>
          <w:p>
            <w:r>
              <w:t>A-1</w:t>
            </w:r>
          </w:p>
          <w:p>
            <w:r>
              <w:t>요약 표/보기 빈칸</w:t>
            </w:r>
          </w:p>
          <w:p>
            <w:r>
              <w:t>다음은 (나)의 세 결정 요인을 정리한 표이다. &lt;보기&gt;에 따라 ①~③을 완성하시오. ②는 지문에서 찾아 쓰고, ①·③은 '높아진다/낮아진다' 중 고르시오. 각 요인만의 영향을 판단할 것.</w:t>
            </w:r>
          </w:p>
          <w:p>
            <w:r>
              <w:t>산소 분압이 ( ① )</w:t>
            </w:r>
          </w:p>
        </w:tc>
      </w:tr>
      <w:tr>
        <w:tc>
          <w:tcPr>
            <w:tcW w:type="dxa" w:w="1512"/>
          </w:tcPr>
          <w:p>
            <w:r/>
            <w:r>
              <w:t>인쇄 82쪽</w:t>
            </w:r>
          </w:p>
          <w:p>
            <w:r>
              <w:t>PDF 90쪽</w:t>
            </w:r>
          </w:p>
          <w:p>
            <w:r>
              <w:t>KN-163</w:t>
            </w:r>
          </w:p>
          <w:p>
            <w:r>
              <w:t>P2409</w:t>
            </w:r>
          </w:p>
        </w:tc>
        <w:tc>
          <w:tcPr>
            <w:tcW w:type="dxa" w:w="2592"/>
          </w:tcPr>
          <w:p>
            <w:r/>
            <w:r>
              <w:t>1·2번 실제 연계 번호와 근거</w:t>
            </w:r>
          </w:p>
        </w:tc>
        <w:tc>
          <w:tcPr>
            <w:tcW w:type="dxa" w:w="6264"/>
          </w:tcPr>
          <w:p>
            <w:r/>
            <w:r>
              <w:t>원문 문장·명사구·답안조건 및 실제 연계번호 정정</w:t>
            </w:r>
          </w:p>
          <w:p>
            <w:r>
              <w:t>반영 문구</w:t>
            </w:r>
          </w:p>
          <w:p>
            <w:r>
              <w:t>• EBS 연계 방식: 수능완성 16번의 A·B 지역과 수면·운동 사례를 요약문으로 재구성하였다. (가) 2문단의 대기압과 산소 농도비, (나) 3·4문단의 대기 산소 분압 및 폐포 환기량을 연결하여 개념어와 각 요인의 작용 방향을 묻게 하였다.</w:t>
            </w:r>
          </w:p>
          <w:p>
            <w:r>
              <w:t>• EBS 연계 방식: 수능완성 13번의 분압 개념과 12번의 기체 이동 원리 적용을 참고하였다. (가) 1문단의 분압 정의와 3문단의 확산 방향을 요약 표로 정리하고, 개념어 분압과 출발점의 분압이 높다는 원문 표현을 추출하게 하였다.</w:t>
            </w:r>
          </w:p>
        </w:tc>
      </w:tr>
      <w:tr>
        <w:tc>
          <w:tcPr>
            <w:tcW w:type="dxa" w:w="1512"/>
          </w:tcPr>
          <w:p>
            <w:r/>
            <w:r>
              <w:t>인쇄 83쪽</w:t>
            </w:r>
          </w:p>
          <w:p>
            <w:r>
              <w:t>PDF 91쪽</w:t>
            </w:r>
          </w:p>
          <w:p>
            <w:r>
              <w:t>KN-163</w:t>
            </w:r>
          </w:p>
          <w:p>
            <w:r>
              <w:t>P2410</w:t>
            </w:r>
          </w:p>
        </w:tc>
        <w:tc>
          <w:tcPr>
            <w:tcW w:type="dxa" w:w="2592"/>
          </w:tcPr>
          <w:p>
            <w:r/>
            <w:r>
              <w:t>3번 명사구·완전한 문장 및4번 정답·해설 동기화</w:t>
            </w:r>
          </w:p>
        </w:tc>
        <w:tc>
          <w:tcPr>
            <w:tcW w:type="dxa" w:w="6264"/>
          </w:tcPr>
          <w:p>
            <w:r/>
            <w:r>
              <w:t>원문 문장·명사구·답안조건 및 실제 연계번호 정정</w:t>
            </w:r>
          </w:p>
          <w:p>
            <w:r>
              <w:t>반영 문구</w:t>
            </w:r>
          </w:p>
          <w:p>
            <w:r>
              <w:t>• EBS 연계 방식: 수능완성 13·14번에서 판단하는 분압과 용해도의 관계를 비교표로 정리하였다. (나) 2문단의 용액 내 기체 농도와 분압의 차이 및 분압이 더 적합한 이유를 원문에서 찾게 하였다.</w:t>
            </w:r>
          </w:p>
          <w:p>
            <w:r>
              <w:t>정답: ① 용액에 대한 기체의 용해도 ② 개별 기체 ③ 그러나 확산은 분압 차에 의해 일어나므로, 시간에 따라 변하는 기체 이동의 방향과 양을 설명하는 데는 분압이 더 적합하다.</w:t>
            </w:r>
          </w:p>
          <w:p>
            <w:r>
              <w:t>② (가) 1문단의 분압 정의에서 압력을 나타내는 주체인 개별 기체를 찾는다. 말미 조사 가를 제외한 2어절의 명사구로 쓴다.</w:t>
            </w:r>
          </w:p>
          <w:p>
            <w:r>
              <w:t>③ (나) 2문단의 마지막 문장을 그러나부터 적합하다까지 모두 쓴다. 문장을 중간에서 나누거나 첫머리의 접속 부사를 생략하지 않는다.</w:t>
            </w:r>
          </w:p>
          <w:p>
            <w:r>
              <w:t>② 개별 기체</w:t>
            </w:r>
          </w:p>
          <w:p>
            <w:r>
              <w:t>③ 그러나 확산은 분압 차에 의해 일어나므로, 시간에 따라 변하는 기체 이동의 방향과 양을 설명하는 데는 분압이 더 적합하다.</w:t>
            </w:r>
          </w:p>
          <w:p>
            <w:r>
              <w:t>• EBS 연계 방식: 수능완성 16번의 고도·수면·운동 사례를 3열 표로 재구성하였다. (나) 3·4문단에서 대기의 산소 분압, 폐포 환기량, 세포의 산소 소모 속도가 각각 폐포 내부 기체의 산소 분압에 미치는 방향을 판단하게 하였다.</w:t>
            </w:r>
          </w:p>
          <w:p>
            <w:r>
              <w:t>정답: ① 낮아진다 ② 폐포 환기량 ③ 낮아진다</w:t>
            </w:r>
          </w:p>
          <w:p>
            <w:r>
              <w:t>① A에서 고산 지대인 B로 이동하면 대기의 산소 분압은 낮아진다. 문제에서 제시한 두 표현 중 낮아진다를 고른다. 이는 폐포 내부의 산소 분압을 낮추는 요인이다.</w:t>
            </w:r>
          </w:p>
          <w:p>
            <w:r>
              <w:t>① 낮아진다</w:t>
            </w:r>
          </w:p>
        </w:tc>
      </w:tr>
      <w:tr>
        <w:tc>
          <w:tcPr>
            <w:tcW w:type="dxa" w:w="1512"/>
          </w:tcPr>
          <w:p>
            <w:r/>
            <w:r>
              <w:t>인쇄 84쪽</w:t>
            </w:r>
          </w:p>
          <w:p>
            <w:r>
              <w:t>PDF 92쪽</w:t>
            </w:r>
          </w:p>
          <w:p>
            <w:r>
              <w:t>KN-164</w:t>
            </w:r>
          </w:p>
          <w:p>
            <w:r>
              <w:t>P2422</w:t>
            </w:r>
          </w:p>
        </w:tc>
        <w:tc>
          <w:tcPr>
            <w:tcW w:type="dxa" w:w="2592"/>
          </w:tcPr>
          <w:p>
            <w:r/>
            <w:r>
              <w:t>요약① 중복 빈칸</w:t>
            </w:r>
          </w:p>
        </w:tc>
        <w:tc>
          <w:tcPr>
            <w:tcW w:type="dxa" w:w="6264"/>
          </w:tcPr>
          <w:p>
            <w:r/>
            <w:r>
              <w:t>답안 범위·사례 판단·유형·요약 원문 일치</w:t>
            </w:r>
          </w:p>
          <w:p>
            <w:r>
              <w:t>반영 문구</w:t>
            </w:r>
          </w:p>
          <w:p>
            <w:r>
              <w:t>핵심 개념과 영향</w:t>
            </w:r>
          </w:p>
        </w:tc>
      </w:tr>
      <w:tr>
        <w:tc>
          <w:tcPr>
            <w:tcW w:type="dxa" w:w="1512"/>
          </w:tcPr>
          <w:p>
            <w:r/>
            <w:r>
              <w:t>인쇄 85쪽</w:t>
            </w:r>
          </w:p>
          <w:p>
            <w:r>
              <w:t>PDF 93쪽</w:t>
            </w:r>
          </w:p>
          <w:p>
            <w:r>
              <w:t>KN-164</w:t>
            </w:r>
          </w:p>
          <w:p>
            <w:r>
              <w:t>P2423</w:t>
            </w:r>
          </w:p>
        </w:tc>
        <w:tc>
          <w:tcPr>
            <w:tcW w:type="dxa" w:w="2592"/>
          </w:tcPr>
          <w:p>
            <w:r/>
            <w:r>
              <w:t>읽기 전후 오기·난이도 대립기호 오용</w:t>
            </w:r>
          </w:p>
        </w:tc>
        <w:tc>
          <w:tcPr>
            <w:tcW w:type="dxa" w:w="6264"/>
          </w:tcPr>
          <w:p>
            <w:r/>
            <w:r>
              <w:t>답안 범위·사례 판단·유형·요약 원문 일치</w:t>
            </w:r>
          </w:p>
          <w:p>
            <w:r>
              <w:t>반영 문구</w:t>
            </w:r>
          </w:p>
          <w:p>
            <w:r>
              <w:t>생소한 주제 → 읽기 전·중에 관련 (14)</w:t>
            </w:r>
          </w:p>
          <w:p>
            <w:r>
              <w:t>텍스트 복잡도는 단순한 난이도를 넘어 독자의 의미 파악 및 (15)</w:t>
            </w:r>
          </w:p>
        </w:tc>
      </w:tr>
      <w:tr>
        <w:tc>
          <w:tcPr>
            <w:tcW w:type="dxa" w:w="1512"/>
          </w:tcPr>
          <w:p>
            <w:r/>
            <w:r>
              <w:t>인쇄 86쪽</w:t>
            </w:r>
          </w:p>
          <w:p>
            <w:r>
              <w:t>PDF 94쪽</w:t>
            </w:r>
          </w:p>
          <w:p>
            <w:r>
              <w:t>KN-164</w:t>
            </w:r>
          </w:p>
          <w:p>
            <w:r>
              <w:t>P2424</w:t>
            </w:r>
          </w:p>
        </w:tc>
        <w:tc>
          <w:tcPr>
            <w:tcW w:type="dxa" w:w="2592"/>
          </w:tcPr>
          <w:p>
            <w:r/>
            <w:r>
              <w:t>1번 배경지식 보완·활용 혼동과2번 유형</w:t>
            </w:r>
          </w:p>
        </w:tc>
        <w:tc>
          <w:tcPr>
            <w:tcW w:type="dxa" w:w="6264"/>
          </w:tcPr>
          <w:p>
            <w:r/>
            <w:r>
              <w:t>답안 범위·사례 판단·유형·요약 원문 일치</w:t>
            </w:r>
          </w:p>
          <w:p>
            <w:r>
              <w:t>반영 문구</w:t>
            </w:r>
          </w:p>
          <w:p>
            <w:r>
              <w:t>A-1</w:t>
            </w:r>
          </w:p>
          <w:p>
            <w:r>
              <w:t>요약 표/보기 빈칸</w:t>
            </w:r>
          </w:p>
          <w:p>
            <w:r>
              <w:t>다음은 EBS 수능완성 3번의 &lt;보기&gt;이다. 학생들의 대화를 분석한 아래 해설의 ①~③에 들어갈 말을 윗글에서 찾아 쓰시오. ①·②는 각각 2어절, ③은 4음절의 명사로 쓸 것.</w:t>
            </w:r>
          </w:p>
          <w:p>
            <w:r>
              <w:t>가리키는 ( ② )에 해당한다. 학생 3이 동아리 활동에서 조사했던 개념과 연결하며 읽은 것은, 텍스트 외부 요인인 자신의 ( ③ )을 활용하여 이해의 부담을 줄인 사례이다.</w:t>
            </w:r>
          </w:p>
          <w:p>
            <w:r>
              <w:t>다음은 텍스트 복잡도 학습 노트이다. ①·②는 요인 앞의 2음절을, ③은 말미 조사 으로를 제외한 3음절을 윗글에서 찾아 쓰시오.</w:t>
            </w:r>
          </w:p>
        </w:tc>
      </w:tr>
      <w:tr>
        <w:tc>
          <w:tcPr>
            <w:tcW w:type="dxa" w:w="1512"/>
          </w:tcPr>
          <w:p>
            <w:r/>
            <w:r>
              <w:t>인쇄 87쪽</w:t>
            </w:r>
          </w:p>
          <w:p>
            <w:r>
              <w:t>PDF 95쪽</w:t>
            </w:r>
          </w:p>
          <w:p>
            <w:r>
              <w:t>KN-164</w:t>
            </w:r>
          </w:p>
          <w:p>
            <w:r>
              <w:t>P2425</w:t>
            </w:r>
          </w:p>
        </w:tc>
        <w:tc>
          <w:tcPr>
            <w:tcW w:type="dxa" w:w="2592"/>
          </w:tcPr>
          <w:p>
            <w:r/>
            <w:r>
              <w:t>3번 첫끝어절 유형 오기·하준 발화와 분석 모순</w:t>
            </w:r>
          </w:p>
        </w:tc>
        <w:tc>
          <w:tcPr>
            <w:tcW w:type="dxa" w:w="6264"/>
          </w:tcPr>
          <w:p>
            <w:r/>
            <w:r>
              <w:t>답안 범위·사례 판단·유형·요약 원문 일치</w:t>
            </w:r>
          </w:p>
          <w:p>
            <w:r>
              <w:t>반영 문구</w:t>
            </w:r>
          </w:p>
          <w:p>
            <w:r>
              <w:t>A-1</w:t>
            </w:r>
          </w:p>
          <w:p>
            <w:r>
              <w:t>요약 표/보기 빈칸</w:t>
            </w:r>
          </w:p>
          <w:p>
            <w:r>
              <w:t>하준이 기사문의 주제에 친숙했던 것은 동아리 활동으로 형성된 ( ③ )이/가 있었기 때문이다. 이는 텍스트 외부의 요인에 해당한다.</w:t>
            </w:r>
          </w:p>
        </w:tc>
      </w:tr>
      <w:tr>
        <w:tc>
          <w:tcPr>
            <w:tcW w:type="dxa" w:w="1512"/>
          </w:tcPr>
          <w:p>
            <w:r/>
            <w:r>
              <w:t>인쇄 88쪽</w:t>
            </w:r>
          </w:p>
          <w:p>
            <w:r>
              <w:t>PDF 96쪽</w:t>
            </w:r>
          </w:p>
          <w:p>
            <w:r>
              <w:t>KN-164</w:t>
            </w:r>
          </w:p>
          <w:p>
            <w:r>
              <w:t>P2426</w:t>
            </w:r>
          </w:p>
        </w:tc>
        <w:tc>
          <w:tcPr>
            <w:tcW w:type="dxa" w:w="2592"/>
          </w:tcPr>
          <w:p>
            <w:r/>
            <w:r>
              <w:t>1번 정답·채점·사례해설 및2번 원문근거</w:t>
            </w:r>
          </w:p>
        </w:tc>
        <w:tc>
          <w:tcPr>
            <w:tcW w:type="dxa" w:w="6264"/>
          </w:tcPr>
          <w:p>
            <w:r/>
            <w:r>
              <w:t>답안 범위·사례 판단·유형·요약 원문 일치</w:t>
            </w:r>
          </w:p>
          <w:p>
            <w:r>
              <w:t>반영 문구</w:t>
            </w:r>
          </w:p>
          <w:p>
            <w:r>
              <w:t>• EBS 연계 방식: 수능완성 3번의 대화를 양적·질적 요인과 독자 및 과제 요인으로 분석하였다. 선지 ①·④의 잘못된 설명을 바로잡아 학생 1의 두 요인과 학생 3의 배경지식 활용을 구별하게 하였다.</w:t>
            </w:r>
          </w:p>
          <w:p>
            <w:r>
              <w:t>정답: ① 양적 요인 ② 질적 요인 ③ 배경지식</w:t>
            </w:r>
          </w:p>
          <w:p>
            <w:r>
              <w:t>③ 학생 3은 이미 동아리 활동에서 얻은 지식을 활용하였다. 2문단의 독자 및 과제 요인에 포함되는 배경지식을 4음절로 쓴다.</w:t>
            </w:r>
          </w:p>
          <w:p>
            <w:r>
              <w:t>③ 배경지식</w:t>
            </w:r>
          </w:p>
          <w:p>
            <w:r>
              <w:t>• EBS 연계 방식: 수능완성 1번의 세 요인 구별과 지문 2·4문단의 정의 및 결론을 학습 노트로 정리하였다. 양적 요인과 질적 요인의 특성을 표에서 구별하고, 요인 분석과 적합한 읽기 전략에 따른 심층적 이해를 원문 표현으로 찾게 하였다.</w:t>
            </w:r>
          </w:p>
          <w:p>
            <w:r>
              <w:t>③ 4문단 마지막 문장의 심층적으로에서 문제 조건에 따라 말미 조사 으로를 제외하여 심층적을 쓴다. 빈칸 뒤에 으로가 이미 있으므로 함께 적지 않는다.</w:t>
            </w:r>
          </w:p>
          <w:p>
            <w:r>
              <w:t>• 측정 능력: 구체적 읽기 사례를 텍스트 복잡도의 세 요인으로 분류하고, 지문에서 각 요인의 명칭과 핵심 개념어를 정확히 찾는 능력.</w:t>
            </w:r>
          </w:p>
        </w:tc>
      </w:tr>
      <w:tr>
        <w:tc>
          <w:tcPr>
            <w:tcW w:type="dxa" w:w="1512"/>
          </w:tcPr>
          <w:p>
            <w:r/>
            <w:r>
              <w:t>인쇄 89쪽</w:t>
            </w:r>
          </w:p>
          <w:p>
            <w:r>
              <w:t>PDF 97쪽</w:t>
            </w:r>
          </w:p>
          <w:p>
            <w:r>
              <w:t>KN-164</w:t>
            </w:r>
          </w:p>
          <w:p>
            <w:r>
              <w:t>P2427</w:t>
            </w:r>
          </w:p>
        </w:tc>
        <w:tc>
          <w:tcPr>
            <w:tcW w:type="dxa" w:w="2592"/>
          </w:tcPr>
          <w:p>
            <w:r/>
            <w:r>
              <w:t>3번 이해 성공 단정·과장된 연계 설명</w:t>
            </w:r>
          </w:p>
        </w:tc>
        <w:tc>
          <w:tcPr>
            <w:tcW w:type="dxa" w:w="6264"/>
          </w:tcPr>
          <w:p>
            <w:r/>
            <w:r>
              <w:t>답안 범위·사례 판단·유형·요약 원문 일치</w:t>
            </w:r>
          </w:p>
          <w:p>
            <w:r>
              <w:t>반영 문구</w:t>
            </w:r>
          </w:p>
          <w:p>
            <w:r>
              <w:t>• EBS 연계 방식: 수능완성 3번의 학생 대화를 반도체 산업 기사문 사례로 재구성하였다. 전문 용어와 비유에 따른 어려움, 읽기 속도 저하, 동아리 활동에 따른 주제 친숙성을 각각 지문 1·2문단의 개념과 연결하여 빈칸으로 제시하였다.</w:t>
            </w:r>
          </w:p>
          <w:p>
            <w:r>
              <w:t>③ 하준은 문장 구조 때문에 의미 파악은 힘들었지만, 동아리에서 다룬 주제에는 친숙했다. 이 친숙성을 설명하는 텍스트 외부 요인인 배경지식을 2문단에서 찾는다.</w:t>
            </w:r>
          </w:p>
        </w:tc>
      </w:tr>
      <w:tr>
        <w:tc>
          <w:tcPr>
            <w:tcW w:type="dxa" w:w="1512"/>
          </w:tcPr>
          <w:p>
            <w:r/>
            <w:r>
              <w:t>인쇄 90쪽</w:t>
            </w:r>
          </w:p>
          <w:p>
            <w:r>
              <w:t>PDF 98쪽</w:t>
            </w:r>
          </w:p>
          <w:p>
            <w:r>
              <w:t>KN-165</w:t>
            </w:r>
          </w:p>
          <w:p>
            <w:r>
              <w:t>P2428</w:t>
            </w:r>
          </w:p>
        </w:tc>
        <w:tc>
          <w:tcPr>
            <w:tcW w:type="dxa" w:w="2592"/>
          </w:tcPr>
          <w:p>
            <w:r/>
            <w:r>
              <w:t>지각 경험·지각적 믿음 혼동한 세 요약</w:t>
            </w:r>
          </w:p>
        </w:tc>
        <w:tc>
          <w:tcPr>
            <w:tcW w:type="dxa" w:w="6264"/>
          </w:tcPr>
          <w:p>
            <w:r/>
            <w:r>
              <w:t>원문 대조로 개념·조건·문항 인용 및 유형 수정</w:t>
            </w:r>
          </w:p>
          <w:p>
            <w:r>
              <w:t>반영 문구</w:t>
            </w:r>
          </w:p>
          <w:p>
            <w:r>
              <w:t>↔ (2)</w:t>
            </w:r>
          </w:p>
          <w:p>
            <w:r>
              <w:t>지각적 믿음</w:t>
            </w:r>
          </w:p>
          <w:p>
            <w:r>
              <w:t>의 구분 필요성 제기</w:t>
            </w:r>
          </w:p>
          <w:p>
            <w:r>
              <w:t>→ 속성 판단 및 동일성 판단 → (2)</w:t>
            </w:r>
          </w:p>
          <w:p>
            <w:r>
              <w:t>형성</w:t>
            </w:r>
          </w:p>
          <w:p>
            <w:r>
              <w:t>(2)</w:t>
            </w:r>
          </w:p>
          <w:p>
            <w:r>
              <w:t>의 (7)</w:t>
            </w:r>
          </w:p>
          <w:p>
            <w:r>
              <w:t>인식론적</w:t>
            </w:r>
          </w:p>
          <w:p>
            <w:r>
              <w:t>정당성 논의</w:t>
            </w:r>
          </w:p>
        </w:tc>
      </w:tr>
      <w:tr>
        <w:tc>
          <w:tcPr>
            <w:tcW w:type="dxa" w:w="1512"/>
          </w:tcPr>
          <w:p>
            <w:r/>
            <w:r>
              <w:t>인쇄 91쪽</w:t>
            </w:r>
          </w:p>
          <w:p>
            <w:r>
              <w:t>PDF 99쪽</w:t>
            </w:r>
          </w:p>
          <w:p>
            <w:r>
              <w:t>KN-165</w:t>
            </w:r>
          </w:p>
          <w:p>
            <w:r>
              <w:t>P2429</w:t>
            </w:r>
          </w:p>
        </w:tc>
        <w:tc>
          <w:tcPr>
            <w:tcW w:type="dxa" w:w="2592"/>
          </w:tcPr>
          <w:p>
            <w:r/>
            <w:r>
              <w:t>개념주의의 필요조건을 충분조건으로 바꾼 요약</w:t>
            </w:r>
          </w:p>
        </w:tc>
        <w:tc>
          <w:tcPr>
            <w:tcW w:type="dxa" w:w="6264"/>
          </w:tcPr>
          <w:p>
            <w:r/>
            <w:r>
              <w:t>원문 대조로 개념·조건·문항 인용 및 유형 수정</w:t>
            </w:r>
          </w:p>
          <w:p>
            <w:r>
              <w:t>반영 문구</w:t>
            </w:r>
          </w:p>
          <w:p>
            <w:r>
              <w:t>: 지각 경험이 개념으로 표현 가능한 인지적 내용으로 구조화될 때에만</w:t>
            </w:r>
          </w:p>
          <w:p>
            <w:r>
              <w:t>옳음 조건을 충족하고 지각적 믿음의 정당화 근거가 될 수 있음</w:t>
            </w:r>
          </w:p>
          <w:p>
            <w:r>
              <w:t>지각 경험을 단순한 감각적 표상을 넘어 지식의 형성과 정당화의 가능 조건으로 이해할 수 있는지 규명함</w:t>
            </w:r>
          </w:p>
        </w:tc>
      </w:tr>
      <w:tr>
        <w:tc>
          <w:tcPr>
            <w:tcW w:type="dxa" w:w="1512"/>
          </w:tcPr>
          <w:p>
            <w:r/>
            <w:r>
              <w:t>인쇄 92쪽</w:t>
            </w:r>
          </w:p>
          <w:p>
            <w:r>
              <w:t>PDF 100쪽</w:t>
            </w:r>
          </w:p>
          <w:p>
            <w:r>
              <w:t>KN-165</w:t>
            </w:r>
          </w:p>
          <w:p>
            <w:r>
              <w:t>P2430</w:t>
            </w:r>
          </w:p>
        </w:tc>
        <w:tc>
          <w:tcPr>
            <w:tcW w:type="dxa" w:w="2592"/>
          </w:tcPr>
          <w:p>
            <w:r/>
            <w:r>
              <w:t>1번 답안 추출 범위와2번 불가능 단정</w:t>
            </w:r>
          </w:p>
        </w:tc>
        <w:tc>
          <w:tcPr>
            <w:tcW w:type="dxa" w:w="6264"/>
          </w:tcPr>
          <w:p>
            <w:r/>
            <w:r>
              <w:t>원문 대조로 개념·조건·문항 인용 및 유형 수정</w:t>
            </w:r>
          </w:p>
          <w:p>
            <w:r>
              <w:t>반영 문구</w:t>
            </w:r>
          </w:p>
          <w:p>
            <w:r>
              <w:t>&lt;보기&gt;는 지각 경험에 대한 두 입장을 정리한 것이다. ①은 3음절의 명사, ②는 말미 조사를 제외한 2어절의 명사구로 윗글에서 찾아 쓰시오.</w:t>
            </w:r>
          </w:p>
          <w:p>
            <w:r>
              <w:t>하여 지각 경험은 판단·추론과 분리되기 어렵다고 본 반</w:t>
            </w:r>
          </w:p>
        </w:tc>
      </w:tr>
      <w:tr>
        <w:tc>
          <w:tcPr>
            <w:tcW w:type="dxa" w:w="1512"/>
          </w:tcPr>
          <w:p>
            <w:r/>
            <w:r>
              <w:t>인쇄 93쪽</w:t>
            </w:r>
          </w:p>
          <w:p>
            <w:r>
              <w:t>PDF 101쪽</w:t>
            </w:r>
          </w:p>
          <w:p>
            <w:r>
              <w:t>KN-165</w:t>
            </w:r>
          </w:p>
          <w:p>
            <w:r>
              <w:t>P2431</w:t>
            </w:r>
          </w:p>
        </w:tc>
        <w:tc>
          <w:tcPr>
            <w:tcW w:type="dxa" w:w="2592"/>
          </w:tcPr>
          <w:p>
            <w:r/>
            <w:r>
              <w:t>3번 글쓰기계획 유형·밑줄 오기</w:t>
            </w:r>
          </w:p>
        </w:tc>
        <w:tc>
          <w:tcPr>
            <w:tcW w:type="dxa" w:w="6264"/>
          </w:tcPr>
          <w:p>
            <w:r/>
            <w:r>
              <w:t>원문 대조로 개념·조건·문항 인용 및 유형 수정</w:t>
            </w:r>
          </w:p>
          <w:p>
            <w:r>
              <w:t>반영 문구</w:t>
            </w:r>
          </w:p>
          <w:p>
            <w:r>
              <w:t>A-1</w:t>
            </w:r>
          </w:p>
          <w:p>
            <w:r>
              <w:t>요약 표/보기 빈칸</w:t>
            </w:r>
          </w:p>
          <w:p>
            <w:r>
              <w:t>다음은 윗글 (나)의 핵심 대립 구조를 정리한 것이다. 빈칸 ㉠~㉢에 들어갈 말을 윗글에서 찾아 쓰시오. ㉠은 2어절의 개념어로, ㉡·㉢은 두 학자의 이름으로 쓸 것.</w:t>
            </w:r>
          </w:p>
        </w:tc>
      </w:tr>
      <w:tr>
        <w:tc>
          <w:tcPr>
            <w:tcW w:type="dxa" w:w="1512"/>
          </w:tcPr>
          <w:p>
            <w:r/>
            <w:r>
              <w:t>인쇄 94쪽</w:t>
            </w:r>
          </w:p>
          <w:p>
            <w:r>
              <w:t>PDF 102쪽</w:t>
            </w:r>
          </w:p>
          <w:p>
            <w:r>
              <w:t>KN-165</w:t>
            </w:r>
          </w:p>
          <w:p>
            <w:r>
              <w:t>P2432</w:t>
            </w:r>
          </w:p>
        </w:tc>
        <w:tc>
          <w:tcPr>
            <w:tcW w:type="dxa" w:w="2592"/>
          </w:tcPr>
          <w:p>
            <w:r/>
            <w:r>
              <w:t>1·2번 EBS 인용 오류와 추출 해설</w:t>
            </w:r>
          </w:p>
        </w:tc>
        <w:tc>
          <w:tcPr>
            <w:tcW w:type="dxa" w:w="6264"/>
          </w:tcPr>
          <w:p>
            <w:r/>
            <w:r>
              <w:t>원문 대조로 개념·조건·문항 인용 및 유형 수정</w:t>
            </w:r>
          </w:p>
          <w:p>
            <w:r>
              <w:t>반영 문구</w:t>
            </w:r>
          </w:p>
          <w:p>
            <w:r>
              <w:t>• EBS 연계 방식: 수능완성 7번 활동지의 개념주의·비개념주의 구별과 8번 사례의 인지 작용 해석을 바탕으로 두 입장의 핵심 주장을 표로 정리하였다. 정답은 (나) 2·3문단에서 문제의 추출 조건에 맞게 찾는다.</w:t>
            </w:r>
          </w:p>
          <w:p>
            <w:r>
              <w:t>① (나) 2문단 첫 문장의 구조화될에서 명사 부분인 구조화를 3음절로 쓴다. 뒤의 될은 빈칸 밖에 이미 제시되어 있으므로 함께 적지 않는다.</w:t>
            </w:r>
          </w:p>
          <w:p>
            <w:r>
              <w:t>② (나) 3문단의 개념적 해석 이전의 심적 상태로 존재하면서에서 심적 상태로를 찾는다. 문제 조건에 따라 말미 조사 로를 제외하여 심적 상태의 2어절로 쓴다.</w:t>
            </w:r>
          </w:p>
          <w:p>
            <w:r>
              <w:t>• EBS 연계 방식: 수능완성 5번의 두 학자 관점 구별과 7·8번의 정당화 조건 및 정보 변환 해석을 빈칸과 서술형 문항으로 재구성하였다. (가) 3문단의 옳음 조건, (나) 2문단의 개념적 구조화와 3문단의 필연적 정보 손실을 근거로 답한다.</w:t>
            </w:r>
          </w:p>
          <w:p>
            <w:r>
              <w:t>정답: ① 옳음 조건 ② 지각 경험이 개념으로 표현 가능한 인지적 내용으로 이미 구조화되어 있어야 한다. ③ 비개념적 지각 경험이 고차 인지 작용을 통해 개념적 정보로 변환되는 과정에서 정보의 손실이 필연적으로 발생하기 때문이다.</w:t>
            </w:r>
          </w:p>
          <w:p>
            <w:r>
              <w:t>② 개념으로 표현 가능한 인지적 내용 2점 + 구조화되어야 함 2점</w:t>
            </w:r>
          </w:p>
        </w:tc>
      </w:tr>
      <w:tr>
        <w:tc>
          <w:tcPr>
            <w:tcW w:type="dxa" w:w="1512"/>
          </w:tcPr>
          <w:p>
            <w:r/>
            <w:r>
              <w:t>인쇄 95쪽</w:t>
            </w:r>
          </w:p>
          <w:p>
            <w:r>
              <w:t>PDF 103쪽</w:t>
            </w:r>
          </w:p>
          <w:p>
            <w:r>
              <w:t>KN-165</w:t>
            </w:r>
          </w:p>
          <w:p>
            <w:r>
              <w:t>P2433</w:t>
            </w:r>
          </w:p>
        </w:tc>
        <w:tc>
          <w:tcPr>
            <w:tcW w:type="dxa" w:w="2592"/>
          </w:tcPr>
          <w:p>
            <w:r/>
            <w:r>
              <w:t>3·4번 EBS 문제 번호·연계 근거 오류</w:t>
            </w:r>
          </w:p>
        </w:tc>
        <w:tc>
          <w:tcPr>
            <w:tcW w:type="dxa" w:w="6264"/>
          </w:tcPr>
          <w:p>
            <w:r/>
            <w:r>
              <w:t>원문 대조로 개념·조건·문항 인용 및 유형 수정</w:t>
            </w:r>
          </w:p>
          <w:p>
            <w:r>
              <w:t>반영 문구</w:t>
            </w:r>
          </w:p>
          <w:p>
            <w:r>
              <w:t>• EBS 연계 방식: 수능완성 7번 활동지와 8번 사례의 판단에 필요한 옳음 조건 및 두 학자의 입장을 요약문 빈칸으로 재구성하였다. (나) 2·3문단에서 개념주의의 데닛과 비개념주의의 드레츠키를 구별하여 찾는다.</w:t>
            </w:r>
          </w:p>
          <w:p>
            <w:r>
              <w:t>• EBS 연계 방식: 수능완성 8번 사례에서 다룬 지각 경험과 인지 작용의 관계를 요약문으로 재구성하였다. 감각적 표상과 옳음 조건은 (가) 2·3문단의 정의에서, 개념적 정보는 (나) 3문단의 드레츠키 설명에서 추출하도록 하였다.</w:t>
            </w:r>
          </w:p>
        </w:tc>
      </w:tr>
      <w:tr>
        <w:tc>
          <w:tcPr>
            <w:tcW w:type="dxa" w:w="1512"/>
          </w:tcPr>
          <w:p>
            <w:r/>
            <w:r>
              <w:t>인쇄 96쪽</w:t>
            </w:r>
          </w:p>
          <w:p>
            <w:r>
              <w:t>PDF 104쪽</w:t>
            </w:r>
          </w:p>
          <w:p>
            <w:r>
              <w:t>KN-166</w:t>
            </w:r>
          </w:p>
          <w:p>
            <w:r>
              <w:t>P2464</w:t>
            </w:r>
          </w:p>
        </w:tc>
        <w:tc>
          <w:tcPr>
            <w:tcW w:type="dxa" w:w="2592"/>
          </w:tcPr>
          <w:p>
            <w:r/>
            <w:r>
              <w:t>인식 결여의 정당한 이유를 수식하는 요약 표현</w:t>
            </w:r>
          </w:p>
          <w:p>
            <w:r>
              <w:t>수정 전: 위법성 인식이 결여된 정당한 이유</w:t>
            </w:r>
          </w:p>
        </w:tc>
        <w:tc>
          <w:tcPr>
            <w:tcW w:type="dxa" w:w="6264"/>
          </w:tcPr>
          <w:p>
            <w:r/>
            <w:r>
              <w:t>위법성 인식 결여의 정당한 이유</w:t>
            </w:r>
          </w:p>
          <w:p>
            <w:r>
              <w:t>반영 문구</w:t>
            </w:r>
          </w:p>
          <w:p>
            <w:r>
              <w:t>위법성 인식 결여의 (4)</w:t>
            </w:r>
          </w:p>
        </w:tc>
      </w:tr>
      <w:tr>
        <w:tc>
          <w:tcPr>
            <w:tcW w:type="dxa" w:w="1512"/>
          </w:tcPr>
          <w:p>
            <w:r/>
            <w:r>
              <w:t>인쇄 98쪽</w:t>
            </w:r>
          </w:p>
          <w:p>
            <w:r>
              <w:t>PDF 106쪽</w:t>
            </w:r>
          </w:p>
          <w:p>
            <w:r>
              <w:t>KN-166</w:t>
            </w:r>
          </w:p>
          <w:p>
            <w:r>
              <w:t>P2454</w:t>
            </w:r>
          </w:p>
        </w:tc>
        <w:tc>
          <w:tcPr>
            <w:tcW w:type="dxa" w:w="2592"/>
          </w:tcPr>
          <w:p>
            <w:r/>
            <w:r>
              <w:t>1번 유형·문장 경계·답안 추출조건</w:t>
            </w:r>
          </w:p>
        </w:tc>
        <w:tc>
          <w:tcPr>
            <w:tcW w:type="dxa" w:w="6264"/>
          </w:tcPr>
          <w:p>
            <w:r/>
            <w:r>
              <w:t>문장 전체 경계·정답조건·개념·원문근거·유형 일치</w:t>
            </w:r>
          </w:p>
          <w:p>
            <w:r>
              <w:t>반영 문구</w:t>
            </w:r>
          </w:p>
          <w:p>
            <w:r>
              <w:t>A-1</w:t>
            </w:r>
          </w:p>
          <w:p>
            <w:r>
              <w:t>요약 표/보기 빈칸</w:t>
            </w:r>
          </w:p>
          <w:p>
            <w:r>
              <w:t>표의 빈칸에 들어갈 말을 지문에서 찾으시오. ①은 2음절, ②는 5음절의 명사구로 말미 조사를 제외할 것. ③은 해당 내용의 완전한 한 문장을 찾아 첫·마지막 어절을 쓸 것. (문장 부호 생략 가능)</w:t>
            </w:r>
          </w:p>
        </w:tc>
      </w:tr>
      <w:tr>
        <w:tc>
          <w:tcPr>
            <w:tcW w:type="dxa" w:w="1512"/>
          </w:tcPr>
          <w:p>
            <w:r/>
            <w:r>
              <w:t>인쇄 99쪽</w:t>
            </w:r>
          </w:p>
          <w:p>
            <w:r>
              <w:t>PDF 107쪽</w:t>
            </w:r>
          </w:p>
          <w:p>
            <w:r>
              <w:t>KN-166</w:t>
            </w:r>
          </w:p>
          <w:p>
            <w:r>
              <w:t>P2455</w:t>
            </w:r>
          </w:p>
        </w:tc>
        <w:tc>
          <w:tcPr>
            <w:tcW w:type="dxa" w:w="2592"/>
          </w:tcPr>
          <w:p>
            <w:r/>
            <w:r>
              <w:t>4번 유형·고의와 범죄 성립 관계·한자 조건</w:t>
            </w:r>
          </w:p>
        </w:tc>
        <w:tc>
          <w:tcPr>
            <w:tcW w:type="dxa" w:w="6264"/>
          </w:tcPr>
          <w:p>
            <w:r/>
            <w:r>
              <w:t>문장 전체 경계·정답조건·개념·원문근거·유형 일치</w:t>
            </w:r>
          </w:p>
          <w:p>
            <w:r>
              <w:t>반영 문구</w:t>
            </w:r>
          </w:p>
          <w:p>
            <w:r>
              <w:t>A-1</w:t>
            </w:r>
          </w:p>
          <w:p>
            <w:r>
              <w:t>요약 표/보기 빈칸</w:t>
            </w:r>
          </w:p>
          <w:p>
            <w:r>
              <w:t>표의 ㉠~㉢을 지문에서 명사 또는 명사구로 찾아 쓰시오. 말미 조사는 제외하며, 한자 병기는 생략해도 됨.</w:t>
            </w:r>
          </w:p>
          <w:p>
            <w:r>
              <w:t>범죄 성립의 핵심 요소인 고의가 성립함</w:t>
            </w:r>
          </w:p>
        </w:tc>
      </w:tr>
      <w:tr>
        <w:tc>
          <w:tcPr>
            <w:tcW w:type="dxa" w:w="1512"/>
          </w:tcPr>
          <w:p>
            <w:r/>
            <w:r>
              <w:t>인쇄 100쪽</w:t>
            </w:r>
          </w:p>
          <w:p>
            <w:r>
              <w:t>PDF 108쪽</w:t>
            </w:r>
          </w:p>
          <w:p>
            <w:r>
              <w:t>KN-166</w:t>
            </w:r>
          </w:p>
          <w:p>
            <w:r>
              <w:t>P2456</w:t>
            </w:r>
          </w:p>
        </w:tc>
        <w:tc>
          <w:tcPr>
            <w:tcW w:type="dxa" w:w="2592"/>
          </w:tcPr>
          <w:p>
            <w:r/>
            <w:r>
              <w:t>EBS문항번호·선지 정오 혼동·첫끝어절 전체문장</w:t>
            </w:r>
          </w:p>
        </w:tc>
        <w:tc>
          <w:tcPr>
            <w:tcW w:type="dxa" w:w="6264"/>
          </w:tcPr>
          <w:p>
            <w:r/>
            <w:r>
              <w:t>문장 전체 경계·정답조건·개념·원문근거·유형 일치</w:t>
            </w:r>
          </w:p>
          <w:p>
            <w:r>
              <w:t>반영 문구</w:t>
            </w:r>
          </w:p>
          <w:p>
            <w:r>
              <w:t>• EBS 연계 방식: 수능완성 11번 ①의 사실·법률 착오 혼동을 바로잡고, 12번 ③의 책임설과 13번 ④의 잘못된 회피 가능성 판단을 표로 정리하였다. 13번 ④와 달리, 확인 절차로 부지를 피할 수 있었다면 정당한 이유를 인정하기 어렵다는 원문 문장을 찾게 하였다.</w:t>
            </w:r>
          </w:p>
          <w:p>
            <w:r>
              <w:t>• EBS 연계 방식: 수능완성 12번의 고의설·책임설 구별과 13번 모의 재판의 정당한 이유 판단을 요약표로 재구성하였다. 위법성의 인식을 고의와 연결하는 방식 및 정당한 이유를 판단하는 기준을 구별하여, 고의설·책임설·상당한 이유설을 원문에서 찾는다.</w:t>
            </w:r>
          </w:p>
          <w:p>
            <w:r>
              <w:t>③ 4문단 마지막 문장 전체를 찾는다. 간단한 확인 절차를 거쳤다면 그 법규의 존재를 알 수 있었던 경우와 같이, 법규에 대한 부지를 피할 수 있었던 상황에서는 정당한 이유가 인정되기 어렵다. 이 문장은 다음 단으로 이어진다. 문장 중간의 구절이나 행에서 끊지 않고 첫 어절 간단한과 마지막 어절 어렵다를 쓴다.</w:t>
            </w:r>
          </w:p>
        </w:tc>
      </w:tr>
      <w:tr>
        <w:tc>
          <w:tcPr>
            <w:tcW w:type="dxa" w:w="1512"/>
          </w:tcPr>
          <w:p>
            <w:r/>
            <w:r>
              <w:t>인쇄 101쪽</w:t>
            </w:r>
          </w:p>
          <w:p>
            <w:r>
              <w:t>PDF 109쪽</w:t>
            </w:r>
          </w:p>
          <w:p>
            <w:r>
              <w:t>KN-166</w:t>
            </w:r>
          </w:p>
          <w:p>
            <w:r>
              <w:t>P2457</w:t>
            </w:r>
          </w:p>
        </w:tc>
        <w:tc>
          <w:tcPr>
            <w:tcW w:type="dxa" w:w="2592"/>
          </w:tcPr>
          <w:p>
            <w:r/>
            <w:r>
              <w:t>3번조건위반답안허용·4번주어오설명·한자강요·EBS번호</w:t>
            </w:r>
          </w:p>
        </w:tc>
        <w:tc>
          <w:tcPr>
            <w:tcW w:type="dxa" w:w="6264"/>
          </w:tcPr>
          <w:p>
            <w:r/>
            <w:r>
              <w:t>문장 전체 경계·정답조건·개념·원문근거·유형 일치</w:t>
            </w:r>
          </w:p>
          <w:p>
            <w:r>
              <w:t>반영 문구</w:t>
            </w:r>
          </w:p>
          <w:p>
            <w:r>
              <w:t>• EBS 연계 방식: 수능완성 12번에서 다룬 고의설과 책임설을 비교표로 정리하였다. 적절한 선지 ③의 위법성 인식 결여와 정당한 이유에 따른 책임 판단을 근거로 삼아 고의, 정당한 이유, 책임을 구별하여 추출하게 하였다.</w:t>
            </w:r>
          </w:p>
          <w:p>
            <w:r>
              <w:t>③ 3문단의 법적 책임을 물을 수 있다는 대목에서 명사 책임을 찾는다. 문제의 2음절 조건과 빈칸 앞에 이미 있는 법적을 고려하면 책임만 써야 한다. 법적 책임은 음절 수와 빈칸 대입 조건에 맞지 않는다.</w:t>
            </w:r>
          </w:p>
          <w:p>
            <w:r>
              <w:t>• EBS 연계 방식: 수능완성 12번의 고의설·책임설 구별과 13번 모의 재판의 상당한 이유설·회피 가능성설을 판단 기준과 결론으로 정리하였다. 각 기준에 해당하는 정당한 이유, 상당한 이유설, 부지를 원문 표현으로 찾게 하였다.</w:t>
            </w:r>
          </w:p>
          <w:p>
            <w:r>
              <w:t>㉠ 3문단의 정당한 이유가 없다면 법적 책임을 물을 수 있다는 대목을 찾는다. 정당한 이유가는 없다면의 주어이다. 말미 조사 가를 제외하여 정당한 이유를 쓴다.</w:t>
            </w:r>
          </w:p>
          <w:p>
            <w:r>
              <w:t>㉢ 4문단에서 회피하는 대상을 찾으면 부지이다. 본문에 한자 不知가 병기되어 있고 각주는 알지 못함이라는 뜻을 설명한다. 문제 조건에 따라 부지만 써도 되며, 한자를 병기한 답도 인정한다.</w:t>
            </w:r>
          </w:p>
        </w:tc>
      </w:tr>
      <w:tr>
        <w:tc>
          <w:tcPr>
            <w:tcW w:type="dxa" w:w="1512"/>
          </w:tcPr>
          <w:p>
            <w:r/>
            <w:r>
              <w:t>인쇄 104쪽</w:t>
            </w:r>
          </w:p>
          <w:p>
            <w:r>
              <w:t>PDF 112쪽</w:t>
            </w:r>
          </w:p>
          <w:p>
            <w:r>
              <w:t>KN-167</w:t>
            </w:r>
          </w:p>
          <w:p>
            <w:r>
              <w:t>P2472</w:t>
            </w:r>
          </w:p>
        </w:tc>
        <w:tc>
          <w:tcPr>
            <w:tcW w:type="dxa" w:w="2592"/>
          </w:tcPr>
          <w:p>
            <w:r/>
            <w:r>
              <w:t>1번 문장 경계·없는 그래프 지시 및 2번 유형 오표기</w:t>
            </w:r>
          </w:p>
        </w:tc>
        <w:tc>
          <w:tcPr>
            <w:tcW w:type="dxa" w:w="6264"/>
          </w:tcPr>
          <w:p>
            <w:r/>
            <w:r>
              <w:t>원문 문장경계·자료 범위·EBS 번호 및 정오 일치</w:t>
            </w:r>
          </w:p>
          <w:p>
            <w:r>
              <w:t>반영 문구</w:t>
            </w:r>
          </w:p>
          <w:p>
            <w:r>
              <w:t>EBS 수능완성 16번의 자료를 재구성한 것이다. ①, ②는 윗글의 개념어를 쓰시오. ③은 전하 분포 변화에 따른 구조 변화와 활성화를 설명한 문장 전체의 첫 어절과 마지막 어절을 쓰시오.</w:t>
            </w:r>
          </w:p>
          <w:p>
            <w:r>
              <w:t>단맛 물질을 일정량 투입한 뒤 일반 단맛 수용체 A와 미라쿨린이 결합된 수용체 B를 비교한다. pH 5.0~7.5의 범위에서 pH 이외의 환경 요인은 같다고 가정한다.</w:t>
            </w:r>
          </w:p>
          <w:p>
            <w:r>
              <w:t>○ 이 범위에서 pH가 낮아질수록 B의 활성화 정도는 증</w:t>
            </w:r>
          </w:p>
          <w:p>
            <w:r>
              <w:t>A-1</w:t>
            </w:r>
          </w:p>
          <w:p>
            <w:r>
              <w:t>요약문 빈칸 완성</w:t>
            </w:r>
          </w:p>
        </w:tc>
      </w:tr>
      <w:tr>
        <w:tc>
          <w:tcPr>
            <w:tcW w:type="dxa" w:w="1512"/>
          </w:tcPr>
          <w:p>
            <w:r/>
            <w:r>
              <w:t>인쇄 105쪽</w:t>
            </w:r>
          </w:p>
          <w:p>
            <w:r>
              <w:t>PDF 113쪽</w:t>
            </w:r>
          </w:p>
          <w:p>
            <w:r>
              <w:t>KN-167</w:t>
            </w:r>
          </w:p>
          <w:p>
            <w:r>
              <w:t>P2473</w:t>
            </w:r>
          </w:p>
        </w:tc>
        <w:tc>
          <w:tcPr>
            <w:tcW w:type="dxa" w:w="2592"/>
          </w:tcPr>
          <w:p>
            <w:r/>
            <w:r>
              <w:t>3번 유형·4번 없는 그래프 지시 및 유형·답안 범위</w:t>
            </w:r>
          </w:p>
        </w:tc>
        <w:tc>
          <w:tcPr>
            <w:tcW w:type="dxa" w:w="6264"/>
          </w:tcPr>
          <w:p>
            <w:r/>
            <w:r>
              <w:t>원문 문장경계·자료 범위·EBS 번호 및 정오 일치</w:t>
            </w:r>
          </w:p>
          <w:p>
            <w:r>
              <w:t>반영 문구</w:t>
            </w:r>
          </w:p>
          <w:p>
            <w:r>
              <w:t>A-1</w:t>
            </w:r>
          </w:p>
          <w:p>
            <w:r>
              <w:t>요약문 빈칸 완성</w:t>
            </w:r>
          </w:p>
          <w:p>
            <w:r>
              <w:t>B-2</w:t>
            </w:r>
          </w:p>
          <w:p>
            <w:r>
              <w:t>오류 수정</w:t>
            </w:r>
          </w:p>
          <w:p>
            <w:r>
              <w:t>EBS 수능완성 16번의 자료를 재구성하였다. (가)~(마) 중 적절하지 않은 진술 하나의 기호를 쓰고, 그 진술 전체를 윗글에 근거하여 바르게 고쳐 쓰시오.</w:t>
            </w:r>
          </w:p>
          <w:p>
            <w:r>
              <w:t>단맛 물질을 일정량 투입한 뒤 일반 단맛 수용체 A와 미라쿨린이 결합된 수용체 B를 비교한다. pH 5.0~7.5의 범위에서 pH가 낮아질수록 A의 활성화 정도는 감소하고 B는 증가한다. 단, pH 이외의 환경 요인은 같다고 가정한다.</w:t>
            </w:r>
          </w:p>
        </w:tc>
      </w:tr>
      <w:tr>
        <w:tc>
          <w:tcPr>
            <w:tcW w:type="dxa" w:w="1512"/>
          </w:tcPr>
          <w:p>
            <w:r/>
            <w:r>
              <w:t>인쇄 106쪽</w:t>
            </w:r>
          </w:p>
          <w:p>
            <w:r>
              <w:t>PDF 114쪽</w:t>
            </w:r>
          </w:p>
          <w:p>
            <w:r>
              <w:t>KN-167</w:t>
            </w:r>
          </w:p>
          <w:p>
            <w:r>
              <w:t>P2474</w:t>
            </w:r>
          </w:p>
        </w:tc>
        <w:tc>
          <w:tcPr>
            <w:tcW w:type="dxa" w:w="2592"/>
          </w:tcPr>
          <w:p>
            <w:r/>
            <w:r>
              <w:t>EBS16번 정답③·적절한⑤ 정오 및 완전한 문장 인용</w:t>
            </w:r>
          </w:p>
        </w:tc>
        <w:tc>
          <w:tcPr>
            <w:tcW w:type="dxa" w:w="6264"/>
          </w:tcPr>
          <w:p>
            <w:r/>
            <w:r>
              <w:t>원문 문장경계·자료 범위·EBS 번호 및 정오 일치</w:t>
            </w:r>
          </w:p>
          <w:p>
            <w:r>
              <w:t>반영 문구</w:t>
            </w:r>
          </w:p>
          <w:p>
            <w:r>
              <w:t>• EBS 연계 방식: 수능완성 16번의 자료와 적절한 선지 ①·②·⑤를 활용하였다. 16번의 정답은 ③이며, pH가 높아질수록 B의 구조가 닫힌다는 방향이 틀렸다. 자료를 문장으로 풀어 빈칸으로 재구성하였다.</w:t>
            </w:r>
          </w:p>
          <w:p>
            <w:r>
              <w:t>• EBS 연계 방식: 수능완성 16번의 중성 pH에서의 반응 억제와 산성 환경에서의 전하 분포 변화, 원문 4문단의 민감도·반응도 정의를 요약문으로 재구성하였다. 지문 3~4문단의 핵심 개념어를 빈칸으로 전환하였다.</w:t>
            </w:r>
          </w:p>
          <w:p>
            <w:r>
              <w:t>③ 원문: “이러한 변화가 단맛 수용체의 바깥쪽 조개껍질 모양의 구조를 닫히게 만들어 수용체가 강하게 활성화된다.” 첫 어절은 이러한, 마지막 어절은 활성화된다이다. 문장 중간이나 행에서 끊지 않는다.</w:t>
            </w:r>
          </w:p>
          <w:p>
            <w:r>
              <w:t>③ 첫 어절: 이러한</w:t>
            </w:r>
          </w:p>
          <w:p>
            <w:r>
              <w:t>마지막 어절: 활성화된다</w:t>
            </w:r>
          </w:p>
        </w:tc>
      </w:tr>
      <w:tr>
        <w:tc>
          <w:tcPr>
            <w:tcW w:type="dxa" w:w="1512"/>
          </w:tcPr>
          <w:p>
            <w:r/>
            <w:r>
              <w:t>인쇄 107쪽</w:t>
            </w:r>
          </w:p>
          <w:p>
            <w:r>
              <w:t>PDF 115쪽</w:t>
            </w:r>
          </w:p>
          <w:p>
            <w:r>
              <w:t>KN-167</w:t>
            </w:r>
          </w:p>
          <w:p>
            <w:r>
              <w:t>P2475</w:t>
            </w:r>
          </w:p>
        </w:tc>
        <w:tc>
          <w:tcPr>
            <w:tcW w:type="dxa" w:w="2592"/>
          </w:tcPr>
          <w:p>
            <w:r/>
            <w:r>
              <w:t>EBS15·16번 연계·적절한④를 오류라 한 해설 및 교정 범위</w:t>
            </w:r>
          </w:p>
        </w:tc>
        <w:tc>
          <w:tcPr>
            <w:tcW w:type="dxa" w:w="6264"/>
          </w:tcPr>
          <w:p>
            <w:r/>
            <w:r>
              <w:t>원문 문장경계·자료 범위·EBS 번호 및 정오 일치</w:t>
            </w:r>
          </w:p>
          <w:p>
            <w:r>
              <w:t>반영 문구</w:t>
            </w:r>
          </w:p>
          <w:p>
            <w:r>
              <w:t>• EBS 연계 방식: 수능완성 16번의 그래프를 pH 변화, 전하 분포 변화, 구조 닫힘, 활성화의 세 단계 요약으로 재구성하였다. 적절한 선지 ④·⑤의 반응도와 전하 분포, 15번 ②의 pH를 원문에서 찾아 쓰도록 하였다. 15번 ②는 미라클베리 자체가 입안의 pH를 낮춘다는 설명이므로 부적절하며, 실제로는 신맛 음식의 산 성분이 pH를 낮춘다.</w:t>
            </w:r>
          </w:p>
          <w:p>
            <w:r>
              <w:t>• EBS 연계 방식: 수능완성 16번의 자료를 교정형으로 바꾸었다. 16번 ③의 pH 변화 방향은 바로잡고, (라)에 미라쿨린이 수용체로 바뀐다는 오류를 넣었다. 16번 ④의 반응도 설명은 적절하다.</w:t>
            </w:r>
          </w:p>
          <w:p>
            <w:r>
              <w:t>② 오류의 핵심은 미라쿨린이 단맛 수용체로 바뀐다는 것이다. 산성 환경에서 미라쿨린의 전하 분포가 달라져 단맛 수용체가 더 쉽게, 더 크게 반응한다는 내용으로 진술 전체를 고친다. 같은 뜻의 표현도 인정한다.</w:t>
            </w:r>
          </w:p>
        </w:tc>
      </w:tr>
      <w:tr>
        <w:tc>
          <w:tcPr>
            <w:tcW w:type="dxa" w:w="1512"/>
          </w:tcPr>
          <w:p>
            <w:r/>
            <w:r>
              <w:t>인쇄 109쪽</w:t>
            </w:r>
          </w:p>
          <w:p>
            <w:r>
              <w:t>PDF 117쪽</w:t>
            </w:r>
          </w:p>
          <w:p>
            <w:r>
              <w:t>KN-168</w:t>
            </w:r>
          </w:p>
          <w:p>
            <w:r>
              <w:t>P2487</w:t>
            </w:r>
          </w:p>
        </w:tc>
        <w:tc>
          <w:tcPr>
            <w:tcW w:type="dxa" w:w="2592"/>
          </w:tcPr>
          <w:p>
            <w:r/>
            <w:r>
              <w:t>표면적 경험의 대상을 단어로 축소한 요약</w:t>
            </w:r>
          </w:p>
          <w:p>
            <w:r>
              <w:t>수정 전: 언어 능력은 단어의 표면적 경험</w:t>
            </w:r>
          </w:p>
        </w:tc>
        <w:tc>
          <w:tcPr>
            <w:tcW w:type="dxa" w:w="6264"/>
          </w:tcPr>
          <w:p>
            <w:r/>
            <w:r>
              <w:t>언어 능력은 문장의 표면적 경험</w:t>
            </w:r>
          </w:p>
          <w:p>
            <w:r>
              <w:t>반영 문구</w:t>
            </w:r>
          </w:p>
          <w:p>
            <w:r>
              <w:t>문장의</w:t>
            </w:r>
          </w:p>
        </w:tc>
      </w:tr>
      <w:tr>
        <w:tc>
          <w:tcPr>
            <w:tcW w:type="dxa" w:w="1512"/>
          </w:tcPr>
          <w:p>
            <w:r/>
            <w:r>
              <w:t>인쇄 110쪽</w:t>
            </w:r>
          </w:p>
          <w:p>
            <w:r>
              <w:t>PDF 118쪽</w:t>
            </w:r>
          </w:p>
          <w:p>
            <w:r>
              <w:t>KN-168</w:t>
            </w:r>
          </w:p>
          <w:p>
            <w:r>
              <w:t>P2481</w:t>
            </w:r>
          </w:p>
        </w:tc>
        <w:tc>
          <w:tcPr>
            <w:tcW w:type="dxa" w:w="2592"/>
          </w:tcPr>
          <w:p>
            <w:r/>
            <w:r>
              <w:t>촘스키를 행동주의자로 포함한 표현·서술답 삽입 비문·답란</w:t>
            </w:r>
          </w:p>
        </w:tc>
        <w:tc>
          <w:tcPr>
            <w:tcW w:type="dxa" w:w="6264"/>
          </w:tcPr>
          <w:p>
            <w:r/>
            <w:r>
              <w:t>관점 귀속·완성 문법·제시문 근거 및 유형 교정</w:t>
            </w:r>
          </w:p>
          <w:p>
            <w:r>
              <w:t>반영 문구</w:t>
            </w:r>
          </w:p>
          <w:p>
            <w:r>
              <w:t>스키너와 촘스키는 아동의 언어</w:t>
            </w:r>
          </w:p>
          <w:p>
            <w:r>
              <w:t>영어 원어민들은 “색깔 없는 녹색 사상이 분노에 떨며 잔다.”라는 문장을 어떻게 인식하는가? 촘스키가 ( ② )의 존재를 주장한 근거가 드러나도록 ③에 한 문장으로 서술하시오.</w:t>
            </w:r>
          </w:p>
          <w:p>
            <w:r>
              <w:t>• ③은 '문법적 타당성', '의미적 타당성'을 포함하여 띄어쓰기와 문장 부호 포함 20~30자의 '-한다'체로 쓸 것.</w:t>
            </w:r>
          </w:p>
          <w:p>
            <w:r>
              <w:t>③ ____________________________________________</w:t>
            </w:r>
          </w:p>
        </w:tc>
      </w:tr>
      <w:tr>
        <w:tc>
          <w:tcPr>
            <w:tcW w:type="dxa" w:w="1512"/>
          </w:tcPr>
          <w:p>
            <w:r/>
            <w:r>
              <w:t>인쇄 111쪽</w:t>
            </w:r>
          </w:p>
          <w:p>
            <w:r>
              <w:t>PDF 119쪽</w:t>
            </w:r>
          </w:p>
          <w:p>
            <w:r>
              <w:t>KN-168</w:t>
            </w:r>
          </w:p>
          <w:p>
            <w:r>
              <w:t>P2482</w:t>
            </w:r>
          </w:p>
        </w:tc>
        <w:tc>
          <w:tcPr>
            <w:tcW w:type="dxa" w:w="2592"/>
          </w:tcPr>
          <w:p>
            <w:r/>
            <w:r>
              <w:t>요약문을 원문 그대로·첫끝어절 유형으로 잘못 표시</w:t>
            </w:r>
          </w:p>
        </w:tc>
        <w:tc>
          <w:tcPr>
            <w:tcW w:type="dxa" w:w="6264"/>
          </w:tcPr>
          <w:p>
            <w:r/>
            <w:r>
              <w:t>관점 귀속·완성 문법·제시문 근거 및 유형 교정</w:t>
            </w:r>
          </w:p>
          <w:p>
            <w:r>
              <w:t>반영 문구</w:t>
            </w:r>
          </w:p>
          <w:p>
            <w:r>
              <w:t>A-1</w:t>
            </w:r>
          </w:p>
          <w:p>
            <w:r>
              <w:t>요약문 빈칸 완성</w:t>
            </w:r>
          </w:p>
        </w:tc>
      </w:tr>
      <w:tr>
        <w:tc>
          <w:tcPr>
            <w:tcW w:type="dxa" w:w="1512"/>
          </w:tcPr>
          <w:p>
            <w:r/>
            <w:r>
              <w:t>인쇄 112쪽</w:t>
            </w:r>
          </w:p>
          <w:p>
            <w:r>
              <w:t>PDF 120쪽</w:t>
            </w:r>
          </w:p>
          <w:p>
            <w:r>
              <w:t>KN-168</w:t>
            </w:r>
          </w:p>
          <w:p>
            <w:r>
              <w:t>P2483</w:t>
            </w:r>
          </w:p>
        </w:tc>
        <w:tc>
          <w:tcPr>
            <w:tcW w:type="dxa" w:w="2592"/>
          </w:tcPr>
          <w:p>
            <w:r/>
            <w:r>
              <w:t>[B]선천적 능력 오해석·토마셀로 위치·③문단번호</w:t>
            </w:r>
          </w:p>
        </w:tc>
        <w:tc>
          <w:tcPr>
            <w:tcW w:type="dxa" w:w="6264"/>
          </w:tcPr>
          <w:p>
            <w:r/>
            <w:r>
              <w:t>관점 귀속·완성 문법·제시문 근거 및 유형 교정</w:t>
            </w:r>
          </w:p>
          <w:p>
            <w:r>
              <w:t>반영 문구</w:t>
            </w:r>
          </w:p>
          <w:p>
            <w:r>
              <w:t>• EBS 연계 방식: 4번의 외부 자극과 선천적 능력에 관한 ㄹ 및 정답 ⑤의 토마셀로 관점을 활용하였다. 3번의 [A]는 모방·강화에 따른 학습, [B]는 가르침과 자극의 빈곤을 보여 준다. 위계적 구조 인식의 근거는 (나) 3문단에서 가져왔다.</w:t>
            </w:r>
          </w:p>
          <w:p>
            <w:r>
              <w:t>• EBS 연계 방식: 2번 정답 ③의 보편 문법과 문법적·의미적 타당성 구별, 4번의 학자별 관점을 표와 서술형으로 재구성하였다. 3번의 [A]는 모방·강화에 따른 후천적 학습, [B]는 자극의 빈곤을 보여 준다. [B] 자체를 선천적 능력이 발현된 사례로 보아서는 안 된다.</w:t>
            </w:r>
          </w:p>
          <w:p>
            <w:r>
              <w:t>5문단에서 '선천적 문법이 아니라 인간이 가진 ○○'로 이</w:t>
            </w:r>
          </w:p>
          <w:p>
            <w:r>
              <w:t>③ (나) 4문단에서 원어민들이 문법적 타당성과 의미적 타당성을 별개로 인식한다는 부분을 찾는다. 지정된 두 표현을 넣어 한 문장으로 쓴다. 예시 답안은 띄어쓰기와 마침표를 포함해 27자이다. 같은 뜻을 조건에 맞게 서술한 답도 인정한다.</w:t>
            </w:r>
          </w:p>
        </w:tc>
      </w:tr>
      <w:tr>
        <w:tc>
          <w:tcPr>
            <w:tcW w:type="dxa" w:w="1512"/>
          </w:tcPr>
          <w:p>
            <w:r/>
            <w:r>
              <w:t>인쇄 113쪽</w:t>
            </w:r>
          </w:p>
          <w:p>
            <w:r>
              <w:t>PDF 121쪽</w:t>
            </w:r>
          </w:p>
          <w:p>
            <w:r>
              <w:t>KN-168</w:t>
            </w:r>
          </w:p>
          <w:p>
            <w:r>
              <w:t>P2484</w:t>
            </w:r>
          </w:p>
        </w:tc>
        <w:tc>
          <w:tcPr>
            <w:tcW w:type="dxa" w:w="2592"/>
          </w:tcPr>
          <w:p>
            <w:r/>
            <w:r>
              <w:t>원문 그대로 인용했다는 오설명·두 이론을 세 이론으로 서술</w:t>
            </w:r>
          </w:p>
        </w:tc>
        <w:tc>
          <w:tcPr>
            <w:tcW w:type="dxa" w:w="6264"/>
          </w:tcPr>
          <w:p>
            <w:r/>
            <w:r>
              <w:t>관점 귀속·완성 문법·제시문 근거 및 유형 교정</w:t>
            </w:r>
          </w:p>
          <w:p>
            <w:r>
              <w:t>반영 문구</w:t>
            </w:r>
          </w:p>
          <w:p>
            <w:r>
              <w:t>• EBS 연계 방식: (나) 1~3문단의 블룸필드와 촘스키 관점을 요약문으로 재구성하였다. 3번의 [B]가 보여 주는 자극의 빈곤을 포함하여 귀납, 자극, 구조 단위를 빈칸으로 전환하였다.</w:t>
            </w:r>
          </w:p>
          <w:p>
            <w:r>
              <w:t>• EBS 연계 방식: 3번의 [A]가 보여 주는 모방·강화에 따른 학습과 [B]가 보여 주는 자극의 빈곤, 2번의 선형적 순서와 보편 문법, 4번의 학자별 관점을 활용하였다. 스키너와 촘스키라는 두 이론가의 관점을 요약문으로 재구성하고 후천적 학습, 선형적 순서, 보편 문법을 원문에서 찾아 쓰게 하였다.</w:t>
            </w:r>
          </w:p>
        </w:tc>
      </w:tr>
      <w:tr>
        <w:tc>
          <w:tcPr>
            <w:tcW w:type="dxa" w:w="1512"/>
          </w:tcPr>
          <w:p>
            <w:r/>
            <w:r>
              <w:t>인쇄 115쪽</w:t>
            </w:r>
          </w:p>
          <w:p>
            <w:r>
              <w:t>PDF 123쪽</w:t>
            </w:r>
          </w:p>
          <w:p>
            <w:r>
              <w:t>KN-169</w:t>
            </w:r>
          </w:p>
          <w:p>
            <w:r>
              <w:t>P2502</w:t>
            </w:r>
          </w:p>
        </w:tc>
        <w:tc>
          <w:tcPr>
            <w:tcW w:type="dxa" w:w="2592"/>
          </w:tcPr>
          <w:p>
            <w:r/>
            <w:r>
              <w:t>비내용규제 합헌원칙과 개별조항 위헌 판단 구별</w:t>
            </w:r>
          </w:p>
          <w:p>
            <w:r>
              <w:t>수정 전: 절차적 규제는 헌법 위반이 아님</w:t>
            </w:r>
          </w:p>
        </w:tc>
        <w:tc>
          <w:tcPr>
            <w:tcW w:type="dxa" w:w="6264"/>
          </w:tcPr>
          <w:p>
            <w:r/>
            <w:r>
              <w:t>헌법상근거·개별조항위헌가능구별</w:t>
            </w:r>
          </w:p>
          <w:p>
            <w:r>
              <w:t>반영 문구</w:t>
            </w:r>
          </w:p>
          <w:p>
            <w:r>
              <w:t>• 시설·등록 등 규제는 헌법에 근거함 (개별 조항은 위헌이 될 수 있음)</w:t>
            </w:r>
          </w:p>
        </w:tc>
      </w:tr>
      <w:tr>
        <w:tc>
          <w:tcPr>
            <w:tcW w:type="dxa" w:w="1512"/>
          </w:tcPr>
          <w:p>
            <w:r/>
            <w:r>
              <w:t>인쇄 116쪽</w:t>
            </w:r>
          </w:p>
          <w:p>
            <w:r>
              <w:t>PDF 124쪽</w:t>
            </w:r>
          </w:p>
          <w:p>
            <w:r>
              <w:t>KN-169</w:t>
            </w:r>
          </w:p>
          <w:p>
            <w:r>
              <w:t>P2498</w:t>
            </w:r>
          </w:p>
        </w:tc>
        <w:tc>
          <w:tcPr>
            <w:tcW w:type="dxa" w:w="2592"/>
          </w:tcPr>
          <w:p>
            <w:r/>
            <w:r>
              <w:t>등록규정 합헌과 시설 미소유 허용의 인과 혼동·문항유형</w:t>
            </w:r>
          </w:p>
        </w:tc>
        <w:tc>
          <w:tcPr>
            <w:tcW w:type="dxa" w:w="6264"/>
          </w:tcPr>
          <w:p>
            <w:r/>
            <w:r>
              <w:t>등록규정과시설요건 판단 구별·실제 EBS번호·원문근거·조건일치</w:t>
            </w:r>
          </w:p>
          <w:p>
            <w:r>
              <w:t>반영 문구</w:t>
            </w:r>
          </w:p>
          <w:p>
            <w:r>
              <w:t>A-1</w:t>
            </w:r>
          </w:p>
          <w:p>
            <w:r>
              <w:t>보기 활용 요약 빈칸</w:t>
            </w:r>
          </w:p>
          <w:p>
            <w:r>
              <w:t>&lt;보기&gt;는 헌법재판소의 두 결정을 비교한 것이다. ①~③에 들어갈 말을 윗글에서 찾아 쓰시오. (①은 2자, ②는 2어절, ③은 지문 원문 구절로 쓸 것)</w:t>
            </w:r>
          </w:p>
          <w:p>
            <w:r>
              <w:t>▶ 헌법재판소가 1997년 정기 간행물 등록 규정을 합헌으로 판단한 것은, 이 규정이 정기 간행물의 ( ① )이고 객관적인 사항에 한정되어 내용을 심사하지 않으므로 허가나 검열에 해당하지 않기 때문이다.</w:t>
            </w:r>
          </w:p>
        </w:tc>
      </w:tr>
      <w:tr>
        <w:tc>
          <w:tcPr>
            <w:tcW w:type="dxa" w:w="1512"/>
          </w:tcPr>
          <w:p>
            <w:r/>
            <w:r>
              <w:t>인쇄 117쪽</w:t>
            </w:r>
          </w:p>
          <w:p>
            <w:r>
              <w:t>PDF 125쪽</w:t>
            </w:r>
          </w:p>
          <w:p>
            <w:r>
              <w:t>KN-169</w:t>
            </w:r>
          </w:p>
          <w:p>
            <w:r>
              <w:t>P2499</w:t>
            </w:r>
          </w:p>
        </w:tc>
        <w:tc>
          <w:tcPr>
            <w:tcW w:type="dxa" w:w="2592"/>
          </w:tcPr>
          <w:p>
            <w:r/>
            <w:r>
              <w:t>서술형 글자 수 범위 명확화·기출대응 미확인표시</w:t>
            </w:r>
          </w:p>
        </w:tc>
        <w:tc>
          <w:tcPr>
            <w:tcW w:type="dxa" w:w="6264"/>
          </w:tcPr>
          <w:p>
            <w:r/>
            <w:r>
              <w:t>등록규정과시설요건 판단 구별·실제 EBS번호·원문근거·조건일치</w:t>
            </w:r>
          </w:p>
          <w:p>
            <w:r>
              <w:t>반영 문구</w:t>
            </w:r>
          </w:p>
          <w:p>
            <w:r>
              <w:t>윗글의 '내용 규제'와 '내용 규제가 아닌 규제'에 대한 헌법재판소의 판단 방식을 비교하시오. 내용 규제가 아닌 규제도 개별 조항은 위헌이 될 수 있음을 포함할 것. (띄어쓰기·문장 부호 포함 70~90자)</w:t>
            </w:r>
          </w:p>
          <w:p>
            <w:r>
              <w:t>정기 간행물의 외형적이고 객관적인 사항에 한정되어 내용을 심사하지 않으므로, 헌법에서 금지하는 ( ① )나 검열에 해당하지 않아 합헌</w:t>
            </w:r>
          </w:p>
        </w:tc>
      </w:tr>
      <w:tr>
        <w:tc>
          <w:tcPr>
            <w:tcW w:type="dxa" w:w="1512"/>
          </w:tcPr>
          <w:p>
            <w:r/>
            <w:r>
              <w:t>인쇄 118쪽</w:t>
            </w:r>
          </w:p>
          <w:p>
            <w:r>
              <w:t>PDF 126쪽</w:t>
            </w:r>
          </w:p>
          <w:p>
            <w:r>
              <w:t>KN-169</w:t>
            </w:r>
          </w:p>
          <w:p>
            <w:r>
              <w:t>P2500</w:t>
            </w:r>
          </w:p>
        </w:tc>
        <w:tc>
          <w:tcPr>
            <w:tcW w:type="dxa" w:w="2592"/>
          </w:tcPr>
          <w:p>
            <w:r/>
            <w:r>
              <w:t>EBS 적절한 선지를 오답이라 설명·등록과 시설 판단혼동</w:t>
            </w:r>
          </w:p>
        </w:tc>
        <w:tc>
          <w:tcPr>
            <w:tcW w:type="dxa" w:w="6264"/>
          </w:tcPr>
          <w:p>
            <w:r/>
            <w:r>
              <w:t>등록규정과시설요건 판단 구별·실제 EBS번호·원문근거·조건일치</w:t>
            </w:r>
          </w:p>
          <w:p>
            <w:r>
              <w:t>반영 문구</w:t>
            </w:r>
          </w:p>
          <w:p>
            <w:r>
              <w:t>• EBS 연계 방식: 8번의 적절한 선지 ④가 다룬 입법 목적과 사회적 이익, 10번의 부적절한 선지 ②가 다룬 인터넷 신문의 인력 요건을 활용하였다. 4문단의 1997년 등록 규정과 2016년 등록 요건의 판단 근거를 비교표로 재구성하였다.</w:t>
            </w:r>
          </w:p>
          <w:p>
            <w:r>
              <w:t>• EBS 연계 방식: 10번 &lt;보기&gt;의 사례를 활용하고, 3~5문단의 등록 규정 합헌 근거, 기업인 활동과 언론 자유의 구별, 검열 개념을 요약문 빈칸으로 재구성하였다.</w:t>
            </w:r>
          </w:p>
          <w:p>
            <w:r>
              <w:t>① 일반 등록 규정의 합헌 근거를 묻는다. 4문단에서 '외형적이고 객관적인 사항'에 한정되어 내용 심사가 아니라고 했으므로 '외형적'을 쓴다. 자기 소유 시설 요건의 문제는 이와 구별해야 한다.</w:t>
            </w:r>
          </w:p>
        </w:tc>
      </w:tr>
      <w:tr>
        <w:tc>
          <w:tcPr>
            <w:tcW w:type="dxa" w:w="1512"/>
          </w:tcPr>
          <w:p>
            <w:r/>
            <w:r>
              <w:t>인쇄 119쪽</w:t>
            </w:r>
          </w:p>
          <w:p>
            <w:r>
              <w:t>PDF 127쪽</w:t>
            </w:r>
          </w:p>
          <w:p>
            <w:r>
              <w:t>KN-169</w:t>
            </w:r>
          </w:p>
          <w:p>
            <w:r>
              <w:t>P2501</w:t>
            </w:r>
          </w:p>
        </w:tc>
        <w:tc>
          <w:tcPr>
            <w:tcW w:type="dxa" w:w="2592"/>
          </w:tcPr>
          <w:p>
            <w:r/>
            <w:r>
              <w:t>근거 문장 위치·비내용 규제의 무조건허용 오해·채점동기화</w:t>
            </w:r>
          </w:p>
        </w:tc>
        <w:tc>
          <w:tcPr>
            <w:tcW w:type="dxa" w:w="6264"/>
          </w:tcPr>
          <w:p>
            <w:r/>
            <w:r>
              <w:t>등록규정과시설요건 판단 구별·실제 EBS번호·원문근거·조건일치</w:t>
            </w:r>
          </w:p>
          <w:p>
            <w:r>
              <w:t>반영 문구</w:t>
            </w:r>
          </w:p>
          <w:p>
            <w:r>
              <w:t>• EBS 연계 방식: 7~8번과 4~5문단의 등록 규정, 자기 소유 시설 요건, 방송 광고 사전 심의에 관한 판단을 표로 재구성하였다. 원문의 허가, 허가제, 검열을 빈칸으로 전환하였다.</w:t>
            </w:r>
          </w:p>
          <w:p>
            <w:r>
              <w:t>③ 5문단에서 행정부가 사전에 심의하는 것은 검열에 해당한다고 명시한 문장을 찾는다. 이는 첫 문장 다음 문장이며, 정답은 '검열'이다.</w:t>
            </w:r>
          </w:p>
          <w:p>
            <w:r>
              <w:t>• EBS 연계 방식: 8번의 헌법재판소 결정 이해와 4~5문단의 사례를 표로 재구성하였다. 내용, 허가제, 법익의 균형성을 찾고, 내용 규제의 엄격한 평가와 비내용 규제의 허용 근거 및 개별 조항 판단을 비교한다.</w:t>
            </w:r>
          </w:p>
          <w:p>
            <w:r>
              <w:t>정답: ① 내용 ② 허가제 ③ 법익의 균형성</w:t>
            </w:r>
          </w:p>
          <w:p>
            <w:r>
              <w:t>④ 내용 규제는 검열 여부 등 합헌성을 엄격하게 평가하고, 내용 규제가 아닌 규제는 헌법에 근거해 허용하되 개별 조항의 법익의 균형성 등을 판단한다.</w:t>
            </w:r>
          </w:p>
          <w:p>
            <w:r>
              <w:t>④ 4~5문단을 비교한다. 내용 규제는 합헌성을 엄격하게 평가한다. 비내용 규제는 헌법상 근거가 있으나 법익의 균형성을 잃은 개별 조항은 위헌이 된다. 예시는 공백·마침표 포함 81자. 같은 뜻을 조건에 맞게 쓰면 인정한다.</w:t>
            </w:r>
          </w:p>
          <w:p>
            <w:r>
              <w:t>④ 검열·엄격한 심사 (3점) + 비내용 규제의 허용 근거·개별 조항 심사 (3점) + 조건 준수 (1점)</w:t>
            </w:r>
          </w:p>
        </w:tc>
      </w:tr>
      <w:tr>
        <w:tc>
          <w:tcPr>
            <w:tcW w:type="dxa" w:w="1512"/>
          </w:tcPr>
          <w:p>
            <w:r/>
            <w:r>
              <w:t>인쇄 120쪽</w:t>
            </w:r>
          </w:p>
          <w:p>
            <w:r>
              <w:t>PDF 128쪽</w:t>
            </w:r>
          </w:p>
          <w:p>
            <w:r>
              <w:t>KN-170</w:t>
            </w:r>
          </w:p>
          <w:p>
            <w:r>
              <w:t>P2532</w:t>
            </w:r>
          </w:p>
        </w:tc>
        <w:tc>
          <w:tcPr>
            <w:tcW w:type="dxa" w:w="2592"/>
          </w:tcPr>
          <w:p>
            <w:r/>
            <w:r>
              <w:t>요약의 인과 과장</w:t>
            </w:r>
          </w:p>
          <w:p>
            <w:r>
              <w:t>수정 전: 빅데이터발전→복제위변조문제발생</w:t>
            </w:r>
          </w:p>
        </w:tc>
        <w:tc>
          <w:tcPr>
            <w:tcW w:type="dxa" w:w="6264"/>
          </w:tcPr>
          <w:p>
            <w:r/>
            <w:r>
              <w:t>중요성증대와복제위변조용이성구별</w:t>
            </w:r>
          </w:p>
          <w:p>
            <w:r>
              <w:t>반영 문구</w:t>
            </w:r>
          </w:p>
          <w:p>
            <w:r>
              <w:t>• 빅 데이터 산업 발전으로 데이터의 중요성이 증대됨 / 디지털 데이터는 복제·위변조가 쉬움</w:t>
            </w:r>
          </w:p>
        </w:tc>
      </w:tr>
      <w:tr>
        <w:tc>
          <w:tcPr>
            <w:tcW w:type="dxa" w:w="1512"/>
          </w:tcPr>
          <w:p>
            <w:r/>
            <w:r>
              <w:t>인쇄 121쪽</w:t>
            </w:r>
          </w:p>
          <w:p>
            <w:r>
              <w:t>PDF 129쪽</w:t>
            </w:r>
          </w:p>
          <w:p>
            <w:r>
              <w:t>KN-170</w:t>
            </w:r>
          </w:p>
          <w:p>
            <w:r>
              <w:t>P2533</w:t>
            </w:r>
          </w:p>
        </w:tc>
        <w:tc>
          <w:tcPr>
            <w:tcW w:type="dxa" w:w="2592"/>
          </w:tcPr>
          <w:p>
            <w:r/>
            <w:r>
              <w:t>요약의 정도 과장</w:t>
            </w:r>
          </w:p>
          <w:p>
            <w:r>
              <w:t>수정 전: 비약적으로 발전</w:t>
            </w:r>
          </w:p>
        </w:tc>
        <w:tc>
          <w:tcPr>
            <w:tcW w:type="dxa" w:w="6264"/>
          </w:tcPr>
          <w:p>
            <w:r/>
            <w:r>
              <w:t>원문 점점 더 발전</w:t>
            </w:r>
          </w:p>
          <w:p>
            <w:r>
              <w:t>반영 문구</w:t>
            </w:r>
          </w:p>
          <w:p>
            <w:r>
              <w:t>• 인공 지능과의 결합 → 단순 정보 은닉을 넘어 보안성과 은닉성이 점점 더 발전하고 있음</w:t>
            </w:r>
          </w:p>
        </w:tc>
      </w:tr>
      <w:tr>
        <w:tc>
          <w:tcPr>
            <w:tcW w:type="dxa" w:w="1512"/>
          </w:tcPr>
          <w:p>
            <w:r/>
            <w:r>
              <w:t>인쇄 122쪽</w:t>
            </w:r>
          </w:p>
          <w:p>
            <w:r>
              <w:t>PDF 130쪽</w:t>
            </w:r>
          </w:p>
          <w:p>
            <w:r>
              <w:t>KN-170</w:t>
            </w:r>
          </w:p>
          <w:p>
            <w:r>
              <w:t>P2528</w:t>
            </w:r>
          </w:p>
        </w:tc>
        <w:tc>
          <w:tcPr>
            <w:tcW w:type="dxa" w:w="2592"/>
          </w:tcPr>
          <w:p>
            <w:r/>
            <w:r>
              <w:t>기출 동형 근거 미확인 표시</w:t>
            </w:r>
          </w:p>
          <w:p>
            <w:r>
              <w:t>수정 전: 가천·신한 기출동형 단정</w:t>
            </w:r>
          </w:p>
        </w:tc>
        <w:tc>
          <w:tcPr>
            <w:tcW w:type="dxa" w:w="6264"/>
          </w:tcPr>
          <w:p>
            <w:r/>
            <w:r>
              <w:t>검증되지 않은 대응표시 삭제</w:t>
            </w:r>
          </w:p>
        </w:tc>
      </w:tr>
      <w:tr>
        <w:tc>
          <w:tcPr>
            <w:tcW w:type="dxa" w:w="1512"/>
          </w:tcPr>
          <w:p>
            <w:r/>
            <w:r>
              <w:t>인쇄 123쪽</w:t>
            </w:r>
          </w:p>
          <w:p>
            <w:r>
              <w:t>PDF 131쪽</w:t>
            </w:r>
          </w:p>
          <w:p>
            <w:r>
              <w:t>KN-170</w:t>
            </w:r>
          </w:p>
          <w:p>
            <w:r>
              <w:t>P2529</w:t>
            </w:r>
          </w:p>
        </w:tc>
        <w:tc>
          <w:tcPr>
            <w:tcW w:type="dxa" w:w="2592"/>
          </w:tcPr>
          <w:p>
            <w:r/>
            <w:r>
              <w:t>역사 사례 임의변경·원문기호 혼동·보기활용유형</w:t>
            </w:r>
          </w:p>
          <w:p>
            <w:r>
              <w:t>수정 전: 데마라토스·페르시아/제2차영국군식초·㉠LSB</w:t>
            </w:r>
          </w:p>
        </w:tc>
        <w:tc>
          <w:tcPr>
            <w:tcW w:type="dxa" w:w="6264"/>
          </w:tcPr>
          <w:p>
            <w:r/>
            <w:r>
              <w:t>EBS사례인명국가재료복원/원문㉠n-LSB와혼동방지</w:t>
            </w:r>
          </w:p>
          <w:p>
            <w:r>
              <w:t>반영 문구</w:t>
            </w:r>
          </w:p>
          <w:p>
            <w:r>
              <w:t>A-1</w:t>
            </w:r>
          </w:p>
          <w:p>
            <w:r>
              <w:t>보기 활용 요약 빈칸</w:t>
            </w:r>
          </w:p>
          <w:p>
            <w:r>
              <w:t>고대 그리스의 히스티아이오스는 하인의 머리를 밀어 두피에 메시지를 새긴 뒤 머리카락이 자라게 하였다. 이후 하인을 보내 목적지에서 머리를 밀어 메시지를 확인하게 하였다.</w:t>
            </w:r>
          </w:p>
          <w:p>
            <w:r>
              <w:t>제1차 세계 대전에서 독일군 스파이들은 레몬즙으로 만든 잉크로 암호화된 메시지를 주고받았다. 레몬즙은 육안으로 보이지 않으나 가열하면 발색이 되는 특징이 있다.</w:t>
            </w:r>
          </w:p>
          <w:p>
            <w:r>
              <w:t>&lt;사례 2&gt;에서 레몬즙으로 만든 잉크를 사용한 이유는 암호화</w:t>
            </w:r>
          </w:p>
          <w:p>
            <w:r>
              <w:t>&lt;보기&gt;는 LSB 방식과 WOW 방식을 비교한 것이다. 빈칸 ①~③에 들어갈 말을 윗글에서 찾아 쓰시오. (①은 5음절, ②는 3음절, ③은 말미 조사를 제외한 2어절로 쓸 것)</w:t>
            </w:r>
          </w:p>
          <w:p>
            <w:r>
              <w:t>LSB 방식</w:t>
            </w:r>
          </w:p>
          <w:p>
            <w:r>
              <w:t>WOW 방식</w:t>
            </w:r>
          </w:p>
        </w:tc>
      </w:tr>
      <w:tr>
        <w:tc>
          <w:tcPr>
            <w:tcW w:type="dxa" w:w="1512"/>
          </w:tcPr>
          <w:p>
            <w:r/>
            <w:r>
              <w:t>인쇄 124쪽</w:t>
            </w:r>
          </w:p>
          <w:p>
            <w:r>
              <w:t>PDF 132쪽</w:t>
            </w:r>
          </w:p>
          <w:p>
            <w:r>
              <w:t>KN-170</w:t>
            </w:r>
          </w:p>
          <w:p>
            <w:r>
              <w:t>P2530</w:t>
            </w:r>
          </w:p>
        </w:tc>
        <w:tc>
          <w:tcPr>
            <w:tcW w:type="dxa" w:w="2592"/>
          </w:tcPr>
          <w:p>
            <w:r/>
            <w:r>
              <w:t>적절선지오답단정·4자조건오류·출처인용정리</w:t>
            </w:r>
          </w:p>
          <w:p>
            <w:r>
              <w:t>수정 전: EBS2①오답/③은닉성/순차적4자</w:t>
            </w:r>
          </w:p>
        </w:tc>
        <w:tc>
          <w:tcPr>
            <w:tcW w:type="dxa" w:w="6264"/>
          </w:tcPr>
          <w:p>
            <w:r/>
            <w:r>
              <w:t>14①적절·③용량오설명/순차적3음절</w:t>
            </w:r>
          </w:p>
          <w:p>
            <w:r>
              <w:t>반영 문구</w:t>
            </w:r>
          </w:p>
          <w:p>
            <w:r>
              <w:t>• EBS 연계 방식: 14번의 적절한 선지 ①은 순차적 임베딩을 다룬다. 부적절한 진술을 고르는 정답 ③은 방향성 필터가 삽입 용량을 늘린다는 잘못된 설명이다. 5문단에서 WOW의 은닉성 초점과 적합도 계산을 확인하여 순차적, 은닉성, 적합도를 빈칸으로 구성하였다.</w:t>
            </w:r>
          </w:p>
          <w:p>
            <w:r>
              <w:t>① 5문단에서 '모든 픽셀에 대해 순차적으로 임베딩을 수행하기 때문에'를 찾는다. 빈칸 뒤에 '으로'가 있으므로 이를 제외한 3음절 '순차적'을 쓴다.</w:t>
            </w:r>
          </w:p>
          <w:p>
            <w:r>
              <w:t>• EBS 연계 방식: 1문단에서 암호화 기술과 스테가노그래피를 대조한 내용을 활용하였다. 2문단에서 정보를 숨기는 과정과 그 결과물의 명칭을 구분하여 존재와 임베딩을 빈칸으로 구성하였다.</w:t>
            </w:r>
          </w:p>
        </w:tc>
      </w:tr>
      <w:tr>
        <w:tc>
          <w:tcPr>
            <w:tcW w:type="dxa" w:w="1512"/>
          </w:tcPr>
          <w:p>
            <w:r/>
            <w:r>
              <w:t>인쇄 125쪽</w:t>
            </w:r>
          </w:p>
          <w:p>
            <w:r>
              <w:t>PDF 133쪽</w:t>
            </w:r>
          </w:p>
          <w:p>
            <w:r>
              <w:t>KN-170</w:t>
            </w:r>
          </w:p>
          <w:p>
            <w:r>
              <w:t>P2531</w:t>
            </w:r>
          </w:p>
        </w:tc>
        <w:tc>
          <w:tcPr>
            <w:tcW w:type="dxa" w:w="2592"/>
          </w:tcPr>
          <w:p>
            <w:r/>
            <w:r>
              <w:t>EBS보기선지의참거짓·출처번호·근거문장위치</w:t>
            </w:r>
          </w:p>
          <w:p>
            <w:r>
              <w:t>수정 전: 5번①커버대응/2번③은닉성/3문단첫문장</w:t>
            </w:r>
          </w:p>
        </w:tc>
        <w:tc>
          <w:tcPr>
            <w:tcW w:type="dxa" w:w="6264"/>
          </w:tcPr>
          <w:p>
            <w:r/>
            <w:r>
              <w:t>17①메시지는비밀데이터/14③용량오류/3문단둘째문장</w:t>
            </w:r>
          </w:p>
          <w:p>
            <w:r>
              <w:t>반영 문구</w:t>
            </w:r>
          </w:p>
          <w:p>
            <w:r>
              <w:t>• EBS 연계 방식: 17번 &lt;보기&gt;의 두 사례를 활용하되 인명·시대·국가·재료는 원문대로 유지하였다. 부적절한 선지 ①은 메시지 자체를 커버 오브젝트로 본 오류이다. 메시지를 새기기 전의 머리와 메시지를 구별하고, 적절한 선지 ③·④의 존재 은닉과 히스토그램 분석을 빈칸으로 재구성하였다.</w:t>
            </w:r>
          </w:p>
          <w:p>
            <w:r>
              <w:t>• EBS 연계 방식: 14번의 비교 구조와 3·5문단을 활용하였다. 적절한 선지 ①의 순차적 임베딩, 부적절한 선지 ③의 용량 증가라는 오해를 구분한다. LSB의 최하위 비트와 WOW의 은닉성 초점·주변 픽셀 고려를 비교표로 구성하였다. 원문의 ㉠은 n-LSB이므로 표에서는 LSB와 WOW라는 명칭을 사용하였다.</w:t>
            </w:r>
          </w:p>
          <w:p>
            <w:r>
              <w:t>① 3문단 둘째 문장의 '이미지의 픽셀값을 구성하는 최하위 비트를 바꿔 정보를 숨기는 것이다'를 확인한다. 말미 조사 '를'을 제외한 5음절 '최하위 비트'를 쓴다.</w:t>
            </w:r>
          </w:p>
        </w:tc>
      </w:tr>
      <w:tr>
        <w:tc>
          <w:tcPr>
            <w:tcW w:type="dxa" w:w="1512"/>
          </w:tcPr>
          <w:p>
            <w:r/>
            <w:r>
              <w:t>인쇄 128쪽</w:t>
            </w:r>
          </w:p>
          <w:p>
            <w:r>
              <w:t>PDF 136쪽</w:t>
            </w:r>
          </w:p>
          <w:p>
            <w:r>
              <w:t>KN-171</w:t>
            </w:r>
          </w:p>
          <w:p>
            <w:r>
              <w:t>P2538</w:t>
            </w:r>
          </w:p>
        </w:tc>
        <w:tc>
          <w:tcPr>
            <w:tcW w:type="dxa" w:w="2592"/>
          </w:tcPr>
          <w:p>
            <w:r/>
            <w:r>
              <w:t>서술형 범위명확화·기출동형표시</w:t>
            </w:r>
          </w:p>
        </w:tc>
        <w:tc>
          <w:tcPr>
            <w:tcW w:type="dxa" w:w="6264"/>
          </w:tcPr>
          <w:p>
            <w:r/>
            <w:r>
              <w:t>원문 문단·선지 판단·표시와 글자 수 조건 일치</w:t>
            </w:r>
          </w:p>
          <w:p>
            <w:r>
              <w:t>반영 문구</w:t>
            </w:r>
          </w:p>
          <w:p>
            <w:r>
              <w:t>35~45자로 쓸 것</w:t>
            </w:r>
          </w:p>
        </w:tc>
      </w:tr>
      <w:tr>
        <w:tc>
          <w:tcPr>
            <w:tcW w:type="dxa" w:w="1512"/>
          </w:tcPr>
          <w:p>
            <w:r/>
            <w:r>
              <w:t>인쇄 129쪽</w:t>
            </w:r>
          </w:p>
          <w:p>
            <w:r>
              <w:t>PDF 137쪽</w:t>
            </w:r>
          </w:p>
          <w:p>
            <w:r>
              <w:t>KN-171</w:t>
            </w:r>
          </w:p>
          <w:p>
            <w:r>
              <w:t>P2539</w:t>
            </w:r>
          </w:p>
        </w:tc>
        <w:tc>
          <w:tcPr>
            <w:tcW w:type="dxa" w:w="2592"/>
          </w:tcPr>
          <w:p>
            <w:r/>
            <w:r>
              <w:t>누락된보기1·2구분및기출동형표시</w:t>
            </w:r>
          </w:p>
        </w:tc>
        <w:tc>
          <w:tcPr>
            <w:tcW w:type="dxa" w:w="6264"/>
          </w:tcPr>
          <w:p>
            <w:r/>
            <w:r>
              <w:t>원문 문단·선지 판단·표시와 글자 수 조건 일치</w:t>
            </w:r>
          </w:p>
          <w:p>
            <w:r>
              <w:t>반영 문구</w:t>
            </w:r>
          </w:p>
          <w:p>
            <w:r>
              <w:t>&lt;보기1&gt; 윗글의 추론 유형과 기준</w:t>
            </w:r>
          </w:p>
          <w:p>
            <w:r>
              <w:t>&lt;보기2&gt;</w:t>
            </w:r>
          </w:p>
        </w:tc>
      </w:tr>
      <w:tr>
        <w:tc>
          <w:tcPr>
            <w:tcW w:type="dxa" w:w="1512"/>
          </w:tcPr>
          <w:p>
            <w:r/>
            <w:r>
              <w:t>인쇄 130쪽</w:t>
            </w:r>
          </w:p>
          <w:p>
            <w:r>
              <w:t>PDF 138쪽</w:t>
            </w:r>
          </w:p>
          <w:p>
            <w:r>
              <w:t>KN-171</w:t>
            </w:r>
          </w:p>
          <w:p>
            <w:r>
              <w:t>P2540</w:t>
            </w:r>
          </w:p>
        </w:tc>
        <w:tc>
          <w:tcPr>
            <w:tcW w:type="dxa" w:w="2592"/>
          </w:tcPr>
          <w:p>
            <w:r/>
            <w:r>
              <w:t>출제의도선지내용오류·문단과빈칸앞뒤혼동·서술채점</w:t>
            </w:r>
          </w:p>
        </w:tc>
        <w:tc>
          <w:tcPr>
            <w:tcW w:type="dxa" w:w="6264"/>
          </w:tcPr>
          <w:p>
            <w:r/>
            <w:r>
              <w:t>원문 문단·선지 판단·표시와 글자 수 조건 일치</w:t>
            </w:r>
          </w:p>
          <w:p>
            <w:r>
              <w:t>반영 문구</w:t>
            </w:r>
          </w:p>
          <w:p>
            <w:r>
              <w:t>• EBS 연계 방식: 2번 정답 ③의 배경지식 영향 차이와 본문 2~3문단을 비교표로 구성하였다. 3번 정답 ③은 이어질 장면의 예측을 후방 추론이라 한 오류이므로 전방·후방을 구별한다. 1번 정답 ④는 확장 의미를 한 가지로 제한해야 한다는 잘못된 설명이다. 소문항 2는 4문단의 상위 맥락 무시와 배경지식만 앞세우는 태도를 오독의 원인으로 서술하게 하였다.</w:t>
            </w:r>
          </w:p>
          <w:p>
            <w:r>
              <w:t>② 빈칸 앞 "이어질 내용을 예측하는"이 단서. '이어질 내용</w:t>
            </w:r>
          </w:p>
          <w:p>
            <w:r>
              <w:t>③ 배경지식이 적합해야 하는 대상은 3문단에서 찾는다. '글의 전체적인 흐름, 즉 상위 맥락에 적합한 것이어야'라는 구절에서 말미 조사를 제외한 '상위 맥락'을 쓴다.</w:t>
            </w:r>
          </w:p>
          <w:p>
            <w:r>
              <w:t>④ 오독의 두 원인을 담아 '독자가 ~ 경우'로 쓴다. 예시는 공백 포함 36자로 35~45자 조건을 충족한다.</w:t>
            </w:r>
          </w:p>
          <w:p>
            <w:r>
              <w:t>정답: ① 일관성 ② 확장 의미 ③ 배경지식을 능동적으로 선택해 연결하므로 영향을 많이 받음</w:t>
            </w:r>
          </w:p>
        </w:tc>
      </w:tr>
      <w:tr>
        <w:tc>
          <w:tcPr>
            <w:tcW w:type="dxa" w:w="1512"/>
          </w:tcPr>
          <w:p>
            <w:r/>
            <w:r>
              <w:t>인쇄 131쪽</w:t>
            </w:r>
          </w:p>
          <w:p>
            <w:r>
              <w:t>PDF 139쪽</w:t>
            </w:r>
          </w:p>
          <w:p>
            <w:r>
              <w:t>KN-171</w:t>
            </w:r>
          </w:p>
          <w:p>
            <w:r>
              <w:t>P2541</w:t>
            </w:r>
          </w:p>
        </w:tc>
        <w:tc>
          <w:tcPr>
            <w:tcW w:type="dxa" w:w="2592"/>
          </w:tcPr>
          <w:p>
            <w:r/>
            <w:r>
              <w:t>출제의도ⓔ근거오설명·전방후방정오구별</w:t>
            </w:r>
          </w:p>
        </w:tc>
        <w:tc>
          <w:tcPr>
            <w:tcW w:type="dxa" w:w="6264"/>
          </w:tcPr>
          <w:p>
            <w:r/>
            <w:r>
              <w:t>원문 문단·선지 판단·표시와 글자 수 조건 일치</w:t>
            </w:r>
          </w:p>
          <w:p>
            <w:r>
              <w:t>반영 문구</w:t>
            </w:r>
          </w:p>
          <w:p>
            <w:r>
              <w:t>• EBS 연계 방식: 2번에서 비교한 복원 추론과 연장 추론의 결과를 본문 2~3문단과 연결하여 명시 의미, 확장 의미를 찾게 하였다. 선정된 배경지식이 적합해야 하는 대상은 3문단의 상위 맥락이다. 3번 ⓔ는 확장 의미 생성의 사례이다.</w:t>
            </w:r>
          </w:p>
          <w:p>
            <w:r>
              <w:t>• EBS 연계 방식: 3번의 적절한 선지 ①·②·④에 나온 지시 대상 파악, 축자적 의미 이해, 연장 추론을 활용하였다. 부적절한 진술을 고르는 정답 ③은 전방 추론을 후방 추론이라 한 오류이다. 본문 2문단의 정의에 맞춰 후방 추론 사례를 따로 구성하고 &lt;보기1&gt;의 기준과 &lt;보기2&gt;의 사례를 대응하도록 하였다.</w:t>
            </w:r>
          </w:p>
        </w:tc>
      </w:tr>
      <w:tr>
        <w:tc>
          <w:tcPr>
            <w:tcW w:type="dxa" w:w="1512"/>
          </w:tcPr>
          <w:p>
            <w:r/>
            <w:r>
              <w:t>인쇄 134쪽</w:t>
            </w:r>
          </w:p>
          <w:p>
            <w:r>
              <w:t>PDF 142쪽</w:t>
            </w:r>
          </w:p>
          <w:p>
            <w:r>
              <w:t>KN-172</w:t>
            </w:r>
          </w:p>
          <w:p>
            <w:r>
              <w:t>P2551</w:t>
            </w:r>
          </w:p>
        </w:tc>
        <w:tc>
          <w:tcPr>
            <w:tcW w:type="dxa" w:w="2592"/>
          </w:tcPr>
          <w:p>
            <w:r/>
            <w:r>
              <w:t>구텐베르크 은하계 의미 및 서술 글자수·기출동형</w:t>
            </w:r>
          </w:p>
        </w:tc>
        <w:tc>
          <w:tcPr>
            <w:tcW w:type="dxa" w:w="6264"/>
          </w:tcPr>
          <w:p>
            <w:r/>
            <w:r>
              <w:t>원문 의미·실제 문항번호·선지정오·답안조건 일치</w:t>
            </w:r>
          </w:p>
          <w:p>
            <w:r>
              <w:t>반영 문구</w:t>
            </w:r>
          </w:p>
          <w:p>
            <w:r>
              <w:t>로 변화했다고 보았다. 그는 이를 문자 중심 문화를 뜻하는 '( ① )'의 몰락이라고 평했는데, 이는 문</w:t>
            </w:r>
          </w:p>
          <w:p>
            <w:r>
              <w:t>(띄어쓰기와 문장 부호를 포함하여 50~70자)</w:t>
            </w:r>
          </w:p>
        </w:tc>
      </w:tr>
      <w:tr>
        <w:tc>
          <w:tcPr>
            <w:tcW w:type="dxa" w:w="1512"/>
          </w:tcPr>
          <w:p>
            <w:r/>
            <w:r>
              <w:t>인쇄 135쪽</w:t>
            </w:r>
          </w:p>
          <w:p>
            <w:r>
              <w:t>PDF 143쪽</w:t>
            </w:r>
          </w:p>
          <w:p>
            <w:r>
              <w:t>KN-172</w:t>
            </w:r>
          </w:p>
          <w:p>
            <w:r>
              <w:t>P2552</w:t>
            </w:r>
          </w:p>
        </w:tc>
        <w:tc>
          <w:tcPr>
            <w:tcW w:type="dxa" w:w="2592"/>
          </w:tcPr>
          <w:p>
            <w:r/>
            <w:r>
              <w:t>실제 형식과 다른 유형 및 기출동형</w:t>
            </w:r>
          </w:p>
        </w:tc>
        <w:tc>
          <w:tcPr>
            <w:tcW w:type="dxa" w:w="6264"/>
          </w:tcPr>
          <w:p>
            <w:r/>
            <w:r>
              <w:t>원문 의미·실제 문항번호·선지정오·답안조건 일치</w:t>
            </w:r>
          </w:p>
          <w:p>
            <w:r>
              <w:t>반영 문구</w:t>
            </w:r>
          </w:p>
          <w:p>
            <w:r>
              <w:t>A-1</w:t>
            </w:r>
          </w:p>
          <w:p>
            <w:r>
              <w:t>요약 표/보기 빈칸</w:t>
            </w:r>
          </w:p>
        </w:tc>
      </w:tr>
      <w:tr>
        <w:tc>
          <w:tcPr>
            <w:tcW w:type="dxa" w:w="1512"/>
          </w:tcPr>
          <w:p>
            <w:r/>
            <w:r>
              <w:t>인쇄 136쪽</w:t>
            </w:r>
          </w:p>
          <w:p>
            <w:r>
              <w:t>PDF 144쪽</w:t>
            </w:r>
          </w:p>
          <w:p>
            <w:r>
              <w:t>KN-172</w:t>
            </w:r>
          </w:p>
          <w:p>
            <w:r>
              <w:t>P2553</w:t>
            </w:r>
          </w:p>
        </w:tc>
        <w:tc>
          <w:tcPr>
            <w:tcW w:type="dxa" w:w="2592"/>
          </w:tcPr>
          <w:p>
            <w:r/>
            <w:r>
              <w:t>출처번호·구텐베르크 의미·오라 글자수</w:t>
            </w:r>
          </w:p>
        </w:tc>
        <w:tc>
          <w:tcPr>
            <w:tcW w:type="dxa" w:w="6264"/>
          </w:tcPr>
          <w:p>
            <w:r/>
            <w:r>
              <w:t>원문 의미·실제 문항번호·선지정오·답안조건 일치</w:t>
            </w:r>
          </w:p>
          <w:p>
            <w:r>
              <w:t>반영 문구</w:t>
            </w:r>
          </w:p>
          <w:p>
            <w:r>
              <w:t>• EBS 연계 방식: EBS 4번 정답 ④의 문자 중심 문화와 특권 계급 문화의 몰락을 본문 2문단과 연결하였다. 4번의 부적절한 진술 ⑤와 달리 볼츠는 해석과 관조보다 감성적 지각을 중시한다. 2~3문단에서 구텐베르크 은하계, 특권 계급, 감성적 지각을 찾아 해설문을 완성한다.</w:t>
            </w:r>
          </w:p>
          <w:p>
            <w:r>
              <w:t>① 2문단에서 '구텐베르크 은하계'는 문자 중심 문화를 가리킨다. 이 문화의 몰락은 지배적 매체의 변화와 특권 계급의 고급문화가 몰락한 현상을 뜻한다.</w:t>
            </w:r>
          </w:p>
          <w:p>
            <w:r>
              <w:t>• EBS 연계 방식: EBS 5번 정답 ②의 오라 상실과 예술 종말을 구별한다. 4번의 부적절한 선지 ③·⑤를 바로잡아 감성학을 이해하고, 7번의 적절한 선지 ③을 본문 4문단의 알고리즘적 형식과 연결한다.</w:t>
            </w:r>
          </w:p>
          <w:p>
            <w:r>
              <w:t>정답: ① 오라 ② 감성학 ③ 알고리즘적 형식</w:t>
            </w:r>
          </w:p>
          <w:p>
            <w:r>
              <w:t>④ 예술의 본질은 소멸하지 않고 매체의 변화에 따라 혁신해 가며, 관조가 아닌 참여를 요구한다.</w:t>
            </w:r>
          </w:p>
          <w:p>
            <w:r>
              <w:t>① 오라</w:t>
            </w:r>
          </w:p>
        </w:tc>
      </w:tr>
      <w:tr>
        <w:tc>
          <w:tcPr>
            <w:tcW w:type="dxa" w:w="1512"/>
          </w:tcPr>
          <w:p>
            <w:r/>
            <w:r>
              <w:t>인쇄 137쪽</w:t>
            </w:r>
          </w:p>
          <w:p>
            <w:r>
              <w:t>PDF 145쪽</w:t>
            </w:r>
          </w:p>
          <w:p>
            <w:r>
              <w:t>KN-172</w:t>
            </w:r>
          </w:p>
          <w:p>
            <w:r>
              <w:t>P2554</w:t>
            </w:r>
          </w:p>
        </w:tc>
        <w:tc>
          <w:tcPr>
            <w:tcW w:type="dxa" w:w="2592"/>
          </w:tcPr>
          <w:p>
            <w:r/>
            <w:r>
              <w:t>정답과 오답 진술 혼동·원문 문단 번호</w:t>
            </w:r>
          </w:p>
        </w:tc>
        <w:tc>
          <w:tcPr>
            <w:tcW w:type="dxa" w:w="6264"/>
          </w:tcPr>
          <w:p>
            <w:r/>
            <w:r>
              <w:t>원문 의미·실제 문항번호·선지정오·답안조건 일치</w:t>
            </w:r>
          </w:p>
          <w:p>
            <w:r>
              <w:t>반영 문구</w:t>
            </w:r>
          </w:p>
          <w:p>
            <w:r>
              <w:t>• EBS 연계 방식: EBS 4번의 선지 ③·⑤는 볼츠의 관점에 맞지 않는 진술이다. 볼츠는 아름다움 분석이나 해석·관조보다 매체를 통한 감성적 지각을 중시한다. 본문 1문단의 매체 미학과 3문단의 감성학을 빈칸으로 구성하였다.</w:t>
            </w:r>
          </w:p>
          <w:p>
            <w:r>
              <w:t>• EBS 연계 방식: EBS 4번의 부적절한 선지 ③·⑤와 7번의 적절한 선지 ③을 본문과 연결하였다. 본문 2문단의 사회 정의, 3문단의 미학 방향, 4문단의 알고리즘적 형식과 참여 요구를 비교표로 구성하였다. 정답은 원문의 매체 의존적 사회와 감성학이다.</w:t>
            </w:r>
          </w:p>
        </w:tc>
      </w:tr>
      <w:tr>
        <w:tc>
          <w:tcPr>
            <w:tcW w:type="dxa" w:w="1512"/>
          </w:tcPr>
          <w:p>
            <w:r/>
            <w:r>
              <w:t>인쇄 140쪽</w:t>
            </w:r>
          </w:p>
          <w:p>
            <w:r>
              <w:t>PDF 148쪽</w:t>
            </w:r>
          </w:p>
          <w:p>
            <w:r>
              <w:t>KN-173</w:t>
            </w:r>
          </w:p>
          <w:p>
            <w:r>
              <w:t>P2576</w:t>
            </w:r>
          </w:p>
        </w:tc>
        <w:tc>
          <w:tcPr>
            <w:tcW w:type="dxa" w:w="2592"/>
          </w:tcPr>
          <w:p>
            <w:r/>
            <w:r>
              <w:t>빈칸문항을 첫끝어절 유형으로 잘못 표기</w:t>
            </w:r>
          </w:p>
        </w:tc>
        <w:tc>
          <w:tcPr>
            <w:tcW w:type="dxa" w:w="6264"/>
          </w:tcPr>
          <w:p>
            <w:r/>
            <w:r>
              <w:t>원문·문항 조건 일치</w:t>
            </w:r>
          </w:p>
          <w:p>
            <w:r>
              <w:t>반영 문구</w:t>
            </w:r>
          </w:p>
          <w:p>
            <w:r>
              <w:t>A-1</w:t>
            </w:r>
          </w:p>
          <w:p>
            <w:r>
              <w:t>요약 표/보기 빈칸</w:t>
            </w:r>
          </w:p>
        </w:tc>
      </w:tr>
      <w:tr>
        <w:tc>
          <w:tcPr>
            <w:tcW w:type="dxa" w:w="1512"/>
          </w:tcPr>
          <w:p>
            <w:r/>
            <w:r>
              <w:t>인쇄 141쪽</w:t>
            </w:r>
          </w:p>
          <w:p>
            <w:r>
              <w:t>PDF 149쪽</w:t>
            </w:r>
          </w:p>
          <w:p>
            <w:r>
              <w:t>KN-173</w:t>
            </w:r>
          </w:p>
          <w:p>
            <w:r>
              <w:t>P2577</w:t>
            </w:r>
          </w:p>
        </w:tc>
        <w:tc>
          <w:tcPr>
            <w:tcW w:type="dxa" w:w="2592"/>
          </w:tcPr>
          <w:p>
            <w:r/>
            <w:r>
              <w:t>없는 진술㉲까지 지시</w:t>
            </w:r>
          </w:p>
        </w:tc>
        <w:tc>
          <w:tcPr>
            <w:tcW w:type="dxa" w:w="6264"/>
          </w:tcPr>
          <w:p>
            <w:r/>
            <w:r>
              <w:t>원문·문항 조건 일치</w:t>
            </w:r>
          </w:p>
          <w:p>
            <w:r>
              <w:t>반영 문구</w:t>
            </w:r>
          </w:p>
          <w:p>
            <w:r>
              <w:t>어갈 적절한 말을 윗글에서 찾아 쓰고, [진술] ㉮~㉱ 중 적절</w:t>
            </w:r>
          </w:p>
        </w:tc>
      </w:tr>
      <w:tr>
        <w:tc>
          <w:tcPr>
            <w:tcW w:type="dxa" w:w="1512"/>
          </w:tcPr>
          <w:p>
            <w:r/>
            <w:r>
              <w:t>인쇄 142쪽</w:t>
            </w:r>
          </w:p>
          <w:p>
            <w:r>
              <w:t>PDF 150쪽</w:t>
            </w:r>
          </w:p>
          <w:p>
            <w:r>
              <w:t>KN-173</w:t>
            </w:r>
          </w:p>
          <w:p>
            <w:r>
              <w:t>P2578</w:t>
            </w:r>
          </w:p>
        </w:tc>
        <w:tc>
          <w:tcPr>
            <w:tcW w:type="dxa" w:w="2592"/>
          </w:tcPr>
          <w:p>
            <w:r/>
            <w:r>
              <w:t>EBS 문항번호 오류</w:t>
            </w:r>
          </w:p>
        </w:tc>
        <w:tc>
          <w:tcPr>
            <w:tcW w:type="dxa" w:w="6264"/>
          </w:tcPr>
          <w:p>
            <w:r/>
            <w:r>
              <w:t>원문·문항 조건 일치</w:t>
            </w:r>
          </w:p>
          <w:p>
            <w:r>
              <w:t>반영 문구</w:t>
            </w:r>
          </w:p>
          <w:p>
            <w:r>
              <w:t>• EBS 연계 방식: 문항연계 — EBS 9번(㉠ 이해) 정답 선</w:t>
            </w:r>
          </w:p>
          <w:p>
            <w:r>
              <w:t>• EBS 연계 방식: 문항연계. [9번] 문항의 정답·오답 해설에</w:t>
            </w:r>
          </w:p>
          <w:p>
            <w:r>
              <w:t>전환하였다. 특히 [10번] &lt;보기&gt;의 낙인 이론·전통적 관점 내용</w:t>
            </w:r>
          </w:p>
        </w:tc>
      </w:tr>
      <w:tr>
        <w:tc>
          <w:tcPr>
            <w:tcW w:type="dxa" w:w="1512"/>
          </w:tcPr>
          <w:p>
            <w:r/>
            <w:r>
              <w:t>인쇄 143쪽</w:t>
            </w:r>
          </w:p>
          <w:p>
            <w:r>
              <w:t>PDF 151쪽</w:t>
            </w:r>
          </w:p>
          <w:p>
            <w:r>
              <w:t>KN-173</w:t>
            </w:r>
          </w:p>
          <w:p>
            <w:r>
              <w:t>P2579</w:t>
            </w:r>
          </w:p>
        </w:tc>
        <w:tc>
          <w:tcPr>
            <w:tcW w:type="dxa" w:w="2592"/>
          </w:tcPr>
          <w:p>
            <w:r/>
            <w:r>
              <w:t>출제번호·문법설명·실제없는과제</w:t>
            </w:r>
          </w:p>
        </w:tc>
        <w:tc>
          <w:tcPr>
            <w:tcW w:type="dxa" w:w="6264"/>
          </w:tcPr>
          <w:p>
            <w:r/>
            <w:r>
              <w:t>원문·문항 조건 일치</w:t>
            </w:r>
          </w:p>
          <w:p>
            <w:r>
              <w:t>반영 문구</w:t>
            </w:r>
          </w:p>
          <w:p>
            <w:r>
              <w:t>• EBS 연계 방식: 문항연계 중심. EBS 9번 문항(㉠ 합의적</w:t>
            </w:r>
          </w:p>
          <w:p>
            <w:r>
              <w:t>못한 집단을 ○○하기 위한 장치"의 빈칸을 그대로 옮기면</w:t>
            </w:r>
          </w:p>
          <w:p>
            <w:r>
              <w:t>○○으로 평가하여"의 빈칸에 '-적'으로 끝나는 말은 '반</w:t>
            </w:r>
          </w:p>
          <w:p>
            <w:r>
              <w:t>• EBS 연계 방식: EBS 10번 &lt;보기&gt;의 낙인 이론을 바탕으로 일탈과 낙인을 빈칸으로 구성하였다. 10번의 부적절한 선지 ⑤처럼 일탈을 개인의 도덕성으로 한정한 진술이 ㉯이다. 본문과 &lt;보기&gt;를 비교하여 적절하지 않은 진술의 기호를 고르게 하였다.</w:t>
            </w:r>
          </w:p>
        </w:tc>
      </w:tr>
      <w:tr>
        <w:tc>
          <w:tcPr>
            <w:tcW w:type="dxa" w:w="1512"/>
          </w:tcPr>
          <w:p>
            <w:r/>
            <w:r>
              <w:t>인쇄 147쪽</w:t>
            </w:r>
          </w:p>
          <w:p>
            <w:r>
              <w:t>PDF 155쪽</w:t>
            </w:r>
          </w:p>
          <w:p>
            <w:r>
              <w:t>KN-174</w:t>
            </w:r>
          </w:p>
          <w:p>
            <w:r>
              <w:t>P2585</w:t>
            </w:r>
          </w:p>
        </w:tc>
        <w:tc>
          <w:tcPr>
            <w:tcW w:type="dxa" w:w="2592"/>
          </w:tcPr>
          <w:p>
            <w:r/>
            <w:r>
              <w:t>공통원료가능성·보기재구성표시</w:t>
            </w:r>
          </w:p>
        </w:tc>
        <w:tc>
          <w:tcPr>
            <w:tcW w:type="dxa" w:w="6264"/>
          </w:tcPr>
          <w:p>
            <w:r/>
            <w:r>
              <w:t>원문 및 조건에 일치</w:t>
            </w:r>
          </w:p>
          <w:p>
            <w:r>
              <w:t>반영 문구</w:t>
            </w:r>
          </w:p>
          <w:p>
            <w:r>
              <w:t>다음은 EBS &lt;보기&gt;를 재구성한 것이다. ①, ②, ③에 들어갈 적</w:t>
            </w:r>
          </w:p>
          <w:p>
            <w:r>
              <w:t>( ③ )기반 원료를 사용할 수 있다는</w:t>
            </w:r>
          </w:p>
        </w:tc>
      </w:tr>
      <w:tr>
        <w:tc>
          <w:tcPr>
            <w:tcW w:type="dxa" w:w="1512"/>
          </w:tcPr>
          <w:p>
            <w:r/>
            <w:r>
              <w:t>인쇄 148쪽</w:t>
            </w:r>
          </w:p>
          <w:p>
            <w:r>
              <w:t>PDF 156쪽</w:t>
            </w:r>
          </w:p>
          <w:p>
            <w:r>
              <w:t>KN-174</w:t>
            </w:r>
          </w:p>
          <w:p>
            <w:r>
              <w:t>P2586</w:t>
            </w:r>
          </w:p>
        </w:tc>
        <w:tc>
          <w:tcPr>
            <w:tcW w:type="dxa" w:w="2592"/>
          </w:tcPr>
          <w:p>
            <w:r/>
            <w:r>
              <w:t>EBS번호·선지정오·근거문단</w:t>
            </w:r>
          </w:p>
        </w:tc>
        <w:tc>
          <w:tcPr>
            <w:tcW w:type="dxa" w:w="6264"/>
          </w:tcPr>
          <w:p>
            <w:r/>
            <w:r>
              <w:t>원문 및 조건에 일치</w:t>
            </w:r>
          </w:p>
          <w:p>
            <w:r>
              <w:t>반영 문구</w:t>
            </w:r>
          </w:p>
          <w:p>
            <w:r>
              <w:t>• EBS 연계 방식: 문항연계 — EBS 14번(㉮~㉱ 구분)의 정</w:t>
            </w:r>
          </w:p>
          <w:p>
            <w:r>
              <w:t>EBS 12번 오답 해설 ①(바이오 플라스틱의 종류와 원료)을 통</w:t>
            </w:r>
          </w:p>
          <w:p>
            <w:r>
              <w:t>일하다는 4문단 근거로, 분해가 안 돼 미세 플라스틱 발생과</w:t>
            </w:r>
          </w:p>
          <w:p>
            <w:r>
              <w:t>• EBS 연계 방식: EBS 14번의 분해성·원료 구분과 16번의 바이오 폴리에틸렌 사례를 활용하였다. 16번의 적절하지 않은 선지 ⑤를 바로잡아, 화학 구조와 물성이 같으므로 미세 플라스틱 발생을 줄이지 못한다는 이유를 서술하게 하였다. (가) 3문단의 제조 비용·분해 시설·식량 작물 이용 문제를 한계점으로 묻는다.</w:t>
            </w:r>
          </w:p>
        </w:tc>
      </w:tr>
      <w:tr>
        <w:tc>
          <w:tcPr>
            <w:tcW w:type="dxa" w:w="1512"/>
          </w:tcPr>
          <w:p>
            <w:r/>
            <w:r>
              <w:t>인쇄 149쪽</w:t>
            </w:r>
          </w:p>
          <w:p>
            <w:r>
              <w:t>PDF 157쪽</w:t>
            </w:r>
          </w:p>
          <w:p>
            <w:r>
              <w:t>KN-174</w:t>
            </w:r>
          </w:p>
          <w:p>
            <w:r>
              <w:t>P2587</w:t>
            </w:r>
          </w:p>
        </w:tc>
        <w:tc>
          <w:tcPr>
            <w:tcW w:type="dxa" w:w="2592"/>
          </w:tcPr>
          <w:p>
            <w:r/>
            <w:r>
              <w:t>EBS번호·없는선지인용</w:t>
            </w:r>
          </w:p>
        </w:tc>
        <w:tc>
          <w:tcPr>
            <w:tcW w:type="dxa" w:w="6264"/>
          </w:tcPr>
          <w:p>
            <w:r/>
            <w:r>
              <w:t>원문 및 조건에 일치</w:t>
            </w:r>
          </w:p>
          <w:p>
            <w:r>
              <w:t>반영 문구</w:t>
            </w:r>
          </w:p>
          <w:p>
            <w:r>
              <w:t>• EBS 연계 방식: 문항연계 — EBS 16번 문항의 &lt;보기&gt;(갑·</w:t>
            </w:r>
          </w:p>
          <w:p>
            <w:r>
              <w:t>• EBS 연계 방식: EBS 14번의 분해성·원료 분류를 요약 표로 재구성하였다. 선지 ①의 난분해성, ④의 물과 이산화 탄소 방출을 본문과 연결한다. 생분해성 플라스틱에는 바이오매스 기반과 석유 유래 원료 기반이 있으므로, 원료의 공통점은 바이오매스를 사용할 수 있다는 점이다.</w:t>
            </w:r>
          </w:p>
        </w:tc>
      </w:tr>
      <w:tr>
        <w:tc>
          <w:tcPr>
            <w:tcW w:type="dxa" w:w="1512"/>
          </w:tcPr>
          <w:p>
            <w:r/>
            <w:r>
              <w:t>인쇄 162쪽</w:t>
            </w:r>
          </w:p>
          <w:p>
            <w:r>
              <w:t>PDF 170쪽</w:t>
            </w:r>
          </w:p>
          <w:p>
            <w:r>
              <w:t>KN-175</w:t>
            </w:r>
          </w:p>
          <w:p>
            <w:r>
              <w:t>P2592</w:t>
            </w:r>
          </w:p>
        </w:tc>
        <w:tc>
          <w:tcPr>
            <w:tcW w:type="dxa" w:w="2592"/>
          </w:tcPr>
          <w:p>
            <w:r/>
            <w:r>
              <w:t>1연 내용을 2연으로 표기</w:t>
            </w:r>
          </w:p>
        </w:tc>
        <w:tc>
          <w:tcPr>
            <w:tcW w:type="dxa" w:w="6264"/>
          </w:tcPr>
          <w:p>
            <w:r/>
            <w:r>
              <w:t>원문·답안조건 일치</w:t>
            </w:r>
          </w:p>
          <w:p>
            <w:r>
              <w:t>반영 문구</w:t>
            </w:r>
          </w:p>
          <w:p>
            <w:r>
              <w:t>1연 후반</w:t>
            </w:r>
          </w:p>
          <w:p>
            <w:r>
              <w:t>~2연</w:t>
            </w:r>
          </w:p>
        </w:tc>
      </w:tr>
      <w:tr>
        <w:tc>
          <w:tcPr>
            <w:tcW w:type="dxa" w:w="1512"/>
          </w:tcPr>
          <w:p>
            <w:r/>
            <w:r>
              <w:t>인쇄 164쪽</w:t>
            </w:r>
          </w:p>
          <w:p>
            <w:r>
              <w:t>PDF 172쪽</w:t>
            </w:r>
          </w:p>
          <w:p>
            <w:r>
              <w:t>KN-175</w:t>
            </w:r>
          </w:p>
          <w:p>
            <w:r>
              <w:t>P2593</w:t>
            </w:r>
          </w:p>
        </w:tc>
        <w:tc>
          <w:tcPr>
            <w:tcW w:type="dxa" w:w="2592"/>
          </w:tcPr>
          <w:p>
            <w:r/>
            <w:r>
              <w:t>다른작품조건혼입·자연물역할</w:t>
            </w:r>
          </w:p>
        </w:tc>
        <w:tc>
          <w:tcPr>
            <w:tcW w:type="dxa" w:w="6264"/>
          </w:tcPr>
          <w:p>
            <w:r/>
            <w:r>
              <w:t>원문·답안조건 일치</w:t>
            </w:r>
          </w:p>
          <w:p>
            <w:r>
              <w:t>반영 문구</w:t>
            </w:r>
          </w:p>
          <w:p>
            <w:r>
              <w:t>• ①: (가)에서 화자를 키운 것으로 제시된 두 글자의 시어를 쓸 것.</w:t>
            </w:r>
          </w:p>
          <w:p>
            <w:r>
              <w:t>• ②: (나)의 첫 시행 전체를 그대로 쓸 것.</w:t>
            </w:r>
          </w:p>
          <w:p>
            <w:r>
              <w:t>에게 방랑하는 존재가 되기를 권유하는 자연물과 그 대상을 나</w:t>
            </w:r>
          </w:p>
        </w:tc>
      </w:tr>
      <w:tr>
        <w:tc>
          <w:tcPr>
            <w:tcW w:type="dxa" w:w="1512"/>
          </w:tcPr>
          <w:p>
            <w:r/>
            <w:r>
              <w:t>인쇄 166쪽</w:t>
            </w:r>
          </w:p>
          <w:p>
            <w:r>
              <w:t>PDF 174쪽</w:t>
            </w:r>
          </w:p>
          <w:p>
            <w:r>
              <w:t>KN-175</w:t>
            </w:r>
          </w:p>
          <w:p>
            <w:r>
              <w:t>P2594</w:t>
            </w:r>
          </w:p>
        </w:tc>
        <w:tc>
          <w:tcPr>
            <w:tcW w:type="dxa" w:w="2592"/>
          </w:tcPr>
          <w:p>
            <w:r/>
            <w:r>
              <w:t>시어누락·잔돌해석</w:t>
            </w:r>
          </w:p>
        </w:tc>
        <w:tc>
          <w:tcPr>
            <w:tcW w:type="dxa" w:w="6264"/>
          </w:tcPr>
          <w:p>
            <w:r/>
            <w:r>
              <w:t>원문·답안조건 일치</w:t>
            </w:r>
          </w:p>
          <w:p>
            <w:r>
              <w:t>반영 문구</w:t>
            </w:r>
          </w:p>
          <w:p>
            <w:r>
              <w:t>정답: ① 바람 ② 천치</w:t>
            </w:r>
          </w:p>
          <w:p>
            <w:r>
              <w:t>③ '바람'으로 표현된 고통의 세월이 자신의 정체성을 형성했음을 인정하고 당당하게 수용하기 때문이다.</w:t>
            </w:r>
          </w:p>
          <w:p>
            <w:r>
              <w:t>④ 바람이 상징하는 방랑과 잔돌이 상징하는 정착이 대립하며, 정착을 바라면서도 방랑하는 화자의 처지를 드러낸다.</w:t>
            </w:r>
          </w:p>
          <w:p>
            <w:r>
              <w:t>④ 바람은 떠도는 삶을, 잔돌은 한곳에 머무는 삶을 나타낸다. 마지막 두 행은 방랑과 정착의 대비를 통해 화자의 처지를 드러낸다. 휴식과 정착을 바라지만 고단한 방랑을 이어 가는 삶을 읽어야 하며, 잔돌까지 떠도는 존재로 설명하지 않는다.</w:t>
            </w:r>
          </w:p>
          <w:p>
            <w:r>
              <w:t>④ '정착 소망'(1점) + '방랑 운명'(1점) + '두 삶의 대립과 화자의 처지'(1점)</w:t>
            </w:r>
          </w:p>
        </w:tc>
      </w:tr>
      <w:tr>
        <w:tc>
          <w:tcPr>
            <w:tcW w:type="dxa" w:w="1512"/>
          </w:tcPr>
          <w:p>
            <w:r/>
            <w:r>
              <w:t>인쇄 170쪽</w:t>
            </w:r>
          </w:p>
          <w:p>
            <w:r>
              <w:t>PDF 178쪽</w:t>
            </w:r>
          </w:p>
          <w:p>
            <w:r>
              <w:t>KN-176</w:t>
            </w:r>
          </w:p>
          <w:p>
            <w:r>
              <w:t>P2596</w:t>
            </w:r>
          </w:p>
        </w:tc>
        <w:tc>
          <w:tcPr>
            <w:tcW w:type="dxa" w:w="2592"/>
          </w:tcPr>
          <w:p>
            <w:r/>
            <w:r>
              <w:t>재구성보기표기·처럼중복·원문에없는단어발췌</w:t>
            </w:r>
          </w:p>
        </w:tc>
        <w:tc>
          <w:tcPr>
            <w:tcW w:type="dxa" w:w="6264"/>
          </w:tcPr>
          <w:p>
            <w:r/>
            <w:r>
              <w:t>원문 및 조건 일치</w:t>
            </w:r>
          </w:p>
          <w:p>
            <w:r>
              <w:t>반영 문구</w:t>
            </w:r>
          </w:p>
          <w:p>
            <w:r>
              <w:t>다음은 EBS &lt;보기&gt;를 재구성한 것이다. ①, ②, ③에 들어갈 적</w:t>
            </w:r>
          </w:p>
          <w:p>
            <w:r>
              <w:t>시달린 뒤에도 ( ② ) 줄을 타는 허 노인의 모습에서</w:t>
            </w:r>
          </w:p>
          <w:p>
            <w:r>
              <w:t>이다. ①·②·④는 윗글에서 찾고, ③은 작품의 갈등을 바탕으로 세 글자로 쓰시오.</w:t>
            </w:r>
          </w:p>
        </w:tc>
      </w:tr>
      <w:tr>
        <w:tc>
          <w:tcPr>
            <w:tcW w:type="dxa" w:w="1512"/>
          </w:tcPr>
          <w:p>
            <w:r/>
            <w:r>
              <w:t>인쇄 171쪽</w:t>
            </w:r>
          </w:p>
          <w:p>
            <w:r>
              <w:t>PDF 179쪽</w:t>
            </w:r>
          </w:p>
          <w:p>
            <w:r>
              <w:t>KN-176</w:t>
            </w:r>
          </w:p>
          <w:p>
            <w:r>
              <w:t>P2597</w:t>
            </w:r>
          </w:p>
        </w:tc>
        <w:tc>
          <w:tcPr>
            <w:tcW w:type="dxa" w:w="2592"/>
          </w:tcPr>
          <w:p>
            <w:r/>
            <w:r>
              <w:t>원문에없는개념발췌·조사제외</w:t>
            </w:r>
          </w:p>
        </w:tc>
        <w:tc>
          <w:tcPr>
            <w:tcW w:type="dxa" w:w="6264"/>
          </w:tcPr>
          <w:p>
            <w:r/>
            <w:r>
              <w:t>원문 및 조건 일치</w:t>
            </w:r>
          </w:p>
          <w:p>
            <w:r>
              <w:t>반영 문구</w:t>
            </w:r>
          </w:p>
          <w:p>
            <w:r>
              <w:t>을 바탕으로 쓰시오. (단, ①은 6음절, ②는 2음절, ③은 2음절</w:t>
            </w:r>
          </w:p>
          <w:p>
            <w:r>
              <w:t>어절, ②는 2음절로 쓸 것. 조사 제외)</w:t>
            </w:r>
          </w:p>
        </w:tc>
      </w:tr>
      <w:tr>
        <w:tc>
          <w:tcPr>
            <w:tcW w:type="dxa" w:w="1512"/>
          </w:tcPr>
          <w:p>
            <w:r/>
            <w:r>
              <w:t>인쇄 172쪽</w:t>
            </w:r>
          </w:p>
          <w:p>
            <w:r>
              <w:t>PDF 180쪽</w:t>
            </w:r>
          </w:p>
          <w:p>
            <w:r>
              <w:t>KN-176</w:t>
            </w:r>
          </w:p>
          <w:p>
            <w:r>
              <w:t>P2598</w:t>
            </w:r>
          </w:p>
        </w:tc>
        <w:tc>
          <w:tcPr>
            <w:tcW w:type="dxa" w:w="2592"/>
          </w:tcPr>
          <w:p>
            <w:r/>
            <w:r>
              <w:t>본문과보기근거혼동</w:t>
            </w:r>
          </w:p>
        </w:tc>
        <w:tc>
          <w:tcPr>
            <w:tcW w:type="dxa" w:w="6264"/>
          </w:tcPr>
          <w:p>
            <w:r/>
            <w:r>
              <w:t>원문 및 조건 일치</w:t>
            </w:r>
          </w:p>
          <w:p>
            <w:r>
              <w:t>반영 문구</w:t>
            </w:r>
          </w:p>
          <w:p>
            <w:r>
              <w:t>③ '자본주의의 속물성을 추구하는 ( )의 논리' 표현이 EBS</w:t>
            </w:r>
          </w:p>
          <w:p>
            <w:r>
              <w:t>&lt;보기&gt;와 일치한다. '근대'만 쓰면 감점.</w:t>
            </w:r>
          </w:p>
        </w:tc>
      </w:tr>
      <w:tr>
        <w:tc>
          <w:tcPr>
            <w:tcW w:type="dxa" w:w="1512"/>
          </w:tcPr>
          <w:p>
            <w:r/>
            <w:r>
              <w:t>인쇄 173쪽</w:t>
            </w:r>
          </w:p>
          <w:p>
            <w:r>
              <w:t>PDF 181쪽</w:t>
            </w:r>
          </w:p>
          <w:p>
            <w:r>
              <w:t>KN-176</w:t>
            </w:r>
          </w:p>
          <w:p>
            <w:r>
              <w:t>P2599</w:t>
            </w:r>
          </w:p>
        </w:tc>
        <w:tc>
          <w:tcPr>
            <w:tcW w:type="dxa" w:w="2592"/>
          </w:tcPr>
          <w:p>
            <w:r/>
            <w:r>
              <w:t>몰입음절수·소리의주체</w:t>
            </w:r>
          </w:p>
        </w:tc>
        <w:tc>
          <w:tcPr>
            <w:tcW w:type="dxa" w:w="6264"/>
          </w:tcPr>
          <w:p>
            <w:r/>
            <w:r>
              <w:t>원문 및 조건 일치</w:t>
            </w:r>
          </w:p>
          <w:p>
            <w:r>
              <w:t>반영 문구</w:t>
            </w:r>
          </w:p>
          <w:p>
            <w:r>
              <w:t>는 2음절어로, 대상에 온전히 빠져드는 '몰입'이 정답.</w:t>
            </w:r>
          </w:p>
          <w:p>
            <w:r>
              <w:t>게 보였으나, 이제 운이 줄의 너비를 의식하지 않고 아버지 소</w:t>
            </w:r>
          </w:p>
        </w:tc>
      </w:tr>
      <w:tr>
        <w:tc>
          <w:tcPr>
            <w:tcW w:type="dxa" w:w="1512"/>
          </w:tcPr>
          <w:p>
            <w:r/>
            <w:r>
              <w:t>인쇄 174쪽</w:t>
            </w:r>
          </w:p>
          <w:p>
            <w:r>
              <w:t>PDF 182쪽</w:t>
            </w:r>
          </w:p>
          <w:p>
            <w:r>
              <w:t>KN-177</w:t>
            </w:r>
          </w:p>
          <w:p>
            <w:r>
              <w:t>P2605</w:t>
            </w:r>
          </w:p>
        </w:tc>
        <w:tc>
          <w:tcPr>
            <w:tcW w:type="dxa" w:w="2592"/>
          </w:tcPr>
          <w:p>
            <w:r/>
            <w:r>
              <w:t>주체·약구한장소·동생이름오인</w:t>
            </w:r>
          </w:p>
        </w:tc>
        <w:tc>
          <w:tcPr>
            <w:tcW w:type="dxa" w:w="6264"/>
          </w:tcPr>
          <w:p>
            <w:r/>
            <w:r>
              <w:t>원문 및 문항 지시 일치</w:t>
            </w:r>
          </w:p>
          <w:p>
            <w:r>
              <w:t>반영 문구</w:t>
            </w:r>
          </w:p>
          <w:p>
            <w:r>
              <w:t>• 아들이 충청도 (1)부여 (2)현감에 임명됨 → 화자는 크나큰 (6)성은에 깊이 감격함</w:t>
            </w:r>
          </w:p>
          <w:p>
            <w:r>
              <w:t>• 아들이 약을 구해 병든 (7)부모님을 쾌차하게 한 효행을 회상함</w:t>
            </w:r>
          </w:p>
          <w:p>
            <w:r>
              <w:t>• (7)부모님을 향한 아들의 효심과 거듭된 (6)성은에 감격하여 부임 행차에 동행함</w:t>
            </w:r>
          </w:p>
          <w:p>
            <w:r>
              <w:t>• 옥성에서 30년 만에 (12)아우를 만남 → 반백이 된 동생의 모습에 눈물을 흘리며 (11)회포를 나눔</w:t>
            </w:r>
          </w:p>
        </w:tc>
      </w:tr>
      <w:tr>
        <w:tc>
          <w:tcPr>
            <w:tcW w:type="dxa" w:w="1512"/>
          </w:tcPr>
          <w:p>
            <w:r/>
            <w:r>
              <w:t>인쇄 176쪽</w:t>
            </w:r>
          </w:p>
          <w:p>
            <w:r>
              <w:t>PDF 184쪽</w:t>
            </w:r>
          </w:p>
          <w:p>
            <w:r>
              <w:t>KN-177</w:t>
            </w:r>
          </w:p>
          <w:p>
            <w:r>
              <w:t>P2606</w:t>
            </w:r>
          </w:p>
        </w:tc>
        <w:tc>
          <w:tcPr>
            <w:tcW w:type="dxa" w:w="2592"/>
          </w:tcPr>
          <w:p>
            <w:r/>
            <w:r>
              <w:t>알현받는주체</w:t>
            </w:r>
          </w:p>
        </w:tc>
        <w:tc>
          <w:tcPr>
            <w:tcW w:type="dxa" w:w="6264"/>
          </w:tcPr>
          <w:p>
            <w:r/>
            <w:r>
              <w:t>원문 및 문항 지시 일치</w:t>
            </w:r>
          </w:p>
          <w:p>
            <w:r>
              <w:t>반영 문구</w:t>
            </w:r>
          </w:p>
          <w:p>
            <w:r>
              <w:t>학생: 여정의 끝에서는 화자가 부임지에서 극진한 대우를</w:t>
            </w:r>
          </w:p>
          <w:p>
            <w:r>
              <w:t>교사: 맞아요. 화자는 화자가 부여에 도착한 후 아랫사람</w:t>
            </w:r>
          </w:p>
          <w:p>
            <w:r>
              <w:t>하루에 세 번이나 알현을 받는 화자의 위상을 드러내고</w:t>
            </w:r>
          </w:p>
        </w:tc>
      </w:tr>
      <w:tr>
        <w:tc>
          <w:tcPr>
            <w:tcW w:type="dxa" w:w="1512"/>
          </w:tcPr>
          <w:p>
            <w:r/>
            <w:r>
              <w:t>인쇄 177쪽</w:t>
            </w:r>
          </w:p>
          <w:p>
            <w:r>
              <w:t>PDF 185쪽</w:t>
            </w:r>
          </w:p>
          <w:p>
            <w:r>
              <w:t>KN-177</w:t>
            </w:r>
          </w:p>
          <w:p>
            <w:r>
              <w:t>P2607</w:t>
            </w:r>
          </w:p>
        </w:tc>
        <w:tc>
          <w:tcPr>
            <w:tcW w:type="dxa" w:w="2592"/>
          </w:tcPr>
          <w:p>
            <w:r/>
            <w:r>
              <w:t>본문에없는개념발췌조건</w:t>
            </w:r>
          </w:p>
        </w:tc>
        <w:tc>
          <w:tcPr>
            <w:tcW w:type="dxa" w:w="6264"/>
          </w:tcPr>
          <w:p>
            <w:r/>
            <w:r>
              <w:t>원문 및 문항 지시 일치</w:t>
            </w:r>
          </w:p>
          <w:p>
            <w:r>
              <w:t>반영 문구</w:t>
            </w:r>
          </w:p>
          <w:p>
            <w:r>
              <w:t>&lt;보기&gt;의 ①, ②를 작품의 내용에 맞게 완성하시오.</w:t>
            </w:r>
          </w:p>
        </w:tc>
      </w:tr>
      <w:tr>
        <w:tc>
          <w:tcPr>
            <w:tcW w:type="dxa" w:w="1512"/>
          </w:tcPr>
          <w:p>
            <w:r/>
            <w:r>
              <w:t>인쇄 182쪽</w:t>
            </w:r>
          </w:p>
          <w:p>
            <w:r>
              <w:t>PDF 190쪽</w:t>
            </w:r>
          </w:p>
          <w:p>
            <w:r>
              <w:t>KN-178</w:t>
            </w:r>
          </w:p>
          <w:p>
            <w:r>
              <w:t>P2612</w:t>
            </w:r>
          </w:p>
        </w:tc>
        <w:tc>
          <w:tcPr>
            <w:tcW w:type="dxa" w:w="2592"/>
          </w:tcPr>
          <w:p>
            <w:r/>
            <w:r>
              <w:t>본문에없는개념발췌조건</w:t>
            </w:r>
          </w:p>
        </w:tc>
        <w:tc>
          <w:tcPr>
            <w:tcW w:type="dxa" w:w="6264"/>
          </w:tcPr>
          <w:p>
            <w:r/>
            <w:r>
              <w:t>원문 문장 및 조건 일치</w:t>
            </w:r>
          </w:p>
          <w:p>
            <w:r>
              <w:t>반영 문구</w:t>
            </w:r>
          </w:p>
          <w:p>
            <w:r>
              <w:t>• ①, ②는 작품의 내용에 맞게 쓸 것</w:t>
            </w:r>
          </w:p>
        </w:tc>
      </w:tr>
      <w:tr>
        <w:tc>
          <w:tcPr>
            <w:tcW w:type="dxa" w:w="1512"/>
          </w:tcPr>
          <w:p>
            <w:r/>
            <w:r>
              <w:t>인쇄 183쪽</w:t>
            </w:r>
          </w:p>
          <w:p>
            <w:r>
              <w:t>PDF 191쪽</w:t>
            </w:r>
          </w:p>
          <w:p>
            <w:r>
              <w:t>KN-178</w:t>
            </w:r>
          </w:p>
          <w:p>
            <w:r>
              <w:t>P2613</w:t>
            </w:r>
          </w:p>
        </w:tc>
        <w:tc>
          <w:tcPr>
            <w:tcW w:type="dxa" w:w="2592"/>
          </w:tcPr>
          <w:p>
            <w:r/>
            <w:r>
              <w:t>소설을시행으로표기·문장범위불명</w:t>
            </w:r>
          </w:p>
        </w:tc>
        <w:tc>
          <w:tcPr>
            <w:tcW w:type="dxa" w:w="6264"/>
          </w:tcPr>
          <w:p>
            <w:r/>
            <w:r>
              <w:t>원문 문장 및 조건 일치</w:t>
            </w:r>
          </w:p>
          <w:p>
            <w:r>
              <w:t>반영 문구</w:t>
            </w:r>
          </w:p>
          <w:p>
            <w:r>
              <w:t>신유형:  문장  첫·끝  어절</w:t>
            </w:r>
          </w:p>
          <w:p>
            <w:r>
              <w:t>• ㉠은 장풍운이 오랑캐를 소탕하겠다는 포부를 밝힌 문장 부</w:t>
            </w:r>
          </w:p>
          <w:p>
            <w:r>
              <w:t>분으로 문장의 첫 어절과 마지막 어절을 쓸 것</w:t>
            </w:r>
          </w:p>
          <w:p>
            <w:r>
              <w:t>기로 결정한 행위를 나타낸 부분이다. (문장의 첫 어절과 마</w:t>
            </w:r>
          </w:p>
        </w:tc>
      </w:tr>
      <w:tr>
        <w:tc>
          <w:tcPr>
            <w:tcW w:type="dxa" w:w="1512"/>
          </w:tcPr>
          <w:p>
            <w:r/>
            <w:r>
              <w:t>인쇄 185쪽</w:t>
            </w:r>
          </w:p>
          <w:p>
            <w:r>
              <w:t>PDF 193쪽</w:t>
            </w:r>
          </w:p>
          <w:p>
            <w:r>
              <w:t>KN-178</w:t>
            </w:r>
          </w:p>
          <w:p>
            <w:r>
              <w:t>P2614</w:t>
            </w:r>
          </w:p>
        </w:tc>
        <w:tc>
          <w:tcPr>
            <w:tcW w:type="dxa" w:w="2592"/>
          </w:tcPr>
          <w:p>
            <w:r/>
            <w:r>
              <w:t>쪽경계문장분할·음절수오류</w:t>
            </w:r>
          </w:p>
        </w:tc>
        <w:tc>
          <w:tcPr>
            <w:tcW w:type="dxa" w:w="6264"/>
          </w:tcPr>
          <w:p>
            <w:r/>
            <w:r>
              <w:t>원문 문장 및 조건 일치</w:t>
            </w:r>
          </w:p>
          <w:p>
            <w:r>
              <w:t>반영 문구</w:t>
            </w:r>
          </w:p>
          <w:p>
            <w:r>
              <w:t>절: 마음이 / 마지막 어절: 소란스러웠다. ㉢ 이 공</w:t>
            </w:r>
          </w:p>
          <w:p>
            <w:r>
              <w:t>㉢ '거두어 사위로 삼아 준 조력자'이자 '2음절 호칭'이 조건이</w:t>
            </w:r>
          </w:p>
          <w:p>
            <w:r>
              <w:t>다. 노승에게 지난 일을 밝히는 대목에서 인물명 '이운경'(3음</w:t>
            </w:r>
          </w:p>
          <w:p>
            <w:r>
              <w:t>㉡ 첫 어절: 마음이 / 마지막 어절: 소란스러웠</w:t>
            </w:r>
          </w:p>
          <w:p>
            <w:r>
              <w:t>㉡ 이 문장은 앞쪽의 '마음이 황홀하고 의심스러웠으나'에서 시작하여 다음 쪽의 '소란스러웠다.'로 끝난다. 쪽이 바뀌어도 문장이 끝난 것이 아니다. 첫 어절은 '마음이', 마지막 어절은 '소란스러웠다'이다.</w:t>
            </w:r>
          </w:p>
        </w:tc>
      </w:tr>
      <w:tr>
        <w:tc>
          <w:tcPr>
            <w:tcW w:type="dxa" w:w="1512"/>
          </w:tcPr>
          <w:p>
            <w:r/>
            <w:r>
              <w:t>인쇄 189쪽</w:t>
            </w:r>
          </w:p>
          <w:p>
            <w:r>
              <w:t>PDF 197쪽</w:t>
            </w:r>
          </w:p>
          <w:p>
            <w:r>
              <w:t>KN-179</w:t>
            </w:r>
          </w:p>
          <w:p>
            <w:r>
              <w:t>P2620</w:t>
            </w:r>
          </w:p>
        </w:tc>
        <w:tc>
          <w:tcPr>
            <w:tcW w:type="dxa" w:w="2592"/>
          </w:tcPr>
          <w:p>
            <w:r/>
            <w:r>
              <w:t>정답대사탐색조건·몰입주체</w:t>
            </w:r>
          </w:p>
        </w:tc>
        <w:tc>
          <w:tcPr>
            <w:tcW w:type="dxa" w:w="6264"/>
          </w:tcPr>
          <w:p>
            <w:r/>
            <w:r>
              <w:t>정답근거와 지시 일치</w:t>
            </w:r>
          </w:p>
          <w:p>
            <w:r>
              <w:t>반영 문구</w:t>
            </w:r>
          </w:p>
          <w:p>
            <w:r>
              <w:t>윗글에서 한영덕이 군의관 입대 제안을 거절하며, 전쟁에 협력하는 대가로 자신의 신분을 보장받지 않겠다는 뜻을 직접 밝힌 대사 한 문장을 찾으시오. 그 문장의 첫 어절과 마지막 어절을 쓰시오.</w:t>
            </w:r>
          </w:p>
          <w:p>
            <w:r>
              <w:t>관객이 극에 몰입하지</w:t>
            </w:r>
          </w:p>
        </w:tc>
      </w:tr>
      <w:tr>
        <w:tc>
          <w:tcPr>
            <w:tcW w:type="dxa" w:w="1512"/>
          </w:tcPr>
          <w:p>
            <w:r/>
            <w:r>
              <w:t>인쇄 191쪽</w:t>
            </w:r>
          </w:p>
          <w:p>
            <w:r>
              <w:t>PDF 199쪽</w:t>
            </w:r>
          </w:p>
          <w:p>
            <w:r>
              <w:t>KN-179</w:t>
            </w:r>
          </w:p>
          <w:p>
            <w:r>
              <w:t>P2621</w:t>
            </w:r>
          </w:p>
        </w:tc>
        <w:tc>
          <w:tcPr>
            <w:tcW w:type="dxa" w:w="2592"/>
          </w:tcPr>
          <w:p>
            <w:r/>
            <w:r>
              <w:t>다른작품문장혼입</w:t>
            </w:r>
          </w:p>
        </w:tc>
        <w:tc>
          <w:tcPr>
            <w:tcW w:type="dxa" w:w="6264"/>
          </w:tcPr>
          <w:p>
            <w:r/>
            <w:r>
              <w:t>정답근거와 지시 일치</w:t>
            </w:r>
          </w:p>
          <w:p>
            <w:r>
              <w:t>반영 문구</w:t>
            </w:r>
          </w:p>
          <w:p>
            <w:r>
              <w:t>③ 제8장에서 군의관 입대 제안을 받은 뒤의 대사를 찾는다. '전쟁을'부터 '않습니다'까지 한 문장이다.</w:t>
            </w:r>
          </w:p>
        </w:tc>
      </w:tr>
      <w:tr>
        <w:tc>
          <w:tcPr>
            <w:tcW w:type="dxa" w:w="1512"/>
          </w:tcPr>
          <w:p>
            <w:r/>
            <w:r>
              <w:t>인쇄 195쪽</w:t>
            </w:r>
          </w:p>
          <w:p>
            <w:r>
              <w:t>PDF 203쪽</w:t>
            </w:r>
          </w:p>
          <w:p>
            <w:r>
              <w:t>KN-180</w:t>
            </w:r>
          </w:p>
          <w:p>
            <w:r>
              <w:t>P2622</w:t>
            </w:r>
          </w:p>
        </w:tc>
        <w:tc>
          <w:tcPr>
            <w:tcW w:type="dxa" w:w="2592"/>
          </w:tcPr>
          <w:p>
            <w:r/>
            <w:r>
              <w:t>유신과 어부의 인물 혼동</w:t>
            </w:r>
          </w:p>
          <w:p>
            <w:r>
              <w:t>수정 전: 자신을 천태산 무릉도원 어부(유신)에 비유</w:t>
            </w:r>
          </w:p>
        </w:tc>
        <w:tc>
          <w:tcPr>
            <w:tcW w:type="dxa" w:w="6264"/>
          </w:tcPr>
          <w:p>
            <w:r/>
            <w:r>
              <w:t>유희경은 유신, 자신은 무릉도원 어부</w:t>
            </w:r>
          </w:p>
          <w:p>
            <w:r>
              <w:t>반영 문구</w:t>
            </w:r>
          </w:p>
          <w:p>
            <w:r>
              <w:t>• 유희경을 천태산 도원의 유신에, 자신을 (1)무릉도원을 찾은 어부에 비유함</w:t>
            </w:r>
          </w:p>
        </w:tc>
      </w:tr>
      <w:tr>
        <w:tc>
          <w:tcPr>
            <w:tcW w:type="dxa" w:w="1512"/>
          </w:tcPr>
          <w:p>
            <w:r/>
            <w:r>
              <w:t>인쇄 196쪽</w:t>
            </w:r>
          </w:p>
          <w:p>
            <w:r>
              <w:t>PDF 204쪽</w:t>
            </w:r>
          </w:p>
          <w:p>
            <w:r>
              <w:t>KN-180</w:t>
            </w:r>
          </w:p>
          <w:p>
            <w:r>
              <w:t>P2623</w:t>
            </w:r>
          </w:p>
        </w:tc>
        <w:tc>
          <w:tcPr>
            <w:tcW w:type="dxa" w:w="2592"/>
          </w:tcPr>
          <w:p>
            <w:r/>
            <w:r>
              <w:t>EBS 문항 번호</w:t>
            </w:r>
          </w:p>
          <w:p>
            <w:r>
              <w:t>수정 전: EBS 2번</w:t>
            </w:r>
          </w:p>
        </w:tc>
        <w:tc>
          <w:tcPr>
            <w:tcW w:type="dxa" w:w="6264"/>
          </w:tcPr>
          <w:p>
            <w:r/>
            <w:r>
              <w:t>EBS 19번</w:t>
            </w:r>
          </w:p>
          <w:p>
            <w:r>
              <w:t>반영 문구</w:t>
            </w:r>
          </w:p>
          <w:p>
            <w:r>
              <w:t>다음은 EBS 19번 문항의 &lt;보기&gt;를 재구성한 감상문이다. &lt;보</w:t>
            </w:r>
          </w:p>
        </w:tc>
      </w:tr>
      <w:tr>
        <w:tc>
          <w:tcPr>
            <w:tcW w:type="dxa" w:w="1512"/>
          </w:tcPr>
          <w:p>
            <w:r/>
            <w:r>
              <w:t>인쇄 197쪽</w:t>
            </w:r>
          </w:p>
          <w:p>
            <w:r>
              <w:t>PDF 205쪽</w:t>
            </w:r>
          </w:p>
          <w:p>
            <w:r>
              <w:t>KN-180</w:t>
            </w:r>
          </w:p>
          <w:p>
            <w:r>
              <w:t>P2624</w:t>
            </w:r>
          </w:p>
        </w:tc>
        <w:tc>
          <w:tcPr>
            <w:tcW w:type="dxa" w:w="2592"/>
          </w:tcPr>
          <w:p>
            <w:r/>
            <w:r>
              <w:t>원문에 없는 개념어 발췌·서술 조건</w:t>
            </w:r>
          </w:p>
          <w:p>
            <w:r>
              <w:t>수정 전: ②도 원문에서 발췌/베풂만 허용/공통지향점</w:t>
            </w:r>
          </w:p>
        </w:tc>
        <w:tc>
          <w:tcPr>
            <w:tcW w:type="dxa" w:w="6264"/>
          </w:tcPr>
          <w:p>
            <w:r/>
            <w:r>
              <w:t>②추론/베풀다 활용형 허용/지향점</w:t>
            </w:r>
          </w:p>
          <w:p>
            <w:r>
              <w:t>반영 문구</w:t>
            </w:r>
          </w:p>
          <w:p>
            <w:r>
              <w:t>&lt;보기&gt;의 빈칸을 채우시오. ①은 (가)에서 찾아 쓰고, ②는 내용에 맞게 '-적'으로 끝나는 세 음절의 말로 쓰시오.</w:t>
            </w:r>
          </w:p>
          <w:p>
            <w:r>
              <w:t>삶의</w:t>
            </w:r>
          </w:p>
          <w:p>
            <w:r>
              <w:t>(나)의 [A]에서 유희경에게 조언한 내용을 '즐거움'과 '베풂(또는 베풀다의 활용형)'을 포함하여 서술하시오. (띄어쓰기 포함 45자 내외)</w:t>
            </w:r>
          </w:p>
        </w:tc>
      </w:tr>
      <w:tr>
        <w:tc>
          <w:tcPr>
            <w:tcW w:type="dxa" w:w="1512"/>
          </w:tcPr>
          <w:p>
            <w:r/>
            <w:r>
              <w:t>인쇄 198쪽</w:t>
            </w:r>
          </w:p>
          <w:p>
            <w:r>
              <w:t>PDF 206쪽</w:t>
            </w:r>
          </w:p>
          <w:p>
            <w:r>
              <w:t>KN-180</w:t>
            </w:r>
          </w:p>
          <w:p>
            <w:r>
              <w:t>P2625</w:t>
            </w:r>
          </w:p>
        </w:tc>
        <w:tc>
          <w:tcPr>
            <w:tcW w:type="dxa" w:w="2592"/>
          </w:tcPr>
          <w:p>
            <w:r/>
            <w:r>
              <w:t>EBS 번호·②해설 누락</w:t>
            </w:r>
          </w:p>
          <w:p>
            <w:r>
              <w:t>수정 전: 2/4/5번,③설명에②표시·②무릉도원 설명 없음</w:t>
            </w:r>
          </w:p>
        </w:tc>
        <w:tc>
          <w:tcPr>
            <w:tcW w:type="dxa" w:w="6264"/>
          </w:tcPr>
          <w:p>
            <w:r/>
            <w:r>
              <w:t>19/21/22번,②③해설 복원</w:t>
            </w:r>
          </w:p>
          <w:p>
            <w:r>
              <w:t>반영 문구</w:t>
            </w:r>
          </w:p>
          <w:p>
            <w:r>
              <w:t>• EBS 연계 방식: 문항연계 — EBS 19번 &lt;보기&gt;의 핵심 논</w:t>
            </w:r>
          </w:p>
          <w:p>
            <w:r>
              <w:t>• EBS 연계 방식: 문항연계 + 지문연계. EBS [21번] 정답 해</w:t>
            </w:r>
          </w:p>
          <w:p>
            <w:r>
              <w:t>어떤 벗이 있사올고'에서 자연 친화적인 자세를 드러냄")과 [22</w:t>
            </w:r>
          </w:p>
          <w:p>
            <w:r>
              <w:t>② (나)에서 꽃잎을 보고 '아마 무릉도원이 여기서 멀지 않나 보군.'이라고 말하므로 무릉도원이다.</w:t>
            </w:r>
          </w:p>
          <w:p>
            <w:r>
              <w:t>③ '정신과 기운이 저절로 맑아져서' 뒤의 구절인 '바람이 불지 않아도'를 그대로 쓴다.</w:t>
            </w:r>
          </w:p>
        </w:tc>
      </w:tr>
      <w:tr>
        <w:tc>
          <w:tcPr>
            <w:tcW w:type="dxa" w:w="1512"/>
          </w:tcPr>
          <w:p>
            <w:r/>
            <w:r>
              <w:t>인쇄 199쪽</w:t>
            </w:r>
          </w:p>
          <w:p>
            <w:r>
              <w:t>PDF 207쪽</w:t>
            </w:r>
          </w:p>
          <w:p>
            <w:r>
              <w:t>KN-180</w:t>
            </w:r>
          </w:p>
          <w:p>
            <w:r>
              <w:t>P2626</w:t>
            </w:r>
          </w:p>
        </w:tc>
        <w:tc>
          <w:tcPr>
            <w:tcW w:type="dxa" w:w="2592"/>
          </w:tcPr>
          <w:p>
            <w:r/>
            <w:r>
              <w:t>연계번호·공통 지향점 오표기</w:t>
            </w:r>
          </w:p>
          <w:p>
            <w:r>
              <w:t>수정 전: EBS2/3/4/6·공통 지향점</w:t>
            </w:r>
          </w:p>
        </w:tc>
        <w:tc>
          <w:tcPr>
            <w:tcW w:type="dxa" w:w="6264"/>
          </w:tcPr>
          <w:p>
            <w:r/>
            <w:r>
              <w:t>EBS19/20/21/23·지향점</w:t>
            </w:r>
          </w:p>
          <w:p>
            <w:r>
              <w:t>반영 문구</w:t>
            </w:r>
          </w:p>
          <w:p>
            <w:r>
              <w:t>• EBS 연계 방식: 문항연계 중심. EBS 19번 문항 &lt;보기&gt;(자</w:t>
            </w:r>
          </w:p>
          <w:p>
            <w:r>
              <w:t>기 거주지/타인 거주지 체험, 이상향 이미지 연결)와 20번(㉢</w:t>
            </w:r>
          </w:p>
          <w:p>
            <w:r>
              <w:t>시냇가), 21번(부정적 인식) 선지의 핵심 개념어를 표(A-1 스</w:t>
            </w:r>
          </w:p>
          <w:p>
            <w:r>
              <w:t>타일)로 재구성. EBS 23번 문항의 [A] 분석 내용을 서술형(소</w:t>
            </w:r>
          </w:p>
          <w:p>
            <w:r>
              <w:t>• 측정 능력: 두 작품의 이동 경로 및 지향점을 대조하</w:t>
            </w:r>
          </w:p>
          <w:p>
            <w:r>
              <w:t>• EBS 연계 방식: 문항연계 — EBS 21번 문항 정답 해설의</w:t>
            </w:r>
          </w:p>
        </w:tc>
      </w:tr>
      <w:tr>
        <w:tc>
          <w:tcPr>
            <w:tcW w:type="dxa" w:w="1512"/>
          </w:tcPr>
          <w:p>
            <w:r/>
            <w:r>
              <w:t>인쇄 200쪽</w:t>
            </w:r>
          </w:p>
          <w:p>
            <w:r>
              <w:t>PDF 208쪽</w:t>
            </w:r>
          </w:p>
          <w:p>
            <w:r>
              <w:t>KN-181</w:t>
            </w:r>
          </w:p>
          <w:p>
            <w:r>
              <w:t>P2637</w:t>
            </w:r>
          </w:p>
        </w:tc>
        <w:tc>
          <w:tcPr>
            <w:tcW w:type="dxa" w:w="2592"/>
          </w:tcPr>
          <w:p>
            <w:r/>
            <w:r>
              <w:t>후계 의도·살해 대상 요약 오류</w:t>
            </w:r>
          </w:p>
        </w:tc>
        <w:tc>
          <w:tcPr>
            <w:tcW w:type="dxa" w:w="6264"/>
          </w:tcPr>
          <w:p>
            <w:r/>
            <w:r>
              <w:t>후계 의도·살해 대상 요약 오류 반영</w:t>
            </w:r>
          </w:p>
          <w:p>
            <w:r>
              <w:t>반영 문구</w:t>
            </w:r>
          </w:p>
          <w:p>
            <w:r>
              <w:t>• 화욱이 (3)화진을 후계자로 삼으려 함 ↔ (2)심 씨 모자는 소외되어 (4)원한을 품음</w:t>
            </w:r>
          </w:p>
          <w:p>
            <w:r>
              <w:t>• (5)범한 측이 심 씨를 죽이려다 난향을 죽임 → 화진이 심 씨를 살해하려 했다는 (8)누명을 씀</w:t>
            </w:r>
          </w:p>
        </w:tc>
      </w:tr>
      <w:tr>
        <w:tc>
          <w:tcPr>
            <w:tcW w:type="dxa" w:w="1512"/>
          </w:tcPr>
          <w:p>
            <w:r/>
            <w:r>
              <w:t>인쇄 202쪽</w:t>
            </w:r>
          </w:p>
          <w:p>
            <w:r>
              <w:t>PDF 210쪽</w:t>
            </w:r>
          </w:p>
          <w:p>
            <w:r>
              <w:t>KN-181</w:t>
            </w:r>
          </w:p>
          <w:p>
            <w:r>
              <w:t>P2638</w:t>
            </w:r>
          </w:p>
        </w:tc>
        <w:tc>
          <w:tcPr>
            <w:tcW w:type="dxa" w:w="2592"/>
          </w:tcPr>
          <w:p>
            <w:r/>
            <w:r>
              <w:t>효 개념어 발췌조건</w:t>
            </w:r>
          </w:p>
        </w:tc>
        <w:tc>
          <w:tcPr>
            <w:tcW w:type="dxa" w:w="6264"/>
          </w:tcPr>
          <w:p>
            <w:r/>
            <w:r>
              <w:t>효 개념어 발췌조건 반영</w:t>
            </w:r>
          </w:p>
          <w:p>
            <w:r>
              <w:t>반영 문구</w:t>
            </w:r>
          </w:p>
          <w:p>
            <w:r>
              <w:t>다음 표의 ①은 윗글에서 두 글자로 찾아 쓰시오. ②는 화진이 어머니와 형을 위해 실천하는 유교적 가치를 한 글자로 쓰시오.</w:t>
            </w:r>
          </w:p>
        </w:tc>
      </w:tr>
      <w:tr>
        <w:tc>
          <w:tcPr>
            <w:tcW w:type="dxa" w:w="1512"/>
          </w:tcPr>
          <w:p>
            <w:r/>
            <w:r>
              <w:t>인쇄 203쪽</w:t>
            </w:r>
          </w:p>
          <w:p>
            <w:r>
              <w:t>PDF 211쪽</w:t>
            </w:r>
          </w:p>
          <w:p>
            <w:r>
              <w:t>KN-181</w:t>
            </w:r>
          </w:p>
          <w:p>
            <w:r>
              <w:t>P2639</w:t>
            </w:r>
          </w:p>
        </w:tc>
        <w:tc>
          <w:tcPr>
            <w:tcW w:type="dxa" w:w="2592"/>
          </w:tcPr>
          <w:p>
            <w:r/>
            <w:r>
              <w:t>소설에 시행 용어</w:t>
            </w:r>
          </w:p>
        </w:tc>
        <w:tc>
          <w:tcPr>
            <w:tcW w:type="dxa" w:w="6264"/>
          </w:tcPr>
          <w:p>
            <w:r/>
            <w:r>
              <w:t>소설에 시행 용어 반영</w:t>
            </w:r>
          </w:p>
          <w:p>
            <w:r>
              <w:t>반영 문구</w:t>
            </w:r>
          </w:p>
          <w:p>
            <w:r>
              <w:t>신유형:  문장  첫·끝  어절</w:t>
            </w:r>
          </w:p>
        </w:tc>
      </w:tr>
      <w:tr>
        <w:tc>
          <w:tcPr>
            <w:tcW w:type="dxa" w:w="1512"/>
          </w:tcPr>
          <w:p>
            <w:r/>
            <w:r>
              <w:t>인쇄 204쪽</w:t>
            </w:r>
          </w:p>
          <w:p>
            <w:r>
              <w:t>PDF 212쪽</w:t>
            </w:r>
          </w:p>
          <w:p>
            <w:r>
              <w:t>KN-181</w:t>
            </w:r>
          </w:p>
          <w:p>
            <w:r>
              <w:t>P2640</w:t>
            </w:r>
          </w:p>
        </w:tc>
        <w:tc>
          <w:tcPr>
            <w:tcW w:type="dxa" w:w="2592"/>
          </w:tcPr>
          <w:p>
            <w:r/>
            <w:r>
              <w:t>첫어절 심→성 및 연계번호·채점기호</w:t>
            </w:r>
          </w:p>
        </w:tc>
        <w:tc>
          <w:tcPr>
            <w:tcW w:type="dxa" w:w="6264"/>
          </w:tcPr>
          <w:p>
            <w:r/>
            <w:r>
              <w:t>첫어절 심→성 및 연계번호·채점기호 반영</w:t>
            </w:r>
          </w:p>
          <w:p>
            <w:r>
              <w:t>반영 문구</w:t>
            </w:r>
          </w:p>
          <w:p>
            <w:r>
              <w:t>• EBS 연계 방식: 문항연계 — EBS 27번 &lt;보기&gt;(가문 소설</w:t>
            </w:r>
          </w:p>
          <w:p>
            <w:r>
              <w:t>로 재구성. EBS 27번 선지④('외부인이 개입된 갈등으로 확대</w:t>
            </w:r>
          </w:p>
          <w:p>
            <w:r>
              <w:t>')와 EBS 24번 ㉢·㉤ 해설(최형의 인물됨)을 통합. 정답 ③은</w:t>
            </w:r>
          </w:p>
          <w:p>
            <w:r>
              <w:t>EBS 27번 선지②('등에 지고 있던 가시를 내려놓은 듯했다')를</w:t>
            </w:r>
          </w:p>
          <w:p>
            <w:r>
              <w:t>정답: ① 범한 ② 최형 ③ 첫 어절: 성 / 마지막 어절: 듯했</w:t>
            </w:r>
          </w:p>
          <w:p>
            <w:r>
              <w:t>③ 첫 어절: 성 / 마지막 어절: 듯했다</w:t>
            </w:r>
          </w:p>
          <w:p>
            <w:r>
              <w:t>• EBS 연계 방식: 문항연계 중심. [27번] &lt;보기&gt;의 '가문 소설</w:t>
            </w:r>
          </w:p>
          <w:p>
            <w:r>
              <w:t>빈칸으로 변환함. [25번] 정답 선지 ④의 '부정적 인물(범한)의</w:t>
            </w:r>
          </w:p>
          <w:p>
            <w:r>
              <w:t>문항 2의 서술형 골격으로 직접 활용함. [24번]의 '효자' 개념</w:t>
            </w:r>
          </w:p>
          <w:p>
            <w:r>
              <w:t>어와 [26번] 고소권 남용의 주체 '범한'을 빈칸 정답으로 분산</w:t>
            </w:r>
          </w:p>
          <w:p>
            <w:r>
              <w:t>② 작품 제목 '창선감의록(선을 밝히고 의에 감동함)'과 화진</w:t>
            </w:r>
          </w:p>
          <w:p>
            <w:r>
              <w:t>③ 화욱이 화춘을 감화시키지 못함(3점) + 조</w:t>
            </w:r>
          </w:p>
          <w:p>
            <w:r>
              <w:t>③ '성 부인이 떠난 뒤 심 씨가 후우 한숨을 내쉬는데, 마치 등에 지고 있던 가시를 내려놓은 듯했다.'가 한 문장이다. 첫 어절은 '성', 마지막 어절은 '듯했다'이다.</w:t>
            </w:r>
          </w:p>
        </w:tc>
      </w:tr>
      <w:tr>
        <w:tc>
          <w:tcPr>
            <w:tcW w:type="dxa" w:w="1512"/>
          </w:tcPr>
          <w:p>
            <w:r/>
            <w:r>
              <w:t>인쇄 205쪽</w:t>
            </w:r>
          </w:p>
          <w:p>
            <w:r>
              <w:t>PDF 213쪽</w:t>
            </w:r>
          </w:p>
          <w:p>
            <w:r>
              <w:t>KN-181</w:t>
            </w:r>
          </w:p>
          <w:p>
            <w:r>
              <w:t>P2641</w:t>
            </w:r>
          </w:p>
        </w:tc>
        <w:tc>
          <w:tcPr>
            <w:tcW w:type="dxa" w:w="2592"/>
          </w:tcPr>
          <w:p>
            <w:r/>
            <w:r>
              <w:t>화욱 인명·연계번호</w:t>
            </w:r>
          </w:p>
        </w:tc>
        <w:tc>
          <w:tcPr>
            <w:tcW w:type="dxa" w:w="6264"/>
          </w:tcPr>
          <w:p>
            <w:r/>
            <w:r>
              <w:t>화욱 인명·연계번호 반영</w:t>
            </w:r>
          </w:p>
          <w:p>
            <w:r>
              <w:t>반영 문구</w:t>
            </w:r>
          </w:p>
          <w:p>
            <w:r>
              <w:t>• EBS 연계 방식: 문항연계 — EBS 25번 문항([A]와 [B]에</w:t>
            </w:r>
          </w:p>
          <w:p>
            <w:r>
              <w:t>또한 EBS 24번 문항 ㉣ 관련 화진의 거짓 자백 심리(오답 해</w:t>
            </w:r>
          </w:p>
          <w:p>
            <w:r>
              <w:t>절: 화욱이 / 마지막 어절: 까닭인가? ㉢ 첫 어절: 내가 / 마</w:t>
            </w:r>
          </w:p>
          <w:p>
            <w:r>
              <w:t>서. '화욱이~감화시키지 못했고'와 '조물주가~자르지 못했으니'</w:t>
            </w:r>
          </w:p>
          <w:p>
            <w:r>
              <w:t>㉡ 첫 어절: 화욱이 / 마지막 어절: 까닭인가?</w:t>
            </w:r>
          </w:p>
        </w:tc>
      </w:tr>
      <w:tr>
        <w:tc>
          <w:tcPr>
            <w:tcW w:type="dxa" w:w="1512"/>
          </w:tcPr>
          <w:p>
            <w:r/>
            <w:r>
              <w:t>인쇄 206쪽</w:t>
            </w:r>
          </w:p>
          <w:p>
            <w:r>
              <w:t>PDF 214쪽</w:t>
            </w:r>
          </w:p>
          <w:p>
            <w:r>
              <w:t>KN-182</w:t>
            </w:r>
          </w:p>
          <w:p>
            <w:r>
              <w:t>P2648</w:t>
            </w:r>
          </w:p>
        </w:tc>
        <w:tc>
          <w:tcPr>
            <w:tcW w:type="dxa" w:w="2592"/>
          </w:tcPr>
          <w:p>
            <w:r/>
            <w:r>
              <w:t>우주의 이치를 본 주체·오탈자</w:t>
            </w:r>
          </w:p>
        </w:tc>
        <w:tc>
          <w:tcPr>
            <w:tcW w:type="dxa" w:w="6264"/>
          </w:tcPr>
          <w:p>
            <w:r/>
            <w:r>
              <w:t>우주의 이치를 본 주체·오탈자 반영</w:t>
            </w:r>
          </w:p>
          <w:p>
            <w:r>
              <w:t>반영 문구</w:t>
            </w:r>
          </w:p>
          <w:p>
            <w:r>
              <w:t>• (1)만화경에 대한 시각: 단순한 조화(노인) ↔ 뭐든지 다 보이는 요술 상자(아이)</w:t>
            </w:r>
          </w:p>
          <w:p>
            <w:r>
              <w:t>옛사람들은 만화경에서 우주의 원리와 이치를 보았다고 함</w:t>
            </w:r>
          </w:p>
          <w:p>
            <w:r>
              <w:t>• 잠에 빠지는 어득신하고 긴 과정 → 혼백이 되어 무덤으로 향하는 길(연도)을 걷는 듯한 (4)죽음의 이미지로</w:t>
            </w:r>
          </w:p>
        </w:tc>
      </w:tr>
      <w:tr>
        <w:tc>
          <w:tcPr>
            <w:tcW w:type="dxa" w:w="1512"/>
          </w:tcPr>
          <w:p>
            <w:r/>
            <w:r>
              <w:t>인쇄 208쪽</w:t>
            </w:r>
          </w:p>
          <w:p>
            <w:r>
              <w:t>PDF 216쪽</w:t>
            </w:r>
          </w:p>
          <w:p>
            <w:r>
              <w:t>KN-182</w:t>
            </w:r>
          </w:p>
          <w:p>
            <w:r>
              <w:t>P2649</w:t>
            </w:r>
          </w:p>
        </w:tc>
        <w:tc>
          <w:tcPr>
            <w:tcW w:type="dxa" w:w="2592"/>
          </w:tcPr>
          <w:p>
            <w:r/>
            <w:r>
              <w:t>원문 조사어미 제외·EBS번호</w:t>
            </w:r>
          </w:p>
        </w:tc>
        <w:tc>
          <w:tcPr>
            <w:tcW w:type="dxa" w:w="6264"/>
          </w:tcPr>
          <w:p>
            <w:r/>
            <w:r>
              <w:t>원문 조사어미 제외·EBS번호 반영</w:t>
            </w:r>
          </w:p>
          <w:p>
            <w:r>
              <w:t>반영 문구</w:t>
            </w:r>
          </w:p>
          <w:p>
            <w:r>
              <w:t>다음은 EBS 수능완성 30번 문항의 &lt;보기&gt;이다. 이를 참고하여</w:t>
            </w:r>
          </w:p>
          <w:p>
            <w:r>
              <w:t>• 각 답은 조사·어미를 빼고 3어절로 쓸 것.</w:t>
            </w:r>
          </w:p>
        </w:tc>
      </w:tr>
      <w:tr>
        <w:tc>
          <w:tcPr>
            <w:tcW w:type="dxa" w:w="1512"/>
          </w:tcPr>
          <w:p>
            <w:r/>
            <w:r>
              <w:t>인쇄 210쪽</w:t>
            </w:r>
          </w:p>
          <w:p>
            <w:r>
              <w:t>PDF 218쪽</w:t>
            </w:r>
          </w:p>
          <w:p>
            <w:r>
              <w:t>KN-182</w:t>
            </w:r>
          </w:p>
          <w:p>
            <w:r>
              <w:t>P2650</w:t>
            </w:r>
          </w:p>
        </w:tc>
        <w:tc>
          <w:tcPr>
            <w:tcW w:type="dxa" w:w="2592"/>
          </w:tcPr>
          <w:p>
            <w:r/>
            <w:r>
              <w:t>EBS번호·선지기호</w:t>
            </w:r>
          </w:p>
        </w:tc>
        <w:tc>
          <w:tcPr>
            <w:tcW w:type="dxa" w:w="6264"/>
          </w:tcPr>
          <w:p>
            <w:r/>
            <w:r>
              <w:t>EBS번호·선지기호 반영</w:t>
            </w:r>
          </w:p>
          <w:p>
            <w:r>
              <w:t>반영 문구</w:t>
            </w:r>
          </w:p>
          <w:p>
            <w:r>
              <w:t>• EBS 연계 방식: 문항연계(EBS 30번 문항의 &lt;보기&gt; 원문 그</w:t>
            </w:r>
          </w:p>
          <w:p>
            <w:r>
              <w:t>대로 인용) + 지문연계(㉠·㉡·㉢에 대한 선지 ①·③·⑤의 판단</w:t>
            </w:r>
          </w:p>
          <w:p>
            <w:r>
              <w:t>• EBS 연계 방식: 문항연계(EBS 29번 문항 및 정답 해설의</w:t>
            </w:r>
          </w:p>
          <w:p>
            <w:r>
              <w:t>사건 인과 관계 파악) + 지문연계. EBS 29번 오답 해설 ①·</w:t>
            </w:r>
          </w:p>
        </w:tc>
      </w:tr>
      <w:tr>
        <w:tc>
          <w:tcPr>
            <w:tcW w:type="dxa" w:w="1512"/>
          </w:tcPr>
          <w:p>
            <w:r/>
            <w:r>
              <w:t>인쇄 211쪽</w:t>
            </w:r>
          </w:p>
          <w:p>
            <w:r>
              <w:t>PDF 219쪽</w:t>
            </w:r>
          </w:p>
          <w:p>
            <w:r>
              <w:t>KN-182</w:t>
            </w:r>
          </w:p>
          <w:p>
            <w:r>
              <w:t>P2651</w:t>
            </w:r>
          </w:p>
        </w:tc>
        <w:tc>
          <w:tcPr>
            <w:tcW w:type="dxa" w:w="2592"/>
          </w:tcPr>
          <w:p>
            <w:r/>
            <w:r>
              <w:t>EBS번호</w:t>
            </w:r>
          </w:p>
        </w:tc>
        <w:tc>
          <w:tcPr>
            <w:tcW w:type="dxa" w:w="6264"/>
          </w:tcPr>
          <w:p>
            <w:r/>
            <w:r>
              <w:t>EBS번호 반영</w:t>
            </w:r>
          </w:p>
          <w:p>
            <w:r>
              <w:t>반영 문구</w:t>
            </w:r>
          </w:p>
          <w:p>
            <w:r>
              <w:t>• EBS 연계 방식: 문항연계. EBS 30번 문항의 &lt;보기&gt;(거울의</w:t>
            </w:r>
          </w:p>
          <w:p>
            <w:r>
              <w:t>는 EBS 31번 문항의 &lt;보기&gt;('순환적 의식')와 정답 해설의 논</w:t>
            </w:r>
          </w:p>
          <w:p>
            <w:r>
              <w:t>• EBS 연계 방식: 문항연계 — EBS 30번 &lt;보기&gt;의 이론적</w:t>
            </w:r>
          </w:p>
        </w:tc>
      </w:tr>
      <w:tr>
        <w:tc>
          <w:tcPr>
            <w:tcW w:type="dxa" w:w="1512"/>
          </w:tcPr>
          <w:p>
            <w:r/>
            <w:r>
              <w:t>인쇄 213쪽</w:t>
            </w:r>
          </w:p>
          <w:p>
            <w:r>
              <w:t>PDF 221쪽</w:t>
            </w:r>
          </w:p>
          <w:p>
            <w:r>
              <w:t>KN-183</w:t>
            </w:r>
          </w:p>
          <w:p>
            <w:r>
              <w:t>P2655</w:t>
            </w:r>
          </w:p>
        </w:tc>
        <w:tc>
          <w:tcPr>
            <w:tcW w:type="dxa" w:w="2592"/>
          </w:tcPr>
          <w:p>
            <w:r/>
            <w:r>
              <w:t>요약에 포함된 연 범위</w:t>
            </w:r>
          </w:p>
        </w:tc>
        <w:tc>
          <w:tcPr>
            <w:tcW w:type="dxa" w:w="6264"/>
          </w:tcPr>
          <w:p>
            <w:r/>
            <w:r>
              <w:t>요약에 포함된 연 범위 반영</w:t>
            </w:r>
          </w:p>
          <w:p>
            <w:r>
              <w:t>반영 문구</w:t>
            </w:r>
          </w:p>
          <w:p>
            <w:r>
              <w:t>1·2연</w:t>
            </w:r>
          </w:p>
        </w:tc>
      </w:tr>
      <w:tr>
        <w:tc>
          <w:tcPr>
            <w:tcW w:type="dxa" w:w="1512"/>
          </w:tcPr>
          <w:p>
            <w:r/>
            <w:r>
              <w:t>인쇄 214쪽</w:t>
            </w:r>
          </w:p>
          <w:p>
            <w:r>
              <w:t>PDF 222쪽</w:t>
            </w:r>
          </w:p>
          <w:p>
            <w:r>
              <w:t>KN-183</w:t>
            </w:r>
          </w:p>
          <w:p>
            <w:r>
              <w:t>P2656</w:t>
            </w:r>
          </w:p>
        </w:tc>
        <w:tc>
          <w:tcPr>
            <w:tcW w:type="dxa" w:w="2592"/>
          </w:tcPr>
          <w:p>
            <w:r/>
            <w:r>
              <w:t>원문없는 등불 지시·원문 전등 대응</w:t>
            </w:r>
          </w:p>
        </w:tc>
        <w:tc>
          <w:tcPr>
            <w:tcW w:type="dxa" w:w="6264"/>
          </w:tcPr>
          <w:p>
            <w:r/>
            <w:r>
              <w:t>원문없는 등불 지시·원문 전등 대응 반영</w:t>
            </w:r>
          </w:p>
          <w:p>
            <w:r>
              <w:t>반영 문구</w:t>
            </w:r>
          </w:p>
          <w:p>
            <w:r>
              <w:t>학생: 네. '희미한 십오 촉 ( ① )'이/가 지치운 불빛을 내어던지는 모습으로, 화자의 외롭고 쓸쓸한 처지가 드러납니다.</w:t>
            </w:r>
          </w:p>
        </w:tc>
      </w:tr>
      <w:tr>
        <w:tc>
          <w:tcPr>
            <w:tcW w:type="dxa" w:w="1512"/>
          </w:tcPr>
          <w:p>
            <w:r/>
            <w:r>
              <w:t>인쇄 216쪽</w:t>
            </w:r>
          </w:p>
          <w:p>
            <w:r>
              <w:t>PDF 224쪽</w:t>
            </w:r>
          </w:p>
          <w:p>
            <w:r>
              <w:t>KN-183</w:t>
            </w:r>
          </w:p>
          <w:p>
            <w:r>
              <w:t>P2657</w:t>
            </w:r>
          </w:p>
        </w:tc>
        <w:tc>
          <w:tcPr>
            <w:tcW w:type="dxa" w:w="2592"/>
          </w:tcPr>
          <w:p>
            <w:r/>
            <w:r>
              <w:t>등불→전등·없는원문인용·EBS번호</w:t>
            </w:r>
          </w:p>
        </w:tc>
        <w:tc>
          <w:tcPr>
            <w:tcW w:type="dxa" w:w="6264"/>
          </w:tcPr>
          <w:p>
            <w:r/>
            <w:r>
              <w:t>등불→전등·없는원문인용·EBS번호 반영</w:t>
            </w:r>
          </w:p>
          <w:p>
            <w:r>
              <w:t>반영 문구</w:t>
            </w:r>
          </w:p>
          <w:p>
            <w:r>
              <w:t>• EBS 연계 방식: 문항연계 — EBS 34번 문항 &lt;보기&gt;의 핵</w:t>
            </w:r>
          </w:p>
          <w:p>
            <w:r>
              <w:t>• EBS 연계 방식: 문항연계 — EBS 34번 문항의 &lt;보기&gt; 및</w:t>
            </w:r>
          </w:p>
          <w:p>
            <w:r>
              <w:t>구성. EBS 32번 정답 해설의 불빛 이미지를 통한 쓸쓸함 환</w:t>
            </w:r>
          </w:p>
          <w:p>
            <w:r>
              <w:t>기, EBS 34번 오답 해설의 '한 덩이 재로 쓸쓸하게 남는 게</w:t>
            </w:r>
          </w:p>
          <w:p>
            <w:r>
              <w:t>정답: ① 전등 ② 재 ③ 길</w:t>
            </w:r>
          </w:p>
          <w:p>
            <w:r>
              <w:t>① 전등</w:t>
            </w:r>
          </w:p>
          <w:p>
            <w:r>
              <w:t>① (가)의 '희미한 십오 촉 전등이 지치운 불빛을 내어던지고'에서 두 글자 소재인 '전등'을 찾는다. 원문에는 '등불'이라는 말이 없다.</w:t>
            </w:r>
          </w:p>
          <w:p>
            <w:r>
              <w:t>③ (나)에서 눈 내려 미끄러운 세상을 남이 마음 놓고 걸어가도록 만드는 대상을 찾는다. '그 길을 만들 줄도 몰랐었네, 나는'에서 한 글자 명사 '길'을 쓴다.</w:t>
            </w:r>
          </w:p>
        </w:tc>
      </w:tr>
      <w:tr>
        <w:tc>
          <w:tcPr>
            <w:tcW w:type="dxa" w:w="1512"/>
          </w:tcPr>
          <w:p>
            <w:r/>
            <w:r>
              <w:t>인쇄 217쪽</w:t>
            </w:r>
          </w:p>
          <w:p>
            <w:r>
              <w:t>PDF 225쪽</w:t>
            </w:r>
          </w:p>
          <w:p>
            <w:r>
              <w:t>KN-183</w:t>
            </w:r>
          </w:p>
          <w:p>
            <w:r>
              <w:t>P2658</w:t>
            </w:r>
          </w:p>
        </w:tc>
        <w:tc>
          <w:tcPr>
            <w:tcW w:type="dxa" w:w="2592"/>
          </w:tcPr>
          <w:p>
            <w:r/>
            <w:r>
              <w:t>EBS번호</w:t>
            </w:r>
          </w:p>
        </w:tc>
        <w:tc>
          <w:tcPr>
            <w:tcW w:type="dxa" w:w="6264"/>
          </w:tcPr>
          <w:p>
            <w:r/>
            <w:r>
              <w:t>EBS번호 반영</w:t>
            </w:r>
          </w:p>
          <w:p>
            <w:r>
              <w:t>반영 문구</w:t>
            </w:r>
          </w:p>
          <w:p>
            <w:r>
              <w:t>• EBS 연계 방식: 문항연계 + 지문연계. EBS 34번 &lt;보기&gt;의</w:t>
            </w:r>
          </w:p>
          <w:p>
            <w:r>
              <w:t>재구성함. EBS 34번 선지 ③(‘이 흰 바람벽’ 반복, ‘연탄’ 사</w:t>
            </w:r>
          </w:p>
          <w:p>
            <w:r>
              <w:t>물), 32번 선지 및 정답 해설의 '위로', 34번 정답 해설의 '자기</w:t>
            </w:r>
          </w:p>
          <w:p>
            <w:r>
              <w:t>• EBS 연계 방식: 문항연계 — EBS 34번 &lt;보기&gt;의 감상 관</w:t>
            </w:r>
          </w:p>
        </w:tc>
      </w:tr>
      <w:tr>
        <w:tc>
          <w:tcPr>
            <w:tcW w:type="dxa" w:w="1512"/>
          </w:tcPr>
          <w:p>
            <w:r/>
            <w:r>
              <w:t>인쇄 218쪽</w:t>
            </w:r>
          </w:p>
          <w:p>
            <w:r>
              <w:t>PDF 226쪽</w:t>
            </w:r>
          </w:p>
          <w:p>
            <w:r>
              <w:t>KN-184</w:t>
            </w:r>
          </w:p>
          <w:p>
            <w:r>
              <w:t>P2671</w:t>
            </w:r>
          </w:p>
        </w:tc>
        <w:tc>
          <w:tcPr>
            <w:tcW w:type="dxa" w:w="2592"/>
          </w:tcPr>
          <w:p>
            <w:r/>
            <w:r>
              <w:t>원문과 다른 연 구분</w:t>
            </w:r>
          </w:p>
          <w:p>
            <w:r>
              <w:t>수정 전: 사랑과 그리움 3연,귀환과 위로 4연</w:t>
            </w:r>
          </w:p>
        </w:tc>
        <w:tc>
          <w:tcPr>
            <w:tcW w:type="dxa" w:w="6264"/>
          </w:tcPr>
          <w:p>
            <w:r/>
            <w:r>
              <w:t>각각2연,3·4연</w:t>
            </w:r>
          </w:p>
          <w:p>
            <w:r>
              <w:t>반영 문구</w:t>
            </w:r>
          </w:p>
          <w:p>
            <w:r>
              <w:t>2연</w:t>
            </w:r>
          </w:p>
          <w:p>
            <w:r>
              <w:t>3·4연</w:t>
            </w:r>
          </w:p>
        </w:tc>
      </w:tr>
      <w:tr>
        <w:tc>
          <w:tcPr>
            <w:tcW w:type="dxa" w:w="1512"/>
          </w:tcPr>
          <w:p>
            <w:r/>
            <w:r>
              <w:t>인쇄 220쪽</w:t>
            </w:r>
          </w:p>
          <w:p>
            <w:r>
              <w:t>PDF 228쪽</w:t>
            </w:r>
          </w:p>
          <w:p>
            <w:r>
              <w:t>KN-184</w:t>
            </w:r>
          </w:p>
          <w:p>
            <w:r>
              <w:t>P2672</w:t>
            </w:r>
          </w:p>
        </w:tc>
        <w:tc>
          <w:tcPr>
            <w:tcW w:type="dxa" w:w="2592"/>
          </w:tcPr>
          <w:p>
            <w:r/>
            <w:r>
              <w:t>수필 답안의 시어 지시</w:t>
            </w:r>
          </w:p>
          <w:p>
            <w:r>
              <w:t>수정 전: 시어를 지문</w:t>
            </w:r>
          </w:p>
        </w:tc>
        <w:tc>
          <w:tcPr>
            <w:tcW w:type="dxa" w:w="6264"/>
          </w:tcPr>
          <w:p>
            <w:r/>
            <w:r>
              <w:t>표현을 지문</w:t>
            </w:r>
          </w:p>
          <w:p>
            <w:r>
              <w:t>반영 문구</w:t>
            </w:r>
          </w:p>
          <w:p>
            <w:r>
              <w:t>(1) 빈칸 ①, ②에 들어갈 표현을 지문에서 찾아 각각 쓰시오.</w:t>
            </w:r>
          </w:p>
        </w:tc>
      </w:tr>
      <w:tr>
        <w:tc>
          <w:tcPr>
            <w:tcW w:type="dxa" w:w="1512"/>
          </w:tcPr>
          <w:p>
            <w:r/>
            <w:r>
              <w:t>인쇄 221쪽</w:t>
            </w:r>
          </w:p>
          <w:p>
            <w:r>
              <w:t>PDF 229쪽</w:t>
            </w:r>
          </w:p>
          <w:p>
            <w:r>
              <w:t>KN-184</w:t>
            </w:r>
          </w:p>
          <w:p>
            <w:r>
              <w:t>P2673</w:t>
            </w:r>
          </w:p>
        </w:tc>
        <w:tc>
          <w:tcPr>
            <w:tcW w:type="dxa" w:w="2592"/>
          </w:tcPr>
          <w:p>
            <w:r/>
            <w:r>
              <w:t>첫끝 탐색 범위를 전체 시행과 문장으로 명시</w:t>
            </w:r>
          </w:p>
          <w:p>
            <w:r>
              <w:t>수정 전: 문장이나 시구,임의 구절 범위</w:t>
            </w:r>
          </w:p>
        </w:tc>
        <w:tc>
          <w:tcPr>
            <w:tcW w:type="dxa" w:w="6264"/>
          </w:tcPr>
          <w:p>
            <w:r/>
            <w:r>
              <w:t>㉠㉡전체시행,㉢완전문장</w:t>
            </w:r>
          </w:p>
          <w:p>
            <w:r>
              <w:t>반영 문구</w:t>
            </w:r>
          </w:p>
          <w:p>
            <w:r>
              <w:t>㉠·㉡은 전체 시행, ㉢은 완전한 문장을 찾아 첫 어절과 마지막 어절을 순서대로 쓰시오.</w:t>
            </w:r>
          </w:p>
          <w:p>
            <w:r>
              <w:t>이미지로 부각한 전체 시행을 2연에서 찾을 것.</w:t>
            </w:r>
          </w:p>
          <w:p>
            <w:r>
              <w:t>되는지를 보여 주는 전체 시행을 3연에서 찾을 것.</w:t>
            </w:r>
          </w:p>
        </w:tc>
      </w:tr>
      <w:tr>
        <w:tc>
          <w:tcPr>
            <w:tcW w:type="dxa" w:w="1512"/>
          </w:tcPr>
          <w:p>
            <w:r/>
            <w:r>
              <w:t>인쇄 222쪽</w:t>
            </w:r>
          </w:p>
          <w:p>
            <w:r>
              <w:t>PDF 230쪽</w:t>
            </w:r>
          </w:p>
          <w:p>
            <w:r>
              <w:t>KN-184</w:t>
            </w:r>
          </w:p>
          <w:p>
            <w:r>
              <w:t>P2674</w:t>
            </w:r>
          </w:p>
        </w:tc>
        <w:tc>
          <w:tcPr>
            <w:tcW w:type="dxa" w:w="2592"/>
          </w:tcPr>
          <w:p>
            <w:r/>
            <w:r>
              <w:t>1·2번 EBS 연계번호 및 보기 재구성 설명</w:t>
            </w:r>
          </w:p>
          <w:p>
            <w:r>
              <w:t>수정 전: EBS6/3/5,그대로이전</w:t>
            </w:r>
          </w:p>
        </w:tc>
        <w:tc>
          <w:tcPr>
            <w:tcW w:type="dxa" w:w="6264"/>
          </w:tcPr>
          <w:p>
            <w:r/>
            <w:r>
              <w:t>EBS23/20/22,재구성</w:t>
            </w:r>
          </w:p>
          <w:p>
            <w:r>
              <w:t>반영 문구</w:t>
            </w:r>
          </w:p>
          <w:p>
            <w:r>
              <w:t>• EBS 연계 방식: 23번 &lt;보기&gt;의 감상 틀과 적절한 선지 ①·②·③·⑤의 판단 근거를 재구성하였다. 현실의 공포, 순수를 겨냥하는 포수, 까치집의 소쇄한 맛을 빈칸으로 제시하여 원문과 대응하도록 하였다.</w:t>
            </w:r>
          </w:p>
          <w:p>
            <w:r>
              <w:t>• EBS 연계 방식: 문항연계. 23번 &lt;보기&gt;(날개 지닌 존재의</w:t>
            </w:r>
          </w:p>
          <w:p>
            <w:r>
              <w:t>순수성·현실 인식 비교)를 분석틀로 그대로 유지하되, 20번 정</w:t>
            </w:r>
          </w:p>
          <w:p>
            <w:r>
              <w:t>(2)의 서술형 골격으로 전환. 또한 22번 ㉣('아파트=사람장') 선</w:t>
            </w:r>
          </w:p>
        </w:tc>
      </w:tr>
      <w:tr>
        <w:tc>
          <w:tcPr>
            <w:tcW w:type="dxa" w:w="1512"/>
          </w:tcPr>
          <w:p>
            <w:r/>
            <w:r>
              <w:t>인쇄 223쪽</w:t>
            </w:r>
          </w:p>
          <w:p>
            <w:r>
              <w:t>PDF 231쪽</w:t>
            </w:r>
          </w:p>
          <w:p>
            <w:r>
              <w:t>KN-184</w:t>
            </w:r>
          </w:p>
          <w:p>
            <w:r>
              <w:t>P2675</w:t>
            </w:r>
          </w:p>
        </w:tc>
        <w:tc>
          <w:tcPr>
            <w:tcW w:type="dxa" w:w="2592"/>
          </w:tcPr>
          <w:p>
            <w:r/>
            <w:r>
              <w:t>3·4번 EBS 연계번호</w:t>
            </w:r>
          </w:p>
          <w:p>
            <w:r>
              <w:t>수정 전: EBS2/6/1</w:t>
            </w:r>
          </w:p>
        </w:tc>
        <w:tc>
          <w:tcPr>
            <w:tcW w:type="dxa" w:w="6264"/>
          </w:tcPr>
          <w:p>
            <w:r/>
            <w:r>
              <w:t>EBS19/23/18</w:t>
            </w:r>
          </w:p>
          <w:p>
            <w:r>
              <w:t>반영 문구</w:t>
            </w:r>
          </w:p>
          <w:p>
            <w:r>
              <w:t>• EBS 연계 방식: 문항연계 — EBS 19번 문항 정답 해설의</w:t>
            </w:r>
          </w:p>
          <w:p>
            <w:r>
              <w:t>• EBS 연계 방식: 문항연계. EBS 23번 &lt;보기&gt;의 이론틀('날개</w:t>
            </w:r>
          </w:p>
          <w:p>
            <w:r>
              <w:t>18번 정답 선지의 시각적 이미지 예시('파란 공포의 강물', '피</w:t>
            </w:r>
          </w:p>
          <w:p>
            <w:r>
              <w:t>에 젖은 한 마리 상한 새')와 23번 ③선지의 '까치집같이 소쇄</w:t>
            </w:r>
          </w:p>
        </w:tc>
      </w:tr>
      <w:tr>
        <w:tc>
          <w:tcPr>
            <w:tcW w:type="dxa" w:w="1512"/>
          </w:tcPr>
          <w:p>
            <w:r/>
            <w:r>
              <w:t>인쇄 225쪽</w:t>
            </w:r>
          </w:p>
          <w:p>
            <w:r>
              <w:t>PDF 233쪽</w:t>
            </w:r>
          </w:p>
          <w:p>
            <w:r>
              <w:t>KN-185</w:t>
            </w:r>
          </w:p>
          <w:p>
            <w:r>
              <w:t>P2680</w:t>
            </w:r>
          </w:p>
        </w:tc>
        <w:tc>
          <w:tcPr>
            <w:tcW w:type="dxa" w:w="2592"/>
          </w:tcPr>
          <w:p>
            <w:r/>
            <w:r>
              <w:t>갈치떼 착각 단정을 원문의 바람으로 교정</w:t>
            </w:r>
          </w:p>
          <w:p>
            <w:r>
              <w:t>수정 전: 갈치떼 착각 단정을 원문의 바람으로 교정</w:t>
            </w:r>
          </w:p>
        </w:tc>
        <w:tc>
          <w:tcPr>
            <w:tcW w:type="dxa" w:w="6264"/>
          </w:tcPr>
          <w:p>
            <w:r/>
            <w:r>
              <w:t>EBS 발췌문에 근거하여 수정</w:t>
            </w:r>
          </w:p>
          <w:p>
            <w:r>
              <w:t>반영 문구</w:t>
            </w:r>
          </w:p>
          <w:p>
            <w:r>
              <w:t>• 하얀 (11)물이랑들을 보며 배를 채워 줄 (12)갈치 떼이기를 바람</w:t>
            </w:r>
          </w:p>
        </w:tc>
      </w:tr>
      <w:tr>
        <w:tc>
          <w:tcPr>
            <w:tcW w:type="dxa" w:w="1512"/>
          </w:tcPr>
          <w:p>
            <w:r/>
            <w:r>
              <w:t>인쇄 227쪽</w:t>
            </w:r>
          </w:p>
          <w:p>
            <w:r>
              <w:t>PDF 235쪽</w:t>
            </w:r>
          </w:p>
          <w:p>
            <w:r>
              <w:t>KN-185</w:t>
            </w:r>
          </w:p>
          <w:p>
            <w:r>
              <w:t>P2681</w:t>
            </w:r>
          </w:p>
        </w:tc>
        <w:tc>
          <w:tcPr>
            <w:tcW w:type="dxa" w:w="2592"/>
          </w:tcPr>
          <w:p>
            <w:r/>
            <w:r>
              <w:t>발췌문에 없는 까마귀 행동 질문을 본문 근거 문항으로 교정</w:t>
            </w:r>
          </w:p>
          <w:p>
            <w:r>
              <w:t>수정 전: 발췌문에 없는 까마귀 행동 질문을 본문 근거 문항으로 교정</w:t>
            </w:r>
          </w:p>
        </w:tc>
        <w:tc>
          <w:tcPr>
            <w:tcW w:type="dxa" w:w="6264"/>
          </w:tcPr>
          <w:p>
            <w:r/>
            <w:r>
              <w:t>EBS 발췌문에 근거하여 수정</w:t>
            </w:r>
          </w:p>
          <w:p>
            <w:r>
              <w:t>반영 문구</w:t>
            </w:r>
          </w:p>
          <w:p>
            <w:r>
              <w:t>윗글에서 '몰이사냥'에 빗댄 토벌 방식을 설명하고, 노약자와 '순원이 아방' 같은 남정네의 처지를 통해 드러나는 국가 폭력의 성격을 서술하시오. (띄어쓰기 포함 95자 내외)</w:t>
            </w:r>
          </w:p>
        </w:tc>
      </w:tr>
      <w:tr>
        <w:tc>
          <w:tcPr>
            <w:tcW w:type="dxa" w:w="1512"/>
          </w:tcPr>
          <w:p>
            <w:r/>
            <w:r>
              <w:t>인쇄 228쪽</w:t>
            </w:r>
          </w:p>
          <w:p>
            <w:r>
              <w:t>PDF 236쪽</w:t>
            </w:r>
          </w:p>
          <w:p>
            <w:r>
              <w:t>KN-185</w:t>
            </w:r>
          </w:p>
          <w:p>
            <w:r>
              <w:t>P2682</w:t>
            </w:r>
          </w:p>
        </w:tc>
        <w:tc>
          <w:tcPr>
            <w:tcW w:type="dxa" w:w="2592"/>
          </w:tcPr>
          <w:p>
            <w:r/>
            <w:r>
              <w:t>1·2번 EBS 연계번호 및 소설 용어</w:t>
            </w:r>
          </w:p>
          <w:p>
            <w:r>
              <w:t>수정 전: 1·2번 EBS 연계번호 및 소설 용어</w:t>
            </w:r>
          </w:p>
        </w:tc>
        <w:tc>
          <w:tcPr>
            <w:tcW w:type="dxa" w:w="6264"/>
          </w:tcPr>
          <w:p>
            <w:r/>
            <w:r>
              <w:t>EBS 발췌문에 근거하여 수정</w:t>
            </w:r>
          </w:p>
          <w:p>
            <w:r>
              <w:t>반영 문구</w:t>
            </w:r>
          </w:p>
          <w:p>
            <w:r>
              <w:t>• EBS 연계 방식: 문항연계 + 지문연계. EBS 26번 문항(㉠</w:t>
            </w:r>
          </w:p>
          <w:p>
            <w:r>
              <w:t>소까이·㉡ 몰이사냥의 관계)과 27번 &lt;보기&gt;(강제 이주·전소·포</w:t>
            </w:r>
          </w:p>
          <w:p>
            <w:r>
              <w:t>는 어떤 표현를 풀어 설명한 것이므로, 지문에서 마을이 불타</w:t>
            </w:r>
          </w:p>
          <w:p>
            <w:r>
              <w:t>'는 포위 방식과 연결되는 네 글자 표현가 답이다.</w:t>
            </w:r>
          </w:p>
          <w:p>
            <w:r>
              <w:t>• EBS 연계 방식: 문항연계 — EBS 27번 &lt;보기&gt;의 감상 관</w:t>
            </w:r>
          </w:p>
          <w:p>
            <w:r>
              <w:t>점(축성에 동원된 강제 노역의 고통, 이주민의 굶주림)과 27번</w:t>
            </w:r>
          </w:p>
        </w:tc>
      </w:tr>
      <w:tr>
        <w:tc>
          <w:tcPr>
            <w:tcW w:type="dxa" w:w="1512"/>
          </w:tcPr>
          <w:p>
            <w:r/>
            <w:r>
              <w:t>인쇄 229쪽</w:t>
            </w:r>
          </w:p>
          <w:p>
            <w:r>
              <w:t>PDF 237쪽</w:t>
            </w:r>
          </w:p>
          <w:p>
            <w:r>
              <w:t>KN-185</w:t>
            </w:r>
          </w:p>
          <w:p>
            <w:r>
              <w:t>P2683</w:t>
            </w:r>
          </w:p>
        </w:tc>
        <w:tc>
          <w:tcPr>
            <w:tcW w:type="dxa" w:w="2592"/>
          </w:tcPr>
          <w:p>
            <w:r/>
            <w:r>
              <w:t>3번 질문과 정답·해설·채점 일치 및4번 EBS번호</w:t>
            </w:r>
          </w:p>
          <w:p>
            <w:r>
              <w:t>수정 전: 3번 질문과 정답·해설·채점 일치 및4번 EBS번호</w:t>
            </w:r>
          </w:p>
        </w:tc>
        <w:tc>
          <w:tcPr>
            <w:tcW w:type="dxa" w:w="6264"/>
          </w:tcPr>
          <w:p>
            <w:r/>
            <w:r>
              <w:t>EBS 발췌문에 근거하여 수정</w:t>
            </w:r>
          </w:p>
          <w:p>
            <w:r>
              <w:t>반영 문구</w:t>
            </w:r>
          </w:p>
          <w:p>
            <w:r>
              <w:t>• EBS 연계 방식: 25번의 공간 구도와 26번의 소까이·몰이사냥 관계, 27번 &lt;보기&gt;의 국가 폭력에 대한 감상 관점을 활용하였다. 강제 이주와 노역의 원문 어휘를 찾고, 몰이사냥에 빗댄 토벌 방식이 무고한 주민에게 미치는 위협을 서술하도록 구성하였다.</w:t>
            </w:r>
          </w:p>
          <w:p>
            <w:r>
              <w:t>• 측정 능력: 국가 폭력의 진행 과정을 파악하고 원문 어휘를 정확히 추출하는 능력, 몰이사냥의 비유와 노약자·남정네의 처지를 연결하여 폭력의 무차별성을 설명하는 능력.</w:t>
            </w:r>
          </w:p>
          <w:p>
            <w:r>
              <w:t>정답: ① 소까이 ② 울력</w:t>
            </w:r>
          </w:p>
          <w:p>
            <w:r>
              <w:t>③ 몰이사냥은 바다를 막고 해변에서 산으로 포위망을 좁히는 토벌 방식이다. 이는 폭도뿐 아니라 노약자와 무고한 남정네의 목숨까지 위협하는 국가 폭력의 무차별성을 드러낸다.</w:t>
            </w:r>
          </w:p>
          <w:p>
            <w:r>
              <w:t>③ 바다를 봉쇄하고 해변에서 산으로 포위망을 좁히는 과정을 설명한다. 폭도 외에 피하지 못한 노약자와 무고한 남정네까지 위협받는 상황을 통해 국가 폭력의 무차별성을 밝힌다. 같은 뜻의 답안도 인정한다.</w:t>
            </w:r>
          </w:p>
          <w:p>
            <w:r>
              <w:t>③ 바다 봉쇄·산으로 포위망 축소 3점, 무고한 주민까지 위협하는 폭력의 무차별성 3점. 같은 뜻 인정.</w:t>
            </w:r>
          </w:p>
          <w:p>
            <w:r>
              <w:t>• EBS 연계 방식: 문항연계(EBS 25번 '공간적 배경 정리' 보</w:t>
            </w:r>
          </w:p>
          <w:p>
            <w:r>
              <w:t>기 틀 + 27번 &lt;보기&gt; 원문 활용) + 지문연계. EBS 25번의 '중</w:t>
            </w:r>
          </w:p>
          <w:p>
            <w:r>
              <w:t>구성하고, 27번 선지에서 분석된 '조막손'(①선지), '굶주림'(③선</w:t>
            </w:r>
          </w:p>
        </w:tc>
      </w:tr>
      <w:tr>
        <w:tc>
          <w:tcPr>
            <w:tcW w:type="dxa" w:w="1512"/>
          </w:tcPr>
          <w:p>
            <w:r/>
            <w:r>
              <w:t>인쇄 232쪽</w:t>
            </w:r>
          </w:p>
          <w:p>
            <w:r>
              <w:t>PDF 240쪽</w:t>
            </w:r>
          </w:p>
          <w:p>
            <w:r>
              <w:t>KN-186</w:t>
            </w:r>
          </w:p>
          <w:p>
            <w:r>
              <w:t>P2687</w:t>
            </w:r>
          </w:p>
        </w:tc>
        <w:tc>
          <w:tcPr>
            <w:tcW w:type="dxa" w:w="2592"/>
          </w:tcPr>
          <w:p>
            <w:r/>
            <w:r>
              <w:t>은섬→비취 및 말미 조사 제외 명시</w:t>
            </w:r>
          </w:p>
          <w:p>
            <w:r>
              <w:t>수정 전: 은섬→비취 및 말미 조사 제외 명시</w:t>
            </w:r>
          </w:p>
        </w:tc>
        <w:tc>
          <w:tcPr>
            <w:tcW w:type="dxa" w:w="6264"/>
          </w:tcPr>
          <w:p>
            <w:r/>
            <w:r>
              <w:t>원문인물·문장·답안조건 일치</w:t>
            </w:r>
          </w:p>
          <w:p>
            <w:r>
              <w:t>반영 문구</w:t>
            </w:r>
          </w:p>
          <w:p>
            <w:r>
              <w:t>보는 처음 자란만이 공유했으나, 비취의 말을 계기로 운</w:t>
            </w:r>
          </w:p>
          <w:p>
            <w:r>
              <w:t>• ①은 2어절, ②는 4음절, ③은 3어절로 쓰되, 말미 조사는 제외할 것.</w:t>
            </w:r>
          </w:p>
        </w:tc>
      </w:tr>
      <w:tr>
        <w:tc>
          <w:tcPr>
            <w:tcW w:type="dxa" w:w="1512"/>
          </w:tcPr>
          <w:p>
            <w:r/>
            <w:r>
              <w:t>인쇄 233쪽</w:t>
            </w:r>
          </w:p>
          <w:p>
            <w:r>
              <w:t>PDF 241쪽</w:t>
            </w:r>
          </w:p>
          <w:p>
            <w:r>
              <w:t>KN-186</w:t>
            </w:r>
          </w:p>
          <w:p>
            <w:r>
              <w:t>P2688</w:t>
            </w:r>
          </w:p>
        </w:tc>
        <w:tc>
          <w:tcPr>
            <w:tcW w:type="dxa" w:w="2592"/>
          </w:tcPr>
          <w:p>
            <w:r/>
            <w:r>
              <w:t>갈등의 직접 원인과 근본 배경 구별</w:t>
            </w:r>
          </w:p>
          <w:p>
            <w:r>
              <w:t>수정 전: 갈등의 직접 원인과 근본 배경 구별</w:t>
            </w:r>
          </w:p>
        </w:tc>
        <w:tc>
          <w:tcPr>
            <w:tcW w:type="dxa" w:w="6264"/>
          </w:tcPr>
          <w:p>
            <w:r/>
            <w:r>
              <w:t>원문인물·문장·답안조건 일치</w:t>
            </w:r>
          </w:p>
          <w:p>
            <w:r>
              <w:t>반영 문구</w:t>
            </w:r>
          </w:p>
          <w:p>
            <w:r>
              <w:t>한 갈등이 발생한 직접 원인은 운영이 자신의 비밀을 남</w:t>
            </w:r>
          </w:p>
        </w:tc>
      </w:tr>
      <w:tr>
        <w:tc>
          <w:tcPr>
            <w:tcW w:type="dxa" w:w="1512"/>
          </w:tcPr>
          <w:p>
            <w:r/>
            <w:r>
              <w:t>인쇄 234쪽</w:t>
            </w:r>
          </w:p>
          <w:p>
            <w:r>
              <w:t>PDF 242쪽</w:t>
            </w:r>
          </w:p>
          <w:p>
            <w:r>
              <w:t>KN-186</w:t>
            </w:r>
          </w:p>
          <w:p>
            <w:r>
              <w:t>P2689</w:t>
            </w:r>
          </w:p>
        </w:tc>
        <w:tc>
          <w:tcPr>
            <w:tcW w:type="dxa" w:w="2592"/>
          </w:tcPr>
          <w:p>
            <w:r/>
            <w:r>
              <w:t>은섬·2자 오류 및 서술형 답안 길이·복종 해석 교정</w:t>
            </w:r>
          </w:p>
          <w:p>
            <w:r>
              <w:t>수정 전: 은섬·2자 오류 및 서술형 답안 길이·복종 해석 교정</w:t>
            </w:r>
          </w:p>
        </w:tc>
        <w:tc>
          <w:tcPr>
            <w:tcW w:type="dxa" w:w="6264"/>
          </w:tcPr>
          <w:p>
            <w:r/>
            <w:r>
              <w:t>원문인물·문장·답안조건 일치</w:t>
            </w:r>
          </w:p>
          <w:p>
            <w:r>
              <w:t>반영 문구</w:t>
            </w:r>
          </w:p>
          <w:p>
            <w:r>
              <w:t>• EBS 연계 방식: 문항연계 — EBS 28번 문항(㉠에 대한 인</w:t>
            </w:r>
          </w:p>
          <w:p>
            <w:r>
              <w:t>• EBS 연계 방식: 문항연계 중심. [29번] &lt;보기&gt;의 '제한된 정</w:t>
            </w:r>
          </w:p>
          <w:p>
            <w:r>
              <w:t>①은 &lt;보기&gt;의 "비취의 말을 계기로 운영이 서궁 사람들에게</w:t>
            </w:r>
          </w:p>
          <w:p>
            <w:r>
              <w:t>사랑을 ( )한 뒤"라는 문맥에 주목한다. 지문에서 운영이 비취</w:t>
            </w:r>
          </w:p>
          <w:p>
            <w:r>
              <w:t>의 말 직후 '숨길 수 없음을 깨닫고' 취한 행동을 나타내는 4</w:t>
            </w:r>
          </w:p>
          <w:p>
            <w:r>
              <w:t>④ '수평적 관계'(2점) + '화합/협력/회복' 취지</w:t>
            </w:r>
          </w:p>
          <w:p>
            <w:r>
              <w:t>정답: ① 이실직고 ② 남궁 사람들</w:t>
            </w:r>
          </w:p>
          <w:p>
            <w:r>
              <w:t>③ 정도와 권도를 대비하며, 권도로 합당함을 얻는 것도 정도이므로 앞말을 고집하지 말고 변통해야 한다고 설득한다.</w:t>
            </w:r>
          </w:p>
          <w:p>
            <w:r>
              <w:t>④ 궁녀들 사이의 수평적 갈등이 해소되어 운영을 돕고자 협력하는 관계로 바뀌었음을 의미한다.</w:t>
            </w:r>
          </w:p>
        </w:tc>
      </w:tr>
      <w:tr>
        <w:tc>
          <w:tcPr>
            <w:tcW w:type="dxa" w:w="1512"/>
          </w:tcPr>
          <w:p>
            <w:r/>
            <w:r>
              <w:t>인쇄 235쪽</w:t>
            </w:r>
          </w:p>
          <w:p>
            <w:r>
              <w:t>PDF 243쪽</w:t>
            </w:r>
          </w:p>
          <w:p>
            <w:r>
              <w:t>KN-186</w:t>
            </w:r>
          </w:p>
          <w:p>
            <w:r>
              <w:t>P2690</w:t>
            </w:r>
          </w:p>
        </w:tc>
        <w:tc>
          <w:tcPr>
            <w:tcW w:type="dxa" w:w="2592"/>
          </w:tcPr>
          <w:p>
            <w:r/>
            <w:r>
              <w:t>EBS연계28~31번호 교정</w:t>
            </w:r>
          </w:p>
          <w:p>
            <w:r>
              <w:t>수정 전: EBS연계28~31번호 교정</w:t>
            </w:r>
          </w:p>
        </w:tc>
        <w:tc>
          <w:tcPr>
            <w:tcW w:type="dxa" w:w="6264"/>
          </w:tcPr>
          <w:p>
            <w:r/>
            <w:r>
              <w:t>원문인물·문장·답안조건 일치</w:t>
            </w:r>
          </w:p>
          <w:p>
            <w:r>
              <w:t>반영 문구</w:t>
            </w:r>
          </w:p>
          <w:p>
            <w:r>
              <w:t>• EBS 연계 방식: 문항연계 — EBS 31번 문항의 &lt;보기&gt;(수</w:t>
            </w:r>
          </w:p>
          <w:p>
            <w:r>
              <w:t>• EBS 연계 방식: 문항연계. EBS 29번(정보의 제한과 확산</w:t>
            </w:r>
          </w:p>
          <w:p>
            <w:r>
              <w:t>관점, ⓐ~ⓔ 분석 틀)과 31번(&lt;보기&gt;의 수직적·수평적 관계 및</w:t>
            </w:r>
          </w:p>
          <w:p>
            <w:r>
              <w:t>의 당부", EBS 31번 ③번 선지의 "'궁녀가 궁궐 문을 나서거나</w:t>
            </w:r>
          </w:p>
          <w:p>
            <w:r>
              <w:t>외간 사람이 이름을 알게 되면' '사죄에 해당한다'" 표현, [30</w:t>
            </w:r>
          </w:p>
          <w:p>
            <w:r>
              <w:t>금기 위반 이론틀)을 재구성하여 &lt;보기&gt;로 이동시킴. EBS 29</w:t>
            </w:r>
          </w:p>
        </w:tc>
      </w:tr>
      <w:tr>
        <w:tc>
          <w:tcPr>
            <w:tcW w:type="dxa" w:w="1512"/>
          </w:tcPr>
          <w:p>
            <w:r/>
            <w:r>
              <w:t>인쇄 237쪽</w:t>
            </w:r>
          </w:p>
          <w:p>
            <w:r>
              <w:t>PDF 245쪽</w:t>
            </w:r>
          </w:p>
          <w:p>
            <w:r>
              <w:t>KN-187</w:t>
            </w:r>
          </w:p>
          <w:p>
            <w:r>
              <w:t>P2694</w:t>
            </w:r>
          </w:p>
        </w:tc>
        <w:tc>
          <w:tcPr>
            <w:tcW w:type="dxa" w:w="2592"/>
          </w:tcPr>
          <w:p>
            <w:r/>
            <w:r>
              <w:t>빈녀음 요약정답에 까치 정답 혼입</w:t>
            </w:r>
          </w:p>
          <w:p>
            <w:r>
              <w:t>수정 전: 빈녀음 요약정답에 까치 정답 혼입</w:t>
            </w:r>
          </w:p>
        </w:tc>
        <w:tc>
          <w:tcPr>
            <w:tcW w:type="dxa" w:w="6264"/>
          </w:tcPr>
          <w:p>
            <w:r/>
            <w:r>
              <w:t>원문·번호·답안범위 일치</w:t>
            </w:r>
          </w:p>
          <w:p>
            <w:r>
              <w:t>반영 문구</w:t>
            </w:r>
          </w:p>
          <w:p>
            <w:r>
              <w:t>(1) 베  (2) 허탈감  (3) 베틀  (4) 애상감  (5) 결실  (6) 옷  (7) 탄식</w:t>
            </w:r>
          </w:p>
          <w:p>
            <w:r>
              <w:t>(8) 타인  (9) 대조  (10) 고통  (11) 외로움  (12) 한탄</w:t>
            </w:r>
          </w:p>
        </w:tc>
      </w:tr>
      <w:tr>
        <w:tc>
          <w:tcPr>
            <w:tcW w:type="dxa" w:w="1512"/>
          </w:tcPr>
          <w:p>
            <w:r/>
            <w:r>
              <w:t>인쇄 239쪽</w:t>
            </w:r>
          </w:p>
          <w:p>
            <w:r>
              <w:t>PDF 247쪽</w:t>
            </w:r>
          </w:p>
          <w:p>
            <w:r>
              <w:t>KN-187</w:t>
            </w:r>
          </w:p>
          <w:p>
            <w:r>
              <w:t>P2695</w:t>
            </w:r>
          </w:p>
        </w:tc>
        <w:tc>
          <w:tcPr>
            <w:tcW w:type="dxa" w:w="2592"/>
          </w:tcPr>
          <w:p>
            <w:r/>
            <w:r>
              <w:t>밤의 촉각과 손가락 상태 구별·㉢전체시행 명시</w:t>
            </w:r>
          </w:p>
          <w:p>
            <w:r>
              <w:t>수정 전: 밤의 촉각과 손가락 상태 구별·㉢전체시행 명시</w:t>
            </w:r>
          </w:p>
        </w:tc>
        <w:tc>
          <w:tcPr>
            <w:tcW w:type="dxa" w:w="6264"/>
          </w:tcPr>
          <w:p>
            <w:r/>
            <w:r>
              <w:t>원문·번호·답안범위 일치</w:t>
            </w:r>
          </w:p>
          <w:p>
            <w:r>
              <w:t>반영 문구</w:t>
            </w:r>
          </w:p>
          <w:p>
            <w:r>
              <w:t>사용하였다. (나)는 '갈/갈뽕', '올/올뽕'처럼 같은 음절을 가진 말을 대응시키는 언어유희로 화자의 움직임을 제시한다. (다)의 &lt;제4수&gt;에서는 밤의 감각을 표현한 '( ㉡ )'을 통해 추위 속에서 옷을 짓는 모습을 드러낸다. 남의 시집갈 옷을 지으면서도 자신은 홀로 잠드는 대조적 상황은 삶의 고통을 부각한다. &lt;제3수&gt;에서 노동의 결과물인 옷감이 누구에게 돌아갈지 의문을 드러낸 전체 시행은 '( ㉢ )'이다.</w:t>
            </w:r>
          </w:p>
          <w:p>
            <w:r>
              <w:t>• ㉠은 (가)의 3음절 음성 상징어, ㉡은 (다) &lt;제4수&gt;에서 밤의 감각을 표현한 3음절 시어를 쓸 것. ㉢은 전체 시행의 첫·끝 어절을 쓸 것.</w:t>
            </w:r>
          </w:p>
        </w:tc>
      </w:tr>
      <w:tr>
        <w:tc>
          <w:tcPr>
            <w:tcW w:type="dxa" w:w="1512"/>
          </w:tcPr>
          <w:p>
            <w:r/>
            <w:r>
              <w:t>인쇄 240쪽</w:t>
            </w:r>
          </w:p>
          <w:p>
            <w:r>
              <w:t>PDF 248쪽</w:t>
            </w:r>
          </w:p>
          <w:p>
            <w:r>
              <w:t>KN-187</w:t>
            </w:r>
          </w:p>
          <w:p>
            <w:r>
              <w:t>P2696</w:t>
            </w:r>
          </w:p>
        </w:tc>
        <w:tc>
          <w:tcPr>
            <w:tcW w:type="dxa" w:w="2592"/>
          </w:tcPr>
          <w:p>
            <w:r/>
            <w:r>
              <w:t>2번 서술 비교·채점 및 부정확한 EBS해설 설명</w:t>
            </w:r>
          </w:p>
          <w:p>
            <w:r>
              <w:t>수정 전: 2번 서술 비교·채점 및 부정확한 EBS해설 설명</w:t>
            </w:r>
          </w:p>
        </w:tc>
        <w:tc>
          <w:tcPr>
            <w:tcW w:type="dxa" w:w="6264"/>
          </w:tcPr>
          <w:p>
            <w:r/>
            <w:r>
              <w:t>원문·번호·답안범위 일치</w:t>
            </w:r>
          </w:p>
          <w:p>
            <w:r>
              <w:t>반영 문구</w:t>
            </w:r>
          </w:p>
          <w:p>
            <w:r>
              <w:t>• EBS 연계 방식: 문항연계 — EBS 33번 문항의 &lt;보기&gt;(노</w:t>
            </w:r>
          </w:p>
          <w:p>
            <w:r>
              <w:t>• EBS 연계 방식: 32번의 작품별 표현 비교, 33번 &lt;보기&gt;의 노동 결과와 도덕적 실천, 34번의 촉각적 이미지 해석을 활용하였다. (가)·(나)의 가족을 위한 노동과 (다)의 타인을 위한 노동 및 외로운 처지를 비교하도록 구성하였다.</w:t>
            </w:r>
          </w:p>
          <w:p>
            <w:r>
              <w:t>정답: ① 거친 밥 ② 시집갈 옷</w:t>
            </w:r>
          </w:p>
          <w:p>
            <w:r>
              <w:t>③ (가)·(나)는 노동의 결과물이 가족에게 돌아가지만, (다)는 남의 옷을 지으며 정작 자신은 홀로 지내기 때문이다.</w:t>
            </w:r>
          </w:p>
          <w:p>
            <w:r>
              <w:t>② 자신의 옷이 아니라 남을 위해 짓는 옷을 찾는다. '남들 위해 시집갈 옷 짓는다지만'의 '시집갈 옷'을 쓴다.</w:t>
            </w:r>
          </w:p>
          <w:p>
            <w:r>
              <w:t>③ 가족에게 돌아가는 결과물과 남에게 돌아가는 결과물의 대비 2점, 화자가 홀로 지내는 처지 2점. 같은 뜻 인정.</w:t>
            </w:r>
          </w:p>
        </w:tc>
      </w:tr>
      <w:tr>
        <w:tc>
          <w:tcPr>
            <w:tcW w:type="dxa" w:w="1512"/>
          </w:tcPr>
          <w:p>
            <w:r/>
            <w:r>
              <w:t>인쇄 241쪽</w:t>
            </w:r>
          </w:p>
          <w:p>
            <w:r>
              <w:t>PDF 249쪽</w:t>
            </w:r>
          </w:p>
          <w:p>
            <w:r>
              <w:t>KN-187</w:t>
            </w:r>
          </w:p>
          <w:p>
            <w:r>
              <w:t>P2697</w:t>
            </w:r>
          </w:p>
        </w:tc>
        <w:tc>
          <w:tcPr>
            <w:tcW w:type="dxa" w:w="2592"/>
          </w:tcPr>
          <w:p>
            <w:r/>
            <w:r>
              <w:t>4번 작품기호 뒤바뀜·촉각해설 및연계번호</w:t>
            </w:r>
          </w:p>
          <w:p>
            <w:r>
              <w:t>수정 전: 4번 작품기호 뒤바뀜·촉각해설 및연계번호</w:t>
            </w:r>
          </w:p>
        </w:tc>
        <w:tc>
          <w:tcPr>
            <w:tcW w:type="dxa" w:w="6264"/>
          </w:tcPr>
          <w:p>
            <w:r/>
            <w:r>
              <w:t>원문·번호·답안범위 일치</w:t>
            </w:r>
          </w:p>
          <w:p>
            <w:r>
              <w:t>반영 문구</w:t>
            </w:r>
          </w:p>
          <w:p>
            <w:r>
              <w:t>• EBS 연계 방식: 문항연계 — EBS 32번 문항 ④번 선지("</w:t>
            </w:r>
          </w:p>
          <w:p>
            <w:r>
              <w:t>• EBS 연계 방식: 32번 정답 선지 ④의 음성 상징어, 오답 선지 ③에서 (나)에만 해당하는 언어유희, 오답 선지 ②에서 (다)에만 해당하는 대조적 상황을 활용하였다. 34번 정답 선지 ③의 촉각적 이미지와 연결하여 원문의 표현을 찾게 한다.</w:t>
            </w:r>
          </w:p>
          <w:p>
            <w:r>
              <w:t>다른 작품의 (나) '짜궁짜궁', (다) '삐걱삐걱'과 혼동하지 않도록 (가)의 방아 찧는 소리를 찾는다.</w:t>
            </w:r>
          </w:p>
          <w:p>
            <w:r>
              <w:t>㉡ 밤의 감각을 표현한 3음절 시어를 찾는다. '밤도 차가워 열 손가락 곱아 오네'에서 밤의 차가움을 나타내는 말은 '차가워'이다. 손가락의 상태는 '곱아 오네'로 표현되므로 구별해야 한다.</w:t>
            </w:r>
          </w:p>
          <w:p>
            <w:r>
              <w:t>㉢ &lt;제3수&gt; 마지막 시행 '결국 누구의 옷감 되려나'를 찾는다. 자신이 짠 베가 누구의 옷감이 될지 묻는 전체 시행이므로 첫 어절은 '결국', 마지막 어절은 '되려나'이다.</w:t>
            </w:r>
          </w:p>
        </w:tc>
      </w:tr>
      <w:tr>
        <w:tc>
          <w:tcPr>
            <w:tcW w:type="dxa" w:w="1512"/>
          </w:tcPr>
          <w:p>
            <w:r/>
            <w:r>
              <w:t>인쇄 244쪽</w:t>
            </w:r>
          </w:p>
          <w:p>
            <w:r>
              <w:t>PDF 252쪽</w:t>
            </w:r>
          </w:p>
          <w:p>
            <w:r>
              <w:t>KN-188</w:t>
            </w:r>
          </w:p>
          <w:p>
            <w:r>
              <w:t>P2699</w:t>
            </w:r>
          </w:p>
        </w:tc>
        <w:tc>
          <w:tcPr>
            <w:tcW w:type="dxa" w:w="2592"/>
          </w:tcPr>
          <w:p>
            <w:r/>
            <w:r>
              <w:t>원문에 없는 개념어 추출을 추론으로 구별</w:t>
            </w:r>
          </w:p>
          <w:p>
            <w:r>
              <w:t>수정 전: 원문에 없는 개념어 추출을 추론으로 구별</w:t>
            </w:r>
          </w:p>
        </w:tc>
        <w:tc>
          <w:tcPr>
            <w:tcW w:type="dxa" w:w="6264"/>
          </w:tcPr>
          <w:p>
            <w:r/>
            <w:r>
              <w:t>추출과 추론 구별·완전문장 범위 일치</w:t>
            </w:r>
          </w:p>
          <w:p>
            <w:r>
              <w:t>반영 문구</w:t>
            </w:r>
          </w:p>
          <w:p>
            <w:r>
              <w:t>다음은 EBS &lt;보기&gt;를 재구성한 것이다. ①·②는 윗글에서 찾고, ③은 구슬 이야기의 갈래를 추론하여 쓰시오. (모두 두 글자, 말미 조사 제외)</w:t>
            </w:r>
          </w:p>
          <w:p>
            <w:r>
              <w:t>①은 윗글에서 찾고, ②·③은 여우와 노루가 내세운 능력을 추론하여 각각 3음절로 쓰시오.</w:t>
            </w:r>
          </w:p>
          <w:p>
            <w:r>
              <w:t>힘세다 하고 가래장부 되었'다며 자신의 ( ② ) 능력을</w:t>
            </w:r>
          </w:p>
        </w:tc>
      </w:tr>
      <w:tr>
        <w:tc>
          <w:tcPr>
            <w:tcW w:type="dxa" w:w="1512"/>
          </w:tcPr>
          <w:p>
            <w:r/>
            <w:r>
              <w:t>인쇄 245쪽</w:t>
            </w:r>
          </w:p>
          <w:p>
            <w:r>
              <w:t>PDF 253쪽</w:t>
            </w:r>
          </w:p>
          <w:p>
            <w:r>
              <w:t>KN-188</w:t>
            </w:r>
          </w:p>
          <w:p>
            <w:r>
              <w:t>P2700</w:t>
            </w:r>
          </w:p>
        </w:tc>
        <w:tc>
          <w:tcPr>
            <w:tcW w:type="dxa" w:w="2592"/>
          </w:tcPr>
          <w:p>
            <w:r/>
            <w:r>
              <w:t>3·4번 추론 답안과 기본형 조건 모순 교정</w:t>
            </w:r>
          </w:p>
          <w:p>
            <w:r>
              <w:t>수정 전: 3·4번 추론 답안과 기본형 조건 모순 교정</w:t>
            </w:r>
          </w:p>
        </w:tc>
        <w:tc>
          <w:tcPr>
            <w:tcW w:type="dxa" w:w="6264"/>
          </w:tcPr>
          <w:p>
            <w:r/>
            <w:r>
              <w:t>추출과 추론 구별·완전문장 범위 일치</w:t>
            </w:r>
          </w:p>
          <w:p>
            <w:r>
              <w:t>반영 문구</w:t>
            </w:r>
          </w:p>
          <w:p>
            <w:r>
              <w:t>내세운 근거를 정리한 표이다. ①·②는 능력의 성격을 추론하여 2음절로 쓰고, ③·④는 윗글에서 각각 3어절·2음절로 찾되 말미 조사는 제외할 것.</w:t>
            </w:r>
          </w:p>
          <w:p>
            <w:r>
              <w:t>것이다. ①은 윗글에서 말미 조사를 제외하여 찾고, ②는 능력의 성격을, ③은 나이의 우위를 나타내는 말을 각각 3음절로 추론하여 쓰시오.</w:t>
            </w:r>
          </w:p>
          <w:p>
            <w:r>
              <w:t>수 치던 시절 가래장</w:t>
            </w:r>
          </w:p>
        </w:tc>
      </w:tr>
      <w:tr>
        <w:tc>
          <w:tcPr>
            <w:tcW w:type="dxa" w:w="1512"/>
          </w:tcPr>
          <w:p>
            <w:r/>
            <w:r>
              <w:t>인쇄 246쪽</w:t>
            </w:r>
          </w:p>
          <w:p>
            <w:r>
              <w:t>PDF 254쪽</w:t>
            </w:r>
          </w:p>
          <w:p>
            <w:r>
              <w:t>KN-188</w:t>
            </w:r>
          </w:p>
          <w:p>
            <w:r>
              <w:t>P2701</w:t>
            </w:r>
          </w:p>
        </w:tc>
        <w:tc>
          <w:tcPr>
            <w:tcW w:type="dxa" w:w="2592"/>
          </w:tcPr>
          <w:p>
            <w:r/>
            <w:r>
              <w:t>EBS번호 및 설화 추론 근거 설명</w:t>
            </w:r>
          </w:p>
          <w:p>
            <w:r>
              <w:t>수정 전: EBS번호 및 설화 추론 근거 설명</w:t>
            </w:r>
          </w:p>
        </w:tc>
        <w:tc>
          <w:tcPr>
            <w:tcW w:type="dxa" w:w="6264"/>
          </w:tcPr>
          <w:p>
            <w:r/>
            <w:r>
              <w:t>추출과 추론 구별·완전문장 범위 일치</w:t>
            </w:r>
          </w:p>
          <w:p>
            <w:r>
              <w:t>반영 문구</w:t>
            </w:r>
          </w:p>
          <w:p>
            <w:r>
              <w:t>• EBS 연계 방식: 문항연계(EBS 21번 &lt;보기&gt; 원문 그대로 이</w:t>
            </w:r>
          </w:p>
          <w:p>
            <w:r>
              <w:t>• EBS 연계 방식: 문항연계(EBS 18번·20번 선지 활용). EBS</w:t>
            </w:r>
          </w:p>
          <w:p>
            <w:r>
              <w:t>18번 ⑤선지 "여우는 육체적 능력을, 노루는 정신적 능력을 내</w:t>
            </w:r>
          </w:p>
          <w:p>
            <w:r>
              <w:t>빈칸화(②③). 토끼가 제시한 좌정 기준 '연치'(EBS 18번 ①선</w:t>
            </w:r>
          </w:p>
          <w:p>
            <w:r>
              <w:t>지 근거)를 ①로 빈칸 처리. 소문항2는 EBS 20번 ⑤정답 선</w:t>
            </w:r>
          </w:p>
          <w:p>
            <w:r>
              <w:t>② 여우의 대사 '힘세다 하고 가래장부 되었'다에 주목한다. '</w:t>
            </w:r>
          </w:p>
        </w:tc>
      </w:tr>
      <w:tr>
        <w:tc>
          <w:tcPr>
            <w:tcW w:type="dxa" w:w="1512"/>
          </w:tcPr>
          <w:p>
            <w:r/>
            <w:r>
              <w:t>인쇄 247쪽</w:t>
            </w:r>
          </w:p>
          <w:p>
            <w:r>
              <w:t>PDF 255쪽</w:t>
            </w:r>
          </w:p>
          <w:p>
            <w:r>
              <w:t>KN-188</w:t>
            </w:r>
          </w:p>
          <w:p>
            <w:r>
              <w:t>P2702</w:t>
            </w:r>
          </w:p>
        </w:tc>
        <w:tc>
          <w:tcPr>
            <w:tcW w:type="dxa" w:w="2592"/>
          </w:tcPr>
          <w:p>
            <w:r/>
            <w:r>
              <w:t>EBS번호 및 가래장부 원문 표기</w:t>
            </w:r>
          </w:p>
          <w:p>
            <w:r>
              <w:t>수정 전: EBS번호 및 가래장부 원문 표기</w:t>
            </w:r>
          </w:p>
        </w:tc>
        <w:tc>
          <w:tcPr>
            <w:tcW w:type="dxa" w:w="6264"/>
          </w:tcPr>
          <w:p>
            <w:r/>
            <w:r>
              <w:t>추출과 추론 구별·완전문장 범위 일치</w:t>
            </w:r>
          </w:p>
          <w:p>
            <w:r>
              <w:t>반영 문구</w:t>
            </w:r>
          </w:p>
          <w:p>
            <w:r>
              <w:t>• EBS 연계 방식: 문항연계. EBS 18번 선지 ⑤('여우는 육체</w:t>
            </w:r>
          </w:p>
          <w:p>
            <w:r>
              <w:t>'정신/육체'라는 개념어로 압축하여 ①②에 배치. EBS 19번</w:t>
            </w:r>
          </w:p>
          <w:p>
            <w:r>
              <w:t>EBS 19번 정답 해설의 핵심 논리(두꺼비가 상대의 근거를 자</w:t>
            </w:r>
          </w:p>
          <w:p>
            <w:r>
              <w:t>정답: ① 가래장부 ② 정신적 ③ 연장자</w:t>
            </w:r>
          </w:p>
          <w:p>
            <w:r>
              <w:t>가래장부'를 그대로 옮겨 쓴다.</w:t>
            </w:r>
          </w:p>
          <w:p>
            <w:r>
              <w:t>① 가래장부</w:t>
            </w:r>
          </w:p>
          <w:p>
            <w:r>
              <w:t>• EBS 연계 방식: 18번 선지 ⑤의 육체적·정신적 능력 대비와 21번 &lt;보기&gt;의 자기 과시·논박 구조를 활용하였다. ①은 여우가 맡았다고 주장한 일을 원문에서 찾고, ②는 노루의 능력, ③은 두꺼비가 주장하는 나이의 우위를 추론하게 한다.</w:t>
            </w:r>
          </w:p>
        </w:tc>
      </w:tr>
      <w:tr>
        <w:tc>
          <w:tcPr>
            <w:tcW w:type="dxa" w:w="1512"/>
          </w:tcPr>
          <w:p>
            <w:r/>
            <w:r>
              <w:t>인쇄 248쪽</w:t>
            </w:r>
          </w:p>
          <w:p>
            <w:r>
              <w:t>PDF 256쪽</w:t>
            </w:r>
          </w:p>
          <w:p>
            <w:r>
              <w:t>KN-189</w:t>
            </w:r>
          </w:p>
          <w:p>
            <w:r>
              <w:t>P2707</w:t>
            </w:r>
          </w:p>
        </w:tc>
        <w:tc>
          <w:tcPr>
            <w:tcW w:type="dxa" w:w="2592"/>
          </w:tcPr>
          <w:p>
            <w:r/>
            <w:r>
              <w:t>청렴한 박순경을 부패한 인물로 요약한 오류</w:t>
            </w:r>
          </w:p>
          <w:p>
            <w:r>
              <w:t>수정 전: 청렴한 박순경을 부패한 인물로 요약한 오류</w:t>
            </w:r>
          </w:p>
        </w:tc>
        <w:tc>
          <w:tcPr>
            <w:tcW w:type="dxa" w:w="6264"/>
          </w:tcPr>
          <w:p>
            <w:r/>
            <w:r>
              <w:t>원문인물과 표현 및 추론조건 일치</w:t>
            </w:r>
          </w:p>
          <w:p>
            <w:r>
              <w:t>반영 문구</w:t>
            </w:r>
          </w:p>
          <w:p>
            <w:r>
              <w:t>(4)뇌물 시도와 (5)부조리한 사회상</w:t>
            </w:r>
          </w:p>
          <w:p>
            <w:r>
              <w:t>• 이재신이 사과하자 박 순경은 형편을 이해하면서도 법을 지키도록 (6)훈계함</w:t>
            </w:r>
          </w:p>
          <w:p>
            <w:r>
              <w:t>• 김 경감에게 물품을 건넨 경험 → 이재신은 (7)부정부패를 당연하게 여기며 (8)합리화함</w:t>
            </w:r>
          </w:p>
          <w:p>
            <w:r>
              <w:t>• (4)뇌물을 거절하는 박 순경 ↔ (4)뇌물이 통하는 (9)타락한 현실</w:t>
            </w:r>
          </w:p>
          <w:p>
            <w:r>
              <w:t>(1) 밀주  (2) 책임  (3) 회피  (4) 뇌물  (5) 부조리  (6) 훈계  (7) 부정부패  (8) 합리화  (9) 타락</w:t>
            </w:r>
          </w:p>
        </w:tc>
      </w:tr>
      <w:tr>
        <w:tc>
          <w:tcPr>
            <w:tcW w:type="dxa" w:w="1512"/>
          </w:tcPr>
          <w:p>
            <w:r/>
            <w:r>
              <w:t>인쇄 249쪽</w:t>
            </w:r>
          </w:p>
          <w:p>
            <w:r>
              <w:t>PDF 257쪽</w:t>
            </w:r>
          </w:p>
          <w:p>
            <w:r>
              <w:t>KN-189</w:t>
            </w:r>
          </w:p>
          <w:p>
            <w:r>
              <w:t>P2708</w:t>
            </w:r>
          </w:p>
        </w:tc>
        <w:tc>
          <w:tcPr>
            <w:tcW w:type="dxa" w:w="2592"/>
          </w:tcPr>
          <w:p>
            <w:r/>
            <w:r>
              <w:t>브로커의 의심을 김진만의 확정행동으로 단정한 오류</w:t>
            </w:r>
          </w:p>
          <w:p>
            <w:r>
              <w:t>수정 전: 브로커의 의심을 김진만의 확정행동으로 단정한 오류</w:t>
            </w:r>
          </w:p>
        </w:tc>
        <w:tc>
          <w:tcPr>
            <w:tcW w:type="dxa" w:w="6264"/>
          </w:tcPr>
          <w:p>
            <w:r/>
            <w:r>
              <w:t>원문인물과 표현 및 추론조건 일치</w:t>
            </w:r>
          </w:p>
          <w:p>
            <w:r>
              <w:t>반영 문구</w:t>
            </w:r>
          </w:p>
          <w:p>
            <w:r>
              <w:t>• 브로커는 김진만이 (4)시체로 (5)보상금을 노린다고 의심함 → 김진만은 부인함</w:t>
            </w:r>
          </w:p>
        </w:tc>
      </w:tr>
      <w:tr>
        <w:tc>
          <w:tcPr>
            <w:tcW w:type="dxa" w:w="1512"/>
          </w:tcPr>
          <w:p>
            <w:r/>
            <w:r>
              <w:t>인쇄 250쪽</w:t>
            </w:r>
          </w:p>
          <w:p>
            <w:r>
              <w:t>PDF 258쪽</w:t>
            </w:r>
          </w:p>
          <w:p>
            <w:r>
              <w:t>KN-189</w:t>
            </w:r>
          </w:p>
          <w:p>
            <w:r>
              <w:t>P2709</w:t>
            </w:r>
          </w:p>
        </w:tc>
        <w:tc>
          <w:tcPr>
            <w:tcW w:type="dxa" w:w="2592"/>
          </w:tcPr>
          <w:p>
            <w:r/>
            <w:r>
              <w:t>②원문 종결어미 유지·①어미제외조건</w:t>
            </w:r>
          </w:p>
          <w:p>
            <w:r>
              <w:t>수정 전: ②원문 종결어미 유지·①어미제외조건</w:t>
            </w:r>
          </w:p>
        </w:tc>
        <w:tc>
          <w:tcPr>
            <w:tcW w:type="dxa" w:w="6264"/>
          </w:tcPr>
          <w:p>
            <w:r/>
            <w:r>
              <w:t>원문인물과 표현 및 추론조건 일치</w:t>
            </w:r>
          </w:p>
          <w:p>
            <w:r>
              <w:t>반영 문구</w:t>
            </w:r>
          </w:p>
          <w:p>
            <w:r>
              <w:t>윗글에서 찾아 쓰시오. (①은 말미의 ‘서’를 제외한 2자, ②는 원문 그대로 4어절로 쓸 것)</w:t>
            </w:r>
          </w:p>
          <w:p>
            <w:r>
              <w:t>생하고 손해를 볼 것을 알기에 '( ② )'라고 말하며, 타인을</w:t>
            </w:r>
          </w:p>
        </w:tc>
      </w:tr>
      <w:tr>
        <w:tc>
          <w:tcPr>
            <w:tcW w:type="dxa" w:w="1512"/>
          </w:tcPr>
          <w:p>
            <w:r/>
            <w:r>
              <w:t>인쇄 251쪽</w:t>
            </w:r>
          </w:p>
          <w:p>
            <w:r>
              <w:t>PDF 259쪽</w:t>
            </w:r>
          </w:p>
          <w:p>
            <w:r>
              <w:t>KN-189</w:t>
            </w:r>
          </w:p>
          <w:p>
            <w:r>
              <w:t>P2710</w:t>
            </w:r>
          </w:p>
        </w:tc>
        <w:tc>
          <w:tcPr>
            <w:tcW w:type="dxa" w:w="2592"/>
          </w:tcPr>
          <w:p>
            <w:r/>
            <w:r>
              <w:t>본문에 없는 이기적을 추론하도록 명시</w:t>
            </w:r>
          </w:p>
          <w:p>
            <w:r>
              <w:t>수정 전: 본문에 없는 이기적을 추론하도록 명시</w:t>
            </w:r>
          </w:p>
        </w:tc>
        <w:tc>
          <w:tcPr>
            <w:tcW w:type="dxa" w:w="6264"/>
          </w:tcPr>
          <w:p>
            <w:r/>
            <w:r>
              <w:t>원문인물과 표현 및 추론조건 일치</w:t>
            </w:r>
          </w:p>
          <w:p>
            <w:r>
              <w:t>반영 문구</w:t>
            </w:r>
          </w:p>
          <w:p>
            <w:r>
              <w:t>&lt;보기&gt;의 ①은 윗글에서 2음절로 찾고, ②는 인물의 성격을 추론하여 '-적'으로 끝나는 3음절로 쓰시오.</w:t>
            </w:r>
          </w:p>
        </w:tc>
      </w:tr>
      <w:tr>
        <w:tc>
          <w:tcPr>
            <w:tcW w:type="dxa" w:w="1512"/>
          </w:tcPr>
          <w:p>
            <w:r/>
            <w:r>
              <w:t>인쇄 252쪽</w:t>
            </w:r>
          </w:p>
          <w:p>
            <w:r>
              <w:t>PDF 260쪽</w:t>
            </w:r>
          </w:p>
          <w:p>
            <w:r>
              <w:t>KN-189</w:t>
            </w:r>
          </w:p>
          <w:p>
            <w:r>
              <w:t>P2711</w:t>
            </w:r>
          </w:p>
        </w:tc>
        <w:tc>
          <w:tcPr>
            <w:tcW w:type="dxa" w:w="2592"/>
          </w:tcPr>
          <w:p>
            <w:r/>
            <w:r>
              <w:t>원문없죠 복원 및 EBS22~27번호교정</w:t>
            </w:r>
          </w:p>
          <w:p>
            <w:r>
              <w:t>수정 전: 원문없죠 복원 및 EBS22~27번호교정</w:t>
            </w:r>
          </w:p>
        </w:tc>
        <w:tc>
          <w:tcPr>
            <w:tcW w:type="dxa" w:w="6264"/>
          </w:tcPr>
          <w:p>
            <w:r/>
            <w:r>
              <w:t>원문인물과 표현 및 추론조건 일치</w:t>
            </w:r>
          </w:p>
          <w:p>
            <w:r>
              <w:t>반영 문구</w:t>
            </w:r>
          </w:p>
          <w:p>
            <w:r>
              <w:t>• EBS 연계 방식: 문항연계(27번 &lt;보기&gt; 및 선지 ⑤·③ 활용)</w:t>
            </w:r>
          </w:p>
          <w:p>
            <w:r>
              <w:t>— EBS 27번 &lt;보기&gt;의 '물질만능주의적 인물'과 '타인을 위해</w:t>
            </w:r>
          </w:p>
          <w:p>
            <w:r>
              <w:t>정답: ① 멕여 ② 양식장을 팔 수는 없죠</w:t>
            </w:r>
          </w:p>
          <w:p>
            <w:r>
              <w:t>② 양식장을 팔 수는 없죠</w:t>
            </w:r>
          </w:p>
          <w:p>
            <w:r>
              <w:t>• EBS 연계 방식: 문항연계. EBS 27번 &lt;보기&gt;의 감상 논리("</w:t>
            </w:r>
          </w:p>
          <w:p>
            <w:r>
              <w:t>로 치환", "타인을 위해 자신에게 예상되는 손해를 감수")와 23</w:t>
            </w:r>
          </w:p>
          <w:p>
            <w:r>
              <w:t>번·24번·27번 정답 해설의 핵심 서술을 대학 발표문형 &lt;보기&gt;로</w:t>
            </w:r>
          </w:p>
          <w:p>
            <w:r>
              <w:t>② '그걸 알면서 양식장을 팔 수는 없죠.'에서 거래 거부를 밝힌 '양식장을 팔 수는 없죠'의 4어절을 쓴다. 원문의 종결어미 '없죠'를 바꾸지 않는다.</w:t>
            </w:r>
          </w:p>
          <w:p>
            <w:r>
              <w:t>우?"를 찾아, '~서' 앞의 두 글자인 '멕여'를 그대로 쓴다.</w:t>
            </w:r>
          </w:p>
        </w:tc>
      </w:tr>
      <w:tr>
        <w:tc>
          <w:tcPr>
            <w:tcW w:type="dxa" w:w="1512"/>
          </w:tcPr>
          <w:p>
            <w:r/>
            <w:r>
              <w:t>인쇄 253쪽</w:t>
            </w:r>
          </w:p>
          <w:p>
            <w:r>
              <w:t>PDF 261쪽</w:t>
            </w:r>
          </w:p>
          <w:p>
            <w:r>
              <w:t>KN-189</w:t>
            </w:r>
          </w:p>
          <w:p>
            <w:r>
              <w:t>P2712</w:t>
            </w:r>
          </w:p>
        </w:tc>
        <w:tc>
          <w:tcPr>
            <w:tcW w:type="dxa" w:w="2592"/>
          </w:tcPr>
          <w:p>
            <w:r/>
            <w:r>
              <w:t>없는 원문인용과 김진만행동단정 교정</w:t>
            </w:r>
          </w:p>
          <w:p>
            <w:r>
              <w:t>수정 전: 없는 원문인용과 김진만행동단정 교정</w:t>
            </w:r>
          </w:p>
        </w:tc>
        <w:tc>
          <w:tcPr>
            <w:tcW w:type="dxa" w:w="6264"/>
          </w:tcPr>
          <w:p>
            <w:r/>
            <w:r>
              <w:t>원문인물과 표현 및 추론조건 일치</w:t>
            </w:r>
          </w:p>
          <w:p>
            <w:r>
              <w:t>반영 문구</w:t>
            </w:r>
          </w:p>
          <w:p>
            <w:r>
              <w:t>• EBS 연계 방식: 문항연계 중심. 27번 &lt;보기&gt;의 '속악함과</w:t>
            </w:r>
          </w:p>
          <w:p>
            <w:r>
              <w:t>선량함의 대비' 및 '물질만능주의적 인물' 서술과 26번 해설의 '</w:t>
            </w:r>
          </w:p>
          <w:p>
            <w:r>
              <w:t>• EBS 연계 방식: 문항연계 — EBS 27번(외적 준거에 따른</w:t>
            </w:r>
          </w:p>
          <w:p>
            <w:r>
              <w:t>작품 감상)의 &lt;보기&gt;를 원문 그대로 인용하고, EBS 24번·27번</w:t>
            </w:r>
          </w:p>
          <w:p>
            <w:r>
              <w:t>물')를 진술문으로 재구성. EBS 24번 ①번 선지(브로커가 김진</w:t>
            </w:r>
          </w:p>
          <w:p>
            <w:r>
              <w:t>① 이재신의 아내가 빚어 문제가 된 대상이다. '밀주인지 뭔지'와 '밀주를 팔면 어떨까'에서 2음절 명사 '밀주'를 찾는다.</w:t>
            </w:r>
          </w:p>
          <w:p>
            <w:r>
              <w:t>정답: ① ㉢ ② 이영복은 타인이 자신처럼 손해를 볼 것을 염려하여 양식장을 팔지 않는 선량한 인물이다. 브로커는 김진만이 시체로 보상금을 얻으려 한다고 의심하지만 김진만은 부인한다. 이영복에게 그러한 태도를 부여한 ㉢은 잘못이다.</w:t>
            </w:r>
          </w:p>
        </w:tc>
      </w:tr>
      <w:tr>
        <w:tc>
          <w:tcPr>
            <w:tcW w:type="dxa" w:w="1512"/>
          </w:tcPr>
          <w:p>
            <w:r/>
            <w:r>
              <w:t>인쇄 258쪽</w:t>
            </w:r>
          </w:p>
          <w:p>
            <w:r>
              <w:t>PDF 266쪽</w:t>
            </w:r>
          </w:p>
          <w:p>
            <w:r>
              <w:t>KN-190</w:t>
            </w:r>
          </w:p>
          <w:p>
            <w:r>
              <w:t>P2714</w:t>
            </w:r>
          </w:p>
        </w:tc>
        <w:tc>
          <w:tcPr>
            <w:tcW w:type="dxa" w:w="2592"/>
          </w:tcPr>
          <w:p>
            <w:r/>
            <w:r>
              <w:t>EBS28/31 연계번호 교정</w:t>
            </w:r>
          </w:p>
          <w:p>
            <w:r>
              <w:t>수정 전: EBS28/31 연계번호 교정</w:t>
            </w:r>
          </w:p>
        </w:tc>
        <w:tc>
          <w:tcPr>
            <w:tcW w:type="dxa" w:w="6264"/>
          </w:tcPr>
          <w:p>
            <w:r/>
            <w:r>
              <w:t>전체 시행과 시구 범위 구별 및 번호 일치</w:t>
            </w:r>
          </w:p>
          <w:p>
            <w:r>
              <w:t>반영 문구</w:t>
            </w:r>
          </w:p>
          <w:p>
            <w:r>
              <w:t>• EBS 연계 방식: 문항연계 — EBS 31번(외적 준거 감상)</w:t>
            </w:r>
          </w:p>
          <w:p>
            <w:r>
              <w:t>의 역설), EBS 28번 선지 ④(대립적 의미의 시어)를 통합하여</w:t>
            </w:r>
          </w:p>
          <w:p>
            <w:r>
              <w:t>• EBS 연계 방식: 문항연계 우선. 31번 &lt;보기&gt; 및 정답 선지</w:t>
            </w:r>
          </w:p>
          <w:p>
            <w:r>
              <w:t>성")의 핵심 개념어를 표 빈칸으로 변환(ⓐ 매개체). 28번 정답</w:t>
            </w:r>
          </w:p>
        </w:tc>
      </w:tr>
      <w:tr>
        <w:tc>
          <w:tcPr>
            <w:tcW w:type="dxa" w:w="1512"/>
          </w:tcPr>
          <w:p>
            <w:r/>
            <w:r>
              <w:t>인쇄 259쪽</w:t>
            </w:r>
          </w:p>
          <w:p>
            <w:r>
              <w:t>PDF 267쪽</w:t>
            </w:r>
          </w:p>
          <w:p>
            <w:r>
              <w:t>KN-190</w:t>
            </w:r>
          </w:p>
          <w:p>
            <w:r>
              <w:t>P2715</w:t>
            </w:r>
          </w:p>
        </w:tc>
        <w:tc>
          <w:tcPr>
            <w:tcW w:type="dxa" w:w="2592"/>
          </w:tcPr>
          <w:p>
            <w:r/>
            <w:r>
              <w:t>시행전체요구에 부분구절 허용 오류·해설 근거 교정</w:t>
            </w:r>
          </w:p>
          <w:p>
            <w:r>
              <w:t>수정 전: 시행전체요구에 부분구절 허용 오류·해설 근거 교정</w:t>
            </w:r>
          </w:p>
        </w:tc>
        <w:tc>
          <w:tcPr>
            <w:tcW w:type="dxa" w:w="6264"/>
          </w:tcPr>
          <w:p>
            <w:r/>
            <w:r>
              <w:t>전체 시행과 시구 범위 구별 및 번호 일치</w:t>
            </w:r>
          </w:p>
          <w:p>
            <w:r>
              <w:t>반영 문구</w:t>
            </w:r>
          </w:p>
          <w:p>
            <w:r>
              <w:t>• EBS 연계 방식: 문항연계 — EBS 31번 문항의 &lt;보기&gt;(자</w:t>
            </w:r>
          </w:p>
          <w:p>
            <w:r>
              <w:t>찾아 쓰는 서술형으로 전환함. EBS 29번·31번 선지의 '불순한</w:t>
            </w:r>
          </w:p>
          <w:p>
            <w:r>
              <w:t>정답: ① 밤새도록 고인 가슴의 가래라도</w:t>
            </w:r>
          </w:p>
          <w:p>
            <w:r>
              <w:t>① 밤새도록 고인 가슴의 가래라도</w:t>
            </w:r>
          </w:p>
          <w:p>
            <w:r>
              <w:t>• EBS 연계 방식: 31번 &lt;보기&gt;의 동일 소재 형상화와 저항·자발적 고립의 대비를 활용하였다. 28번 ④의 눈과 가래의 대립, 29번 ⑤의 부정적 현실, 31번 ②의 역설적 표현을 원문에서 찾게 한다. 31번 ⑤는 (나)를 다른 대상들과의 연대로 설명한 점이 잘못이며, 이 문항에서는 자발적 고립이라는 적절한 해석을 적용한다.</w:t>
            </w:r>
          </w:p>
          <w:p>
            <w:r>
              <w:t>찾는다. 수식어를 포함한 '까아만 포탄'을 쓰고 말미 조사 '을'은 제외한다.</w:t>
            </w:r>
          </w:p>
        </w:tc>
      </w:tr>
      <w:tr>
        <w:tc>
          <w:tcPr>
            <w:tcW w:type="dxa" w:w="1512"/>
          </w:tcPr>
          <w:p>
            <w:r/>
            <w:r>
              <w:t>인쇄 260쪽</w:t>
            </w:r>
          </w:p>
          <w:p>
            <w:r>
              <w:t>PDF 268쪽</w:t>
            </w:r>
          </w:p>
          <w:p>
            <w:r>
              <w:t>KN-191</w:t>
            </w:r>
          </w:p>
          <w:p>
            <w:r>
              <w:t>P2720</w:t>
            </w:r>
          </w:p>
        </w:tc>
        <w:tc>
          <w:tcPr>
            <w:tcW w:type="dxa" w:w="2592"/>
          </w:tcPr>
          <w:p>
            <w:r/>
            <w:r>
              <w:t>제목(실전회차) 및 파곡 항목 표기 정정</w:t>
            </w:r>
          </w:p>
          <w:p>
            <w:r>
              <w:t>수정 전: 실전4회 표기, 파곡(송시열) 오류</w:t>
            </w:r>
          </w:p>
        </w:tc>
        <w:tc>
          <w:tcPr>
            <w:tcW w:type="dxa" w:w="6264"/>
          </w:tcPr>
          <w:p>
            <w:r/>
            <w:r>
              <w:t>실전3회 및 파곡(성혼). 기존 ③④ 요약 빈칸은 그대로 보존.</w:t>
            </w:r>
          </w:p>
          <w:p>
            <w:r>
              <w:t>반영 문구</w:t>
            </w:r>
          </w:p>
          <w:p>
            <w:r>
              <w:t>07 실전3회</w:t>
            </w:r>
          </w:p>
          <w:p>
            <w:r>
              <w:t>(성혼)의 학문적 자취를 다시 대하는 듯함</w:t>
            </w:r>
          </w:p>
        </w:tc>
      </w:tr>
      <w:tr>
        <w:tc>
          <w:tcPr>
            <w:tcW w:type="dxa" w:w="1512"/>
          </w:tcPr>
          <w:p>
            <w:r/>
            <w:r>
              <w:t>인쇄 262쪽</w:t>
            </w:r>
          </w:p>
          <w:p>
            <w:r>
              <w:t>PDF 270쪽</w:t>
            </w:r>
          </w:p>
          <w:p>
            <w:r>
              <w:t>KN-191</w:t>
            </w:r>
          </w:p>
          <w:p>
            <w:r>
              <w:t>P2721</w:t>
            </w:r>
          </w:p>
        </w:tc>
        <w:tc>
          <w:tcPr>
            <w:tcW w:type="dxa" w:w="2592"/>
          </w:tcPr>
          <w:p>
            <w:r/>
            <w:r>
              <w:t>강천/강남문항 병산 대상 및 실전회차 표기 정정</w:t>
            </w:r>
          </w:p>
          <w:p>
            <w:r>
              <w:t>수정 전: 병산 위의 사람들, 신선비유 문구 및 실전회차 오기재</w:t>
            </w:r>
          </w:p>
        </w:tc>
        <w:tc>
          <w:tcPr>
            <w:tcW w:type="dxa" w:w="6264"/>
          </w:tcPr>
          <w:p>
            <w:r/>
            <w:r>
              <w:t>2번 병산 풍경을 옥경에 견주어 아름다움을 예찬함. 1번 인물의 신선 비유는 원문대로 유지.</w:t>
            </w:r>
          </w:p>
          <w:p>
            <w:r>
              <w:t>반영 문구</w:t>
            </w:r>
          </w:p>
          <w:p>
            <w:r>
              <w:t>실전3회  191  예상문항  1번  (가천대)</w:t>
            </w:r>
          </w:p>
          <w:p>
            <w:r>
              <w:t>실전3회  191  예상문항  2번  (강남대)</w:t>
            </w:r>
          </w:p>
          <w:p>
            <w:r>
              <w:t>풍경을 옥황상제가 산다는 이상적 공간에</w:t>
            </w:r>
          </w:p>
          <w:p>
            <w:r>
              <w:t>빗대어 ( ② )(이)라고 표현함으로써 그곳의 아름다움을</w:t>
            </w:r>
          </w:p>
          <w:p>
            <w:r>
              <w:t>예찬하고 있다.</w:t>
            </w:r>
          </w:p>
        </w:tc>
      </w:tr>
      <w:tr>
        <w:tc>
          <w:tcPr>
            <w:tcW w:type="dxa" w:w="1512"/>
          </w:tcPr>
          <w:p>
            <w:r/>
            <w:r>
              <w:t>인쇄 263쪽</w:t>
            </w:r>
          </w:p>
          <w:p>
            <w:r>
              <w:t>PDF 271쪽</w:t>
            </w:r>
          </w:p>
          <w:p>
            <w:r>
              <w:t>KN-191</w:t>
            </w:r>
          </w:p>
          <w:p>
            <w:r>
              <w:t>P2722</w:t>
            </w:r>
          </w:p>
        </w:tc>
        <w:tc>
          <w:tcPr>
            <w:tcW w:type="dxa" w:w="2592"/>
          </w:tcPr>
          <w:p>
            <w:r/>
            <w:r>
              <w:t>문항 헤더 실전회차 정정</w:t>
            </w:r>
          </w:p>
          <w:p>
            <w:r>
              <w:t>수정 전: 실전4회 표기</w:t>
            </w:r>
          </w:p>
        </w:tc>
        <w:tc>
          <w:tcPr>
            <w:tcW w:type="dxa" w:w="6264"/>
          </w:tcPr>
          <w:p>
            <w:r/>
            <w:r>
              <w:t>실전3회 표기</w:t>
            </w:r>
          </w:p>
          <w:p>
            <w:r>
              <w:t>반영 문구</w:t>
            </w:r>
          </w:p>
          <w:p>
            <w:r>
              <w:t>실전3회  191  예상문항  3번  (서경대)</w:t>
            </w:r>
          </w:p>
          <w:p>
            <w:r>
              <w:t>실전3회  191  예상문항  4번  (수원대)</w:t>
            </w:r>
          </w:p>
          <w:p>
            <w:r>
              <w:t>음절, ②는 2어절, ③은 3어절로 쓸 것)</w:t>
            </w:r>
          </w:p>
        </w:tc>
      </w:tr>
      <w:tr>
        <w:tc>
          <w:tcPr>
            <w:tcW w:type="dxa" w:w="1512"/>
          </w:tcPr>
          <w:p>
            <w:r/>
            <w:r>
              <w:t>인쇄 264쪽</w:t>
            </w:r>
          </w:p>
          <w:p>
            <w:r>
              <w:t>PDF 272쪽</w:t>
            </w:r>
          </w:p>
          <w:p>
            <w:r>
              <w:t>KN-191</w:t>
            </w:r>
          </w:p>
          <w:p>
            <w:r>
              <w:t>P2723</w:t>
            </w:r>
          </w:p>
        </w:tc>
        <w:tc>
          <w:tcPr>
            <w:tcW w:type="dxa" w:w="2592"/>
          </w:tcPr>
          <w:p>
            <w:r/>
            <w:r>
              <w:t>문항지/해설 병산 인식 대상, 연계번호, 신선 빗댄 표현 정정</w:t>
            </w:r>
          </w:p>
          <w:p>
            <w:r>
              <w:t>수정 전: 병산 위의 사람들/위 사람들 표기와 EBS 연계번호, 신선 빗댄 표현 누락</w:t>
            </w:r>
          </w:p>
        </w:tc>
        <w:tc>
          <w:tcPr>
            <w:tcW w:type="dxa" w:w="6264"/>
          </w:tcPr>
          <w:p>
            <w:r/>
            <w:r>
              <w:t>1번의 인물 신선 비유는 유지. 2번 풍경을 옥경에 견준 표현 교정, EBS32/33/34 연계번호 복원.</w:t>
            </w:r>
          </w:p>
          <w:p>
            <w:r>
              <w:t>반영 문구</w:t>
            </w:r>
          </w:p>
          <w:p>
            <w:r>
              <w:t>실전3회  191  예상문항  1번  (가천대)</w:t>
            </w:r>
          </w:p>
          <w:p>
            <w:r>
              <w:t>• EBS 연계 방식: 문항연계. EBS 33번 &lt;보기&gt;의 세 부분 구</w:t>
            </w:r>
          </w:p>
          <w:p>
            <w:r>
              <w:t>하고, EBS 33번 선지②('구재' 관련)와 선지③('깊이 자는 용'의</w:t>
            </w:r>
          </w:p>
          <w:p>
            <w:r>
              <w:t>정답 해설)의 핵심 논리를 빈칸으로 변환. EBS 32번 선지④</w:t>
            </w:r>
          </w:p>
          <w:p>
            <w:r>
              <w:t>실전3회  191  예상문항  2번  (강남대)</w:t>
            </w:r>
          </w:p>
          <w:p>
            <w:r>
              <w:t>• EBS 연계 방식: 문항연계 — EBS 34번 문항 정답 해설(ⓐ</w:t>
            </w:r>
          </w:p>
          <w:p>
            <w:r>
              <w:t>을 나타냄)과 EBS 32번 문항 정답 해설(㉣에서 병산을 '옥경'</w:t>
            </w:r>
          </w:p>
          <w:p>
            <w:r>
              <w:t>같다고 여겨 풍경을 예찬함)의 핵심 판단 근거를 &lt;보기&gt; 본문</w:t>
            </w:r>
          </w:p>
          <w:p>
            <w:r>
              <w:t>곳)를 확인해, 풍경을 빗댄 공간인 '옥경'을 추출한다.</w:t>
            </w:r>
          </w:p>
        </w:tc>
      </w:tr>
      <w:tr>
        <w:tc>
          <w:tcPr>
            <w:tcW w:type="dxa" w:w="1512"/>
          </w:tcPr>
          <w:p>
            <w:r/>
            <w:r>
              <w:t>인쇄 265쪽</w:t>
            </w:r>
          </w:p>
          <w:p>
            <w:r>
              <w:t>PDF 273쪽</w:t>
            </w:r>
          </w:p>
          <w:p>
            <w:r>
              <w:t>KN-191</w:t>
            </w:r>
          </w:p>
          <w:p>
            <w:r>
              <w:t>P2724</w:t>
            </w:r>
          </w:p>
        </w:tc>
        <w:tc>
          <w:tcPr>
            <w:tcW w:type="dxa" w:w="2592"/>
          </w:tcPr>
          <w:p>
            <w:r/>
            <w:r>
              <w:t>도학 표현·실전회차·연계번호 정정</w:t>
            </w:r>
          </w:p>
          <w:p>
            <w:r>
              <w:t>수정 전: 도가성(뱃노래 소리) 오기재/실전4회, EBS2 정합성 누락</w:t>
            </w:r>
          </w:p>
        </w:tc>
        <w:tc>
          <w:tcPr>
            <w:tcW w:type="dxa" w:w="6264"/>
          </w:tcPr>
          <w:p>
            <w:r/>
            <w:r>
              <w:t>도가성(노 젓는 소리) 및 실전3회와 EBS33 정합</w:t>
            </w:r>
          </w:p>
          <w:p>
            <w:r>
              <w:t>반영 문구</w:t>
            </w:r>
          </w:p>
          <w:p>
            <w:r>
              <w:t>실전3회  191  예상문항  3번  (서경대)</w:t>
            </w:r>
          </w:p>
          <w:p>
            <w:r>
              <w:t>• EBS 연계 방식: 문항연계+지문연계. 33번 &lt;보기&gt;의 '세 부</w:t>
            </w:r>
          </w:p>
          <w:p>
            <w:r>
              <w:t>(③ '깊이 자는 용'=자연의 신령한 기운, ② '어제론 듯' 해설</w:t>
            </w:r>
          </w:p>
          <w:p>
            <w:r>
              <w:t>의 '양양 현송')을 빈칸 정답으로 재배치함. 소문항2는 34번 정</w:t>
            </w:r>
          </w:p>
          <w:p>
            <w:r>
              <w:t>상'을 찾는다. '도가성(노 젓는 소리)에 깨도다'의 주체인 '깊이</w:t>
            </w:r>
          </w:p>
          <w:p>
            <w:r>
              <w:t>실전3회  191  예상문항  4번  (수원대)</w:t>
            </w:r>
          </w:p>
          <w:p>
            <w:r>
              <w:t>• EBS 연계 방식: 문항연계(33번 문항의 &lt;보기&gt; 원문을 그대</w:t>
            </w:r>
          </w:p>
          <w:p>
            <w:r>
              <w:t>로 활용). EBS 33번 선지 ②·④·⑤에서 분석된 '과거와 현재를</w:t>
            </w:r>
          </w:p>
        </w:tc>
      </w:tr>
      <w:tr>
        <w:tc>
          <w:tcPr>
            <w:tcW w:type="dxa" w:w="1512"/>
          </w:tcPr>
          <w:p>
            <w:r/>
            <w:r>
              <w:t>인쇄 268쪽</w:t>
            </w:r>
          </w:p>
          <w:p>
            <w:r>
              <w:t>PDF 276쪽</w:t>
            </w:r>
          </w:p>
          <w:p>
            <w:r>
              <w:t>KN-192</w:t>
            </w:r>
          </w:p>
          <w:p>
            <w:r>
              <w:t>P2726</w:t>
            </w:r>
          </w:p>
        </w:tc>
        <w:tc>
          <w:tcPr>
            <w:tcW w:type="dxa" w:w="2592"/>
          </w:tcPr>
          <w:p>
            <w:r/>
            <w:r>
              <w:t>1·2번 발췌조건</w:t>
            </w:r>
          </w:p>
          <w:p>
            <w:r>
              <w:t>수정 전: 원문 그대로 요구하면서 어미·조사 제외한 정답</w:t>
            </w:r>
          </w:p>
        </w:tc>
        <w:tc>
          <w:tcPr>
            <w:tcW w:type="dxa" w:w="6264"/>
          </w:tcPr>
          <w:p>
            <w:r/>
            <w:r>
              <w:t>제외할 말미 명시</w:t>
            </w:r>
          </w:p>
          <w:p>
            <w:r>
              <w:t>반영 문구</w:t>
            </w:r>
          </w:p>
          <w:p>
            <w:r>
              <w:t>• 원문에서 찾되 ①은 끝의 한, ②는 조사를 제외할 것</w:t>
            </w:r>
          </w:p>
          <w:p>
            <w:r>
              <w:t>지문에서 쓰되, ①은 끝의 '하는'을 제외하시오.</w:t>
            </w:r>
          </w:p>
        </w:tc>
      </w:tr>
      <w:tr>
        <w:tc>
          <w:tcPr>
            <w:tcW w:type="dxa" w:w="1512"/>
          </w:tcPr>
          <w:p>
            <w:r/>
            <w:r>
              <w:t>인쇄 269쪽</w:t>
            </w:r>
          </w:p>
          <w:p>
            <w:r>
              <w:t>PDF 277쪽</w:t>
            </w:r>
          </w:p>
          <w:p>
            <w:r>
              <w:t>KN-192</w:t>
            </w:r>
          </w:p>
          <w:p>
            <w:r>
              <w:t>P2727</w:t>
            </w:r>
          </w:p>
        </w:tc>
        <w:tc>
          <w:tcPr>
            <w:tcW w:type="dxa" w:w="2592"/>
          </w:tcPr>
          <w:p>
            <w:r/>
            <w:r>
              <w:t>3번 발췌조건·4번 발화주체</w:t>
            </w:r>
          </w:p>
          <w:p>
            <w:r>
              <w:t>수정 전: 단어 그대로·영수가 건국을 언급</w:t>
            </w:r>
          </w:p>
        </w:tc>
        <w:tc>
          <w:tcPr>
            <w:tcW w:type="dxa" w:w="6264"/>
          </w:tcPr>
          <w:p>
            <w:r/>
            <w:r>
              <w:t>제외범위 지정·아내가 명분을 내세움</w:t>
            </w:r>
          </w:p>
          <w:p>
            <w:r>
              <w:t>반영 문구</w:t>
            </w:r>
          </w:p>
          <w:p>
            <w:r>
              <w:t>①~③을 윗글에서 찾되, ①은 끝의 '하려', ②·③은 말미 조사를 제외하시오. ③은 두 어절 이내로 쓸 것.</w:t>
            </w:r>
          </w:p>
          <w:p>
            <w:r>
              <w:t>말미 조사를 제외하고 쓰시오.</w:t>
            </w:r>
          </w:p>
          <w:p>
            <w:r>
              <w:t>「양과자갑」은 해방 이후 미군정이 들어서면서 미국의</w:t>
            </w:r>
          </w:p>
          <w:p>
            <w:r>
              <w:t>하나는 아내가 통역과 벼슬을 권하며 내세운 명분인 ( ② )에 이바지하는 도리이다. 이는 영수의 민족 국가 건설이라는 지향을 활용하여 남편을 설득하는 말이다.</w:t>
            </w:r>
          </w:p>
        </w:tc>
      </w:tr>
      <w:tr>
        <w:tc>
          <w:tcPr>
            <w:tcW w:type="dxa" w:w="1512"/>
          </w:tcPr>
          <w:p>
            <w:r/>
            <w:r>
              <w:t>인쇄 270쪽</w:t>
            </w:r>
          </w:p>
          <w:p>
            <w:r>
              <w:t>PDF 278쪽</w:t>
            </w:r>
          </w:p>
          <w:p>
            <w:r>
              <w:t>KN-192</w:t>
            </w:r>
          </w:p>
          <w:p>
            <w:r>
              <w:t>P2728</w:t>
            </w:r>
          </w:p>
        </w:tc>
        <w:tc>
          <w:tcPr>
            <w:tcW w:type="dxa" w:w="2592"/>
          </w:tcPr>
          <w:p>
            <w:r/>
            <w:r>
              <w:t>1·2번 연계번호와 발췌 해설</w:t>
            </w:r>
          </w:p>
          <w:p>
            <w:r>
              <w:t>수정 전: EBS3/4 및 정답①·오답① 혼용</w:t>
            </w:r>
          </w:p>
        </w:tc>
        <w:tc>
          <w:tcPr>
            <w:tcW w:type="dxa" w:w="6264"/>
          </w:tcPr>
          <w:p>
            <w:r/>
            <w:r>
              <w:t>EBS20/21 정답①의 오판을 바로잡음</w:t>
            </w:r>
          </w:p>
          <w:p>
            <w:r>
              <w:t>반영 문구</w:t>
            </w:r>
          </w:p>
          <w:p>
            <w:r>
              <w:t>• EBS 연계 방식: EBS 20번 정답 ④의 가족 처지를 내세운 설득과 21번 &lt;보기&gt;의 시대적 배경을 감상문으로 재구성하였다. 21번 정답 ①의 부적절한 해석을 바로잡아 영수의 소신을 파악하고, '꼬장꼬장한', '집 내놓으란 성화가', '더러운 편지'에서 조건에 맞는 말을 찾도록 하였다.</w:t>
            </w:r>
          </w:p>
          <w:p>
            <w:r>
              <w:t>• EBS 연계 방식: 문항연계 — EBS 21번 &lt;보기&gt; 및 정답·오</w:t>
            </w:r>
          </w:p>
          <w:p>
            <w:r>
              <w:t>님(아내)의 심리 서술에서 '집 내놓으란 성화가'를 찾는다. 조건에 따라 마지막 조사 '가'를 빼고 세 어절인 '집 내놓으란 성화'를 쓴다.</w:t>
            </w:r>
          </w:p>
          <w:p>
            <w:r>
              <w:t>① 아내가 통역과 벼슬을 권하며 '건국에 이바지하는 도리가 아니오?'라고 묻는 부분을 찾는다. 조건에 따라 마지막 '하는'을 제외하면 '건국에 이바지'가 된다. 이는 영수 자신의 발화가 아니라 아내가 남편을 설득하는 말이다.</w:t>
            </w:r>
          </w:p>
        </w:tc>
      </w:tr>
      <w:tr>
        <w:tc>
          <w:tcPr>
            <w:tcW w:type="dxa" w:w="1512"/>
          </w:tcPr>
          <w:p>
            <w:r/>
            <w:r>
              <w:t>인쇄 271쪽</w:t>
            </w:r>
          </w:p>
          <w:p>
            <w:r>
              <w:t>PDF 279쪽</w:t>
            </w:r>
          </w:p>
          <w:p>
            <w:r>
              <w:t>KN-192</w:t>
            </w:r>
          </w:p>
          <w:p>
            <w:r>
              <w:t>P2729</w:t>
            </w:r>
          </w:p>
        </w:tc>
        <w:tc>
          <w:tcPr>
            <w:tcW w:type="dxa" w:w="2592"/>
          </w:tcPr>
          <w:p>
            <w:r/>
            <w:r>
              <w:t>3·4번 원문조건·발화주체·출처</w:t>
            </w:r>
          </w:p>
          <w:p>
            <w:r>
              <w:t>수정 전: 영수가 건국을 반문, 과자갑이 작품제목</w:t>
            </w:r>
          </w:p>
        </w:tc>
        <w:tc>
          <w:tcPr>
            <w:tcW w:type="dxa" w:w="6264"/>
          </w:tcPr>
          <w:p>
            <w:r/>
            <w:r>
              <w:t>아내의 설득, 제목 양과자갑, EBS19/21</w:t>
            </w:r>
          </w:p>
          <w:p>
            <w:r>
              <w:t>반영 문구</w:t>
            </w:r>
          </w:p>
          <w:p>
            <w:r>
              <w:t>• EBS 연계 방식: 문항연계 중심. EBS 21번 &lt;보기&gt;의 핵심</w:t>
            </w:r>
          </w:p>
          <w:p>
            <w:r>
              <w:t>• EBS 연계 방식: 문항연계 — EBS 19번 문항(㉢ 과자갑의</w:t>
            </w:r>
          </w:p>
          <w:p>
            <w:r>
              <w:t>소재 기능)과 21번 문항 &lt;보기&gt;(미군정·영어·물질적 보상·민족</w:t>
            </w:r>
          </w:p>
          <w:p>
            <w:r>
              <w:t>'이 아니라 이를 담은 '과자갑'(물건)이 물질적 보상을 상</w:t>
            </w:r>
          </w:p>
          <w:p>
            <w:r>
              <w:t>① 영수의 말 '내가 통역하려 영어를 배웠던가 싶으냐'에서 해당 표현을 찾는다. 문제 조건에 따라 '통역하려'의 끝부분 '하려'를 제외하고 '통역'을 쓴다.</w:t>
            </w:r>
          </w:p>
          <w:p>
            <w:r>
              <w:t>③ 영수가 '이런 처지가 아니라두'라고 말한 부분을 찾는다. 조건에 따라 말미 조사 '가'를 제외하면 '처지' 또는 '이런 처지'가 된다. 두 어절 이내의 조건에 모두 맞는다.</w:t>
            </w:r>
          </w:p>
          <w:p>
            <w:r>
              <w:t>② 아내가 통역과 벼슬을 권하며 '건국에 이바지하는 도리가 아니오?'라고 되묻는 발화를 찾는다. 그 명분인 '건국에'에서 조건에 따라 말미 조사 '에'를 제외한 '건국'을 쓴다.</w:t>
            </w:r>
          </w:p>
        </w:tc>
      </w:tr>
      <w:tr>
        <w:tc>
          <w:tcPr>
            <w:tcW w:type="dxa" w:w="1512"/>
          </w:tcPr>
          <w:p>
            <w:r/>
            <w:r>
              <w:t>인쇄 274쪽</w:t>
            </w:r>
          </w:p>
          <w:p>
            <w:r>
              <w:t>PDF 282쪽</w:t>
            </w:r>
          </w:p>
          <w:p>
            <w:r>
              <w:t>KN-193</w:t>
            </w:r>
          </w:p>
          <w:p>
            <w:r>
              <w:t>P2732</w:t>
            </w:r>
          </w:p>
        </w:tc>
        <w:tc>
          <w:tcPr>
            <w:tcW w:type="dxa" w:w="2592"/>
          </w:tcPr>
          <w:p>
            <w:r/>
            <w:r>
              <w:t>1·2번 본문에 없는 개념어 추출조건</w:t>
            </w:r>
          </w:p>
          <w:p>
            <w:r>
              <w:t>수정 전: 대명 의리·선전후화론을 본문에서 발췌</w:t>
            </w:r>
          </w:p>
        </w:tc>
        <w:tc>
          <w:tcPr>
            <w:tcW w:type="dxa" w:w="6264"/>
          </w:tcPr>
          <w:p>
            <w:r/>
            <w:r>
              <w:t>대명 의리 출처 EBS27보기 명시, 선전후화론 추론</w:t>
            </w:r>
          </w:p>
          <w:p>
            <w:r>
              <w:t>반영 문구</w:t>
            </w:r>
          </w:p>
          <w:p>
            <w:r>
              <w:t>한 말을 쓰시오. ①·②는 윗글에서 조사 없이 2자로, ③은 EBS 27번 &lt;보기&gt;에서 4음절로 찾아 쓸 것.</w:t>
            </w:r>
          </w:p>
          <w:p>
            <w:r>
              <w:t>한 표이다. ①은 윗글에서 조사 없이 2자로 쓰고, ②는 뜻에 맞는 개념어를 5자로 쓰시오.</w:t>
            </w:r>
          </w:p>
        </w:tc>
      </w:tr>
      <w:tr>
        <w:tc>
          <w:tcPr>
            <w:tcW w:type="dxa" w:w="1512"/>
          </w:tcPr>
          <w:p>
            <w:r/>
            <w:r>
              <w:t>인쇄 275쪽</w:t>
            </w:r>
          </w:p>
          <w:p>
            <w:r>
              <w:t>PDF 283쪽</w:t>
            </w:r>
          </w:p>
          <w:p>
            <w:r>
              <w:t>KN-193</w:t>
            </w:r>
          </w:p>
          <w:p>
            <w:r>
              <w:t>P2733</w:t>
            </w:r>
          </w:p>
        </w:tc>
        <w:tc>
          <w:tcPr>
            <w:tcW w:type="dxa" w:w="2592"/>
          </w:tcPr>
          <w:p>
            <w:r/>
            <w:r>
              <w:t>3번 출처 및4번 문장 용어</w:t>
            </w:r>
          </w:p>
          <w:p>
            <w:r>
              <w:t>수정 전: 대명 의리 본문 발췌·시행</w:t>
            </w:r>
          </w:p>
        </w:tc>
        <w:tc>
          <w:tcPr>
            <w:tcW w:type="dxa" w:w="6264"/>
          </w:tcPr>
          <w:p>
            <w:r/>
            <w:r>
              <w:t>EBS27보기 발췌·문장</w:t>
            </w:r>
          </w:p>
          <w:p>
            <w:r>
              <w:t>반영 문구</w:t>
            </w:r>
          </w:p>
          <w:p>
            <w:r>
              <w:t>①은 (가)에서 조사 없이 쓰시오. ②는 &lt;보기&gt;의 뜻에 맞는 말을 EBS 27번 &lt;보기&gt;에서 4음절로 찾아 쓰시오.</w:t>
            </w:r>
          </w:p>
          <w:p>
            <w:r>
              <w:t>신유형:  문장  첫·끝  어절</w:t>
            </w:r>
          </w:p>
        </w:tc>
      </w:tr>
      <w:tr>
        <w:tc>
          <w:tcPr>
            <w:tcW w:type="dxa" w:w="1512"/>
          </w:tcPr>
          <w:p>
            <w:r/>
            <w:r>
              <w:t>인쇄 276쪽</w:t>
            </w:r>
          </w:p>
          <w:p>
            <w:r>
              <w:t>PDF 284쪽</w:t>
            </w:r>
          </w:p>
          <w:p>
            <w:r>
              <w:t>KN-193</w:t>
            </w:r>
          </w:p>
          <w:p>
            <w:r>
              <w:t>P2734</w:t>
            </w:r>
          </w:p>
        </w:tc>
        <w:tc>
          <w:tcPr>
            <w:tcW w:type="dxa" w:w="2592"/>
          </w:tcPr>
          <w:p>
            <w:r/>
            <w:r>
              <w:t>1·2번 개념어 근거 및 EBS번호</w:t>
            </w:r>
          </w:p>
          <w:p>
            <w:r>
              <w:t>수정 전: 본문·각주에서 개념어 추출 단정</w:t>
            </w:r>
          </w:p>
        </w:tc>
        <w:tc>
          <w:tcPr>
            <w:tcW w:type="dxa" w:w="6264"/>
          </w:tcPr>
          <w:p>
            <w:r/>
            <w:r>
              <w:t>EBS보기와 추론 구별</w:t>
            </w:r>
          </w:p>
          <w:p>
            <w:r>
              <w:t>반영 문구</w:t>
            </w:r>
          </w:p>
          <w:p>
            <w:r>
              <w:t>• EBS 연계 방식: 문항연계 — 27번 문항의 &lt;보기&gt; 개념틀('</w:t>
            </w:r>
          </w:p>
          <w:p>
            <w:r>
              <w:t>대명 의리')과 25번 문항의 정답 해설(ⓐ 밀지의 기능, 강홍립</w:t>
            </w:r>
          </w:p>
          <w:p>
            <w:r>
              <w:t>③ 명나라의 은혜를 잊지 말아야 한다는 뜻에 대응하는 말은 '대명 의리'이다. 문제에서 지정한 EBS 27번 &lt;보기&gt; 첫 문장에서 네 음절의 개념어를 찾아 쓴다.</w:t>
            </w:r>
          </w:p>
          <w:p>
            <w:r>
              <w:t>• EBS 연계 방식: 27번 &lt;보기&gt;의 대명 의리, 패전 책임 전가, 전쟁과 강화의 선후 관계를 인물 대비표와 서술형에 활용하였다. 25번의 '밀지' 기능을 함께 참고하였다. ①은 본문에서 찾고, ② '선전후화론'은 싸움을 먼저 하고 강화를 뒤에 한다는 뜻에 맞게 추론하도록 하였다.</w:t>
            </w:r>
          </w:p>
          <w:p>
            <w:r>
              <w:t>② 승산 있는 전쟁에서는 강화를 먼저 고려하지 않는다는 EBS 27번 &lt;보기&gt;의 설명을 참고한다. 싸움을 먼저 하고 강화를 뒤에 한다는 뜻의 다섯 글자 개념어는 '선전후화론'이다. 본문이나 각주에 직접 제시된 말은 아니다.</w:t>
            </w:r>
          </w:p>
        </w:tc>
      </w:tr>
      <w:tr>
        <w:tc>
          <w:tcPr>
            <w:tcW w:type="dxa" w:w="1512"/>
          </w:tcPr>
          <w:p>
            <w:r/>
            <w:r>
              <w:t>인쇄 277쪽</w:t>
            </w:r>
          </w:p>
          <w:p>
            <w:r>
              <w:t>PDF 285쪽</w:t>
            </w:r>
          </w:p>
          <w:p>
            <w:r>
              <w:t>KN-193</w:t>
            </w:r>
          </w:p>
          <w:p>
            <w:r>
              <w:t>P2735</w:t>
            </w:r>
          </w:p>
        </w:tc>
        <w:tc>
          <w:tcPr>
            <w:tcW w:type="dxa" w:w="2592"/>
          </w:tcPr>
          <w:p>
            <w:r/>
            <w:r>
              <w:t>3번 근거·4번 문장 첫어절</w:t>
            </w:r>
          </w:p>
          <w:p>
            <w:r>
              <w:t>수정 전: 여름이나~되옵니다, 본문에 없는 대명 의리</w:t>
            </w:r>
          </w:p>
        </w:tc>
        <w:tc>
          <w:tcPr>
            <w:tcW w:type="dxa" w:w="6264"/>
          </w:tcPr>
          <w:p>
            <w:r/>
            <w:r>
              <w:t>또~되옵니다, EBS27보기</w:t>
            </w:r>
          </w:p>
          <w:p>
            <w:r>
              <w:t>반영 문구</w:t>
            </w:r>
          </w:p>
          <w:p>
            <w:r>
              <w:t>• EBS 연계 방식: 문항연계 — EBS 25번 문항(ⓐ밀지의 기</w:t>
            </w:r>
          </w:p>
          <w:p>
            <w:r>
              <w:t>능 파악)과 27번 문항(&lt;보기&gt;의 '대명 의리' 준거)의 핵심 개념</w:t>
            </w:r>
          </w:p>
          <w:p>
            <w:r>
              <w:t>뒤 핵심 개념어 '밀지'를 빈칸 처리함. EBS 27번 &lt;보기&gt;의 핵</w:t>
            </w:r>
          </w:p>
          <w:p>
            <w:r>
              <w:t>• EBS 연계 방식: 문항연계. EBS 25번 문항의 소재 ⓐ '밀지</w:t>
            </w:r>
          </w:p>
          <w:p>
            <w:r>
              <w:t>26번 문항 ㉤ 선지("변함없는 계절의 순환에 대비하듯이 적국</w:t>
            </w:r>
          </w:p>
          <w:p>
            <w:r>
              <w:t>의 위협에 대비") 해설을 문장 찾기(㉡)로 전환, EBS 27번 &lt;보</w:t>
            </w:r>
          </w:p>
          <w:p>
            <w:r>
              <w:t>정답: ㉠ 밀지 ㉡ 첫 어절: 또 / 마지막 어절: 되옵니</w:t>
            </w:r>
          </w:p>
          <w:p>
            <w:r>
              <w:t>㉡ 첫 어절: 또 / 마지막 어절: 되옵니</w:t>
            </w:r>
          </w:p>
          <w:p>
            <w:r>
              <w:t>② 부모와 같은 명나라의 은혜를 잊지 말아야 한다는 뜻에 대응하는 말은 '대명 의리'이다. 본문에는 이 개념어가 직접 제시되지 않으므로, 문제에서 지정한 EBS 27번 &lt;보기&gt;의 첫 문장에서 찾아 쓴다.</w:t>
            </w:r>
          </w:p>
          <w:p>
            <w:r>
              <w:t>㉡은 '또 신이'로 시작하는 문장 전체를 찾는다. 앞부분의 '또 신이 삼가 생각건대'도 같은 문장에 속한다. 이어지는 계절 비유와 국가 수호의 당부를 함께 읽으면, 마지막 어절은 '되옵니다'이다. 따라서 첫 어절은 '여름이나'가 아니라 '또'이다.</w:t>
            </w:r>
          </w:p>
        </w:tc>
      </w:tr>
      <w:tr>
        <w:tc>
          <w:tcPr>
            <w:tcW w:type="dxa" w:w="1512"/>
          </w:tcPr>
          <w:p>
            <w:r/>
            <w:r>
              <w:t>인쇄 280쪽</w:t>
            </w:r>
          </w:p>
          <w:p>
            <w:r>
              <w:t>PDF 288쪽</w:t>
            </w:r>
          </w:p>
          <w:p>
            <w:r>
              <w:t>KN-194</w:t>
            </w:r>
          </w:p>
          <w:p>
            <w:r>
              <w:t>P2737</w:t>
            </w:r>
          </w:p>
        </w:tc>
        <w:tc>
          <w:tcPr>
            <w:tcW w:type="dxa" w:w="2592"/>
          </w:tcPr>
          <w:p>
            <w:r/>
            <w:r>
              <w:t>1번 발췌조건·보기 출처</w:t>
            </w:r>
          </w:p>
          <w:p>
            <w:r>
              <w:t>수정 전: 원문 그대로이나 조사·이다 제외 답</w:t>
            </w:r>
          </w:p>
        </w:tc>
        <w:tc>
          <w:tcPr>
            <w:tcW w:type="dxa" w:w="6264"/>
          </w:tcPr>
          <w:p>
            <w:r/>
            <w:r>
              <w:t>제외범위 명시, EBS34 재구성 표시</w:t>
            </w:r>
          </w:p>
          <w:p>
            <w:r>
              <w:t>반영 문구</w:t>
            </w:r>
          </w:p>
          <w:p>
            <w:r>
              <w:t>EBS 34번 &lt;보기&gt;를 재구성한 것이다. ①·②는 (가), ③·④는 (나)에서 찾으시오. ①·④는 말미 조사, ②는 '이다'를 제외할 것. ①은 3자, ②는 5음절, ③·④는 2어절.</w:t>
            </w:r>
          </w:p>
        </w:tc>
      </w:tr>
      <w:tr>
        <w:tc>
          <w:tcPr>
            <w:tcW w:type="dxa" w:w="1512"/>
          </w:tcPr>
          <w:p>
            <w:r/>
            <w:r>
              <w:t>인쇄 281쪽</w:t>
            </w:r>
          </w:p>
          <w:p>
            <w:r>
              <w:t>PDF 289쪽</w:t>
            </w:r>
          </w:p>
          <w:p>
            <w:r>
              <w:t>KN-194</w:t>
            </w:r>
          </w:p>
          <w:p>
            <w:r>
              <w:t>P2738</w:t>
            </w:r>
          </w:p>
        </w:tc>
        <w:tc>
          <w:tcPr>
            <w:tcW w:type="dxa" w:w="2592"/>
          </w:tcPr>
          <w:p>
            <w:r/>
            <w:r>
              <w:t>3번 잡는 중복</w:t>
            </w:r>
          </w:p>
          <w:p>
            <w:r>
              <w:t>수정 전: 눈물과 위안으로 잡는 (잡는 최초의 악수)</w:t>
            </w:r>
          </w:p>
        </w:tc>
        <w:tc>
          <w:tcPr>
            <w:tcW w:type="dxa" w:w="6264"/>
          </w:tcPr>
          <w:p>
            <w:r/>
            <w:r>
              <w:t>눈물과 위안으로 (잡는 최초의 악수)</w:t>
            </w:r>
          </w:p>
          <w:p>
            <w:r>
              <w:t>반영 문구</w:t>
            </w:r>
          </w:p>
          <w:p>
            <w:r>
              <w:t>밀어 '눈물과 위안으로 ( ① )'(이)라는 시구로 형상</w:t>
            </w:r>
          </w:p>
        </w:tc>
      </w:tr>
      <w:tr>
        <w:tc>
          <w:tcPr>
            <w:tcW w:type="dxa" w:w="1512"/>
          </w:tcPr>
          <w:p>
            <w:r/>
            <w:r>
              <w:t>인쇄 282쪽</w:t>
            </w:r>
          </w:p>
          <w:p>
            <w:r>
              <w:t>PDF 290쪽</w:t>
            </w:r>
          </w:p>
          <w:p>
            <w:r>
              <w:t>KN-194</w:t>
            </w:r>
          </w:p>
          <w:p>
            <w:r>
              <w:t>P2739</w:t>
            </w:r>
          </w:p>
        </w:tc>
        <w:tc>
          <w:tcPr>
            <w:tcW w:type="dxa" w:w="2592"/>
          </w:tcPr>
          <w:p>
            <w:r/>
            <w:r>
              <w:t>1번 EBS 연계번호·보기 원문 단정</w:t>
            </w:r>
          </w:p>
          <w:p>
            <w:r>
              <w:t>수정 전: EBS3·원문그대로</w:t>
            </w:r>
          </w:p>
        </w:tc>
        <w:tc>
          <w:tcPr>
            <w:tcW w:type="dxa" w:w="6264"/>
          </w:tcPr>
          <w:p>
            <w:r/>
            <w:r>
              <w:t>EBS34·재구성</w:t>
            </w:r>
          </w:p>
          <w:p>
            <w:r>
              <w:t>반영 문구</w:t>
            </w:r>
          </w:p>
          <w:p>
            <w:r>
              <w:t>• EBS 연계 방식: 문항연계 — EBS 34번 문항의 &lt;보기&gt; 해</w:t>
            </w:r>
          </w:p>
          <w:p>
            <w:r>
              <w:t>설문을 재구성하여 &lt;보기&gt;로 제시하고, 선지 ①·③·⑤의 판</w:t>
            </w:r>
          </w:p>
        </w:tc>
      </w:tr>
      <w:tr>
        <w:tc>
          <w:tcPr>
            <w:tcW w:type="dxa" w:w="1512"/>
          </w:tcPr>
          <w:p>
            <w:r/>
            <w:r>
              <w:t>인쇄 283쪽</w:t>
            </w:r>
          </w:p>
          <w:p>
            <w:r>
              <w:t>PDF 291쪽</w:t>
            </w:r>
          </w:p>
          <w:p>
            <w:r>
              <w:t>KN-194</w:t>
            </w:r>
          </w:p>
          <w:p>
            <w:r>
              <w:t>P2740</w:t>
            </w:r>
          </w:p>
        </w:tc>
        <w:tc>
          <w:tcPr>
            <w:tcW w:type="dxa" w:w="2592"/>
          </w:tcPr>
          <w:p>
            <w:r/>
            <w:r>
              <w:t>3번 출제의도·풀이 및4번 연계번호</w:t>
            </w:r>
          </w:p>
          <w:p>
            <w:r>
              <w:t>수정 전: 잡는이 이미 주어짐, EBS3/1</w:t>
            </w:r>
          </w:p>
        </w:tc>
        <w:tc>
          <w:tcPr>
            <w:tcW w:type="dxa" w:w="6264"/>
          </w:tcPr>
          <w:p>
            <w:r/>
            <w:r>
              <w:t>3어절 대응, EBS34/32</w:t>
            </w:r>
          </w:p>
          <w:p>
            <w:r>
              <w:t>반영 문구</w:t>
            </w:r>
          </w:p>
          <w:p>
            <w:r>
              <w:t>• EBS 연계 방식: EBS 32번 ⑤의 자아 합일과 34번 &lt;보기&gt;의 성찰·방랑의 관점을 활용하였다. 34번의 부적절한 선지 ④와 달리 '하늘의 새들'을 방랑하는 삶과 결별하는 대상으로 단정하지 않고, 새들이 따르는 대상인 '눈송이'를 찾도록 하였다.</w:t>
            </w:r>
          </w:p>
          <w:p>
            <w:r>
              <w:t>① (가)의 마지막 시행에서 '눈물과 위안으로' 다음에 이어지는 세 어절을 찾는다. '잡는 최초의 악수'가 정답이다. 빈칸 앞에 '잡는'이 주어져 있지 않으므로, 이를 포함해야 세 어절 조건에 맞는다.</w:t>
            </w:r>
          </w:p>
          <w:p>
            <w:r>
              <w:t>• EBS 연계 방식: 문항연계 — EBS 34번 선지 ①('부끄러움</w:t>
            </w:r>
          </w:p>
          <w:p>
            <w:r>
              <w:t>을 직접적으로 드러낸 것')과 EBS 32번 선지 ⑤('내면 갈등 해</w:t>
            </w:r>
          </w:p>
        </w:tc>
      </w:tr>
      <w:tr>
        <w:tc>
          <w:tcPr>
            <w:tcW w:type="dxa" w:w="1512"/>
          </w:tcPr>
          <w:p>
            <w:r/>
            <w:r>
              <w:t>인쇄 286쪽</w:t>
            </w:r>
          </w:p>
          <w:p>
            <w:r>
              <w:t>PDF 294쪽</w:t>
            </w:r>
          </w:p>
          <w:p>
            <w:r>
              <w:t>KN-195</w:t>
            </w:r>
          </w:p>
          <w:p>
            <w:r>
              <w:t>P2748</w:t>
            </w:r>
          </w:p>
        </w:tc>
        <w:tc>
          <w:tcPr>
            <w:tcW w:type="dxa" w:w="2592"/>
          </w:tcPr>
          <w:p>
            <w:r/>
            <w:r>
              <w:t>1·2번 원문 발췌조건</w:t>
            </w:r>
          </w:p>
          <w:p>
            <w:r>
              <w:t>수정 전: 조사·어미 미제외 및③분량불명</w:t>
            </w:r>
          </w:p>
        </w:tc>
        <w:tc>
          <w:tcPr>
            <w:tcW w:type="dxa" w:w="6264"/>
          </w:tcPr>
          <w:p>
            <w:r/>
            <w:r>
              <w:t>말미제외와 어절수 명시</w:t>
            </w:r>
          </w:p>
          <w:p>
            <w:r>
              <w:t>반영 문구</w:t>
            </w:r>
          </w:p>
          <w:p>
            <w:r>
              <w:t>①~③을 윗글에서 찾아 말미 조사·어미를 제외하고 쓰시오. ③은 4어절로 쓸 것.</w:t>
            </w:r>
          </w:p>
          <w:p>
            <w:r>
              <w:t>• ①은 끝의 '와'를 제외하고 3어절로 쓸 것</w:t>
            </w:r>
          </w:p>
          <w:p>
            <w:r>
              <w:t>• ②는 끝의 '이었던'을 빼고 4어절로 쓸 것</w:t>
            </w:r>
          </w:p>
          <w:p>
            <w:r>
              <w:t>• ③은 끝의 '여서'를 빼고 3어절로 쓸 것</w:t>
            </w:r>
          </w:p>
        </w:tc>
      </w:tr>
      <w:tr>
        <w:tc>
          <w:tcPr>
            <w:tcW w:type="dxa" w:w="1512"/>
          </w:tcPr>
          <w:p>
            <w:r/>
            <w:r>
              <w:t>인쇄 287쪽</w:t>
            </w:r>
          </w:p>
          <w:p>
            <w:r>
              <w:t>PDF 295쪽</w:t>
            </w:r>
          </w:p>
          <w:p>
            <w:r>
              <w:t>KN-195</w:t>
            </w:r>
          </w:p>
          <w:p>
            <w:r>
              <w:t>P2749</w:t>
            </w:r>
          </w:p>
        </w:tc>
        <w:tc>
          <w:tcPr>
            <w:tcW w:type="dxa" w:w="2592"/>
          </w:tcPr>
          <w:p>
            <w:r/>
            <w:r>
              <w:t>3번 주체의 발췌출처</w:t>
            </w:r>
          </w:p>
          <w:p>
            <w:r>
              <w:t>수정 전: 주체를 본문에서 추출</w:t>
            </w:r>
          </w:p>
        </w:tc>
        <w:tc>
          <w:tcPr>
            <w:tcW w:type="dxa" w:w="6264"/>
          </w:tcPr>
          <w:p>
            <w:r/>
            <w:r>
              <w:t>EBS21보기 명시</w:t>
            </w:r>
          </w:p>
          <w:p>
            <w:r>
              <w:t>반영 문구</w:t>
            </w:r>
          </w:p>
          <w:p>
            <w:r>
              <w:t>①은 본문에서 조사 없이, ②는 EBS 21번 &lt;보기&gt;에서 찾아 두 음절로 쓰시오.</w:t>
            </w:r>
          </w:p>
        </w:tc>
      </w:tr>
      <w:tr>
        <w:tc>
          <w:tcPr>
            <w:tcW w:type="dxa" w:w="1512"/>
          </w:tcPr>
          <w:p>
            <w:r/>
            <w:r>
              <w:t>인쇄 288쪽</w:t>
            </w:r>
          </w:p>
          <w:p>
            <w:r>
              <w:t>PDF 296쪽</w:t>
            </w:r>
          </w:p>
          <w:p>
            <w:r>
              <w:t>KN-195</w:t>
            </w:r>
          </w:p>
          <w:p>
            <w:r>
              <w:t>P2750</w:t>
            </w:r>
          </w:p>
        </w:tc>
        <w:tc>
          <w:tcPr>
            <w:tcW w:type="dxa" w:w="2592"/>
          </w:tcPr>
          <w:p>
            <w:r/>
            <w:r>
              <w:t>1·2번 EBS번호·㉢근거</w:t>
            </w:r>
          </w:p>
          <w:p>
            <w:r>
              <w:t>수정 전: EBS3/2·㉢을 항생제 인용과 혼동</w:t>
            </w:r>
          </w:p>
        </w:tc>
        <w:tc>
          <w:tcPr>
            <w:tcW w:type="dxa" w:w="6264"/>
          </w:tcPr>
          <w:p>
            <w:r/>
            <w:r>
              <w:t>EBS20/19·㉢ 관련 단락 구별</w:t>
            </w:r>
          </w:p>
          <w:p>
            <w:r>
              <w:t>반영 문구</w:t>
            </w:r>
          </w:p>
          <w:p>
            <w:r>
              <w:t>• EBS 연계 방식: EBS 20번의 ㉢ 관련 단락에 제시된 항생제, ㉣의 사설 코미디언, ㉤의 온상 속의 귀족 식물을 &lt;보기&gt;의 단서로 활용하고, 본문에서 조건에 맞는 비유적 표현을 찾도록 하였다.</w:t>
            </w:r>
          </w:p>
          <w:p>
            <w:r>
              <w:t>• EBS 연계 방식: 문항연계 — EBS 20번 문항의 구절 해설</w:t>
            </w:r>
          </w:p>
          <w:p>
            <w:r>
              <w:t>상태라는 '나'의 생각이 반영")과 19번 문항 정답 해설('웃음'의</w:t>
            </w:r>
          </w:p>
        </w:tc>
      </w:tr>
      <w:tr>
        <w:tc>
          <w:tcPr>
            <w:tcW w:type="dxa" w:w="1512"/>
          </w:tcPr>
          <w:p>
            <w:r/>
            <w:r>
              <w:t>인쇄 289쪽</w:t>
            </w:r>
          </w:p>
          <w:p>
            <w:r>
              <w:t>PDF 297쪽</w:t>
            </w:r>
          </w:p>
          <w:p>
            <w:r>
              <w:t>KN-195</w:t>
            </w:r>
          </w:p>
          <w:p>
            <w:r>
              <w:t>P2751</w:t>
            </w:r>
          </w:p>
        </w:tc>
        <w:tc>
          <w:tcPr>
            <w:tcW w:type="dxa" w:w="2592"/>
          </w:tcPr>
          <w:p>
            <w:r/>
            <w:r>
              <w:t>3번 없는 원문 인용·4번 출처</w:t>
            </w:r>
          </w:p>
          <w:p>
            <w:r>
              <w:t>수정 전: 주체가 본문에 있다고 인용</w:t>
            </w:r>
          </w:p>
        </w:tc>
        <w:tc>
          <w:tcPr>
            <w:tcW w:type="dxa" w:w="6264"/>
          </w:tcPr>
          <w:p>
            <w:r/>
            <w:r>
              <w:t>EBS21보기 인용</w:t>
            </w:r>
          </w:p>
          <w:p>
            <w:r>
              <w:t>반영 문구</w:t>
            </w:r>
          </w:p>
          <w:p>
            <w:r>
              <w:t>• EBS 연계 방식: EBS 21번 &lt;보기&gt;의 생체 권력과 관찰의 대상·주체 구별을 요약문으로 재구성하였다. ① '집행'은 본문에서, ② '주체'는 EBS 21번 &lt;보기&gt;에서 찾게 하여 출처를 구별하였다. 욕구와 결핍의 관계는 마지막 단락을 근거로 서술하도록 하였다.</w:t>
            </w:r>
          </w:p>
          <w:p>
            <w:r>
              <w:t>② '관찰의 대상'과 짝을 이루는 개념은 '주체'이다. 이 말은 본문에 직접 제시되어 있지 않다. 문제에서 지정한 EBS 21번 &lt;보기&gt;의 '은밀한 관찰의 주체로서 의사들을 진단'한다는 설명에서 두 음절의 '주체'를 찾아 쓴다.</w:t>
            </w:r>
          </w:p>
          <w:p>
            <w:r>
              <w:t>• EBS 연계 방식: 문항연계. EBS 21번 〈보기〉의 푸코 이론</w:t>
            </w:r>
          </w:p>
          <w:p>
            <w:r>
              <w:t>(규율 권력·생체 권력)을 표로 이원화하고, EBS 21번 선지</w:t>
            </w:r>
          </w:p>
          <w:p>
            <w:r>
              <w:t>①~⑤(특히 부적절한 선지 ④의 ‘저항하려는 움직임’ 오류)를 진술</w:t>
            </w:r>
          </w:p>
        </w:tc>
      </w:tr>
      <w:tr>
        <w:tc>
          <w:tcPr>
            <w:tcW w:type="dxa" w:w="1512"/>
          </w:tcPr>
          <w:p>
            <w:r/>
            <w:r>
              <w:t>인쇄 290쪽</w:t>
            </w:r>
          </w:p>
          <w:p>
            <w:r>
              <w:t>PDF 298쪽</w:t>
            </w:r>
          </w:p>
          <w:p>
            <w:r>
              <w:t>KN-196</w:t>
            </w:r>
          </w:p>
          <w:p>
            <w:r>
              <w:t>P2757</w:t>
            </w:r>
          </w:p>
        </w:tc>
        <w:tc>
          <w:tcPr>
            <w:tcW w:type="dxa" w:w="2592"/>
          </w:tcPr>
          <w:p>
            <w:r/>
            <w:r>
              <w:t>이별가 연 구분·바람의 역할</w:t>
            </w:r>
          </w:p>
          <w:p>
            <w:r>
              <w:t>수정 전: 연 번호 불일치·소통 방해로만 규정</w:t>
            </w:r>
          </w:p>
        </w:tc>
        <w:tc>
          <w:tcPr>
            <w:tcW w:type="dxa" w:w="6264"/>
          </w:tcPr>
          <w:p>
            <w:r/>
            <w:r>
              <w:t>2연/3~4연/4~9연·소망의 매개체</w:t>
            </w:r>
          </w:p>
          <w:p>
            <w:r>
              <w:t>반영 문구</w:t>
            </w:r>
          </w:p>
          <w:p>
            <w:r>
              <w:t>2연</w:t>
            </w:r>
          </w:p>
          <w:p>
            <w:r>
              <w:t>3~4연</w:t>
            </w:r>
          </w:p>
          <w:p>
            <w:r>
              <w:t>4~9연</w:t>
            </w:r>
          </w:p>
          <w:p>
            <w:r>
              <w:t>화자의 관념 속에서 인연을 이어 줄 수 있는 매개체임</w:t>
            </w:r>
          </w:p>
          <w:p>
            <w:r>
              <w:t>에 날려 인연을 잇고자 함</w:t>
            </w:r>
          </w:p>
        </w:tc>
      </w:tr>
      <w:tr>
        <w:tc>
          <w:tcPr>
            <w:tcW w:type="dxa" w:w="1512"/>
          </w:tcPr>
          <w:p>
            <w:r/>
            <w:r>
              <w:t>인쇄 292쪽</w:t>
            </w:r>
          </w:p>
          <w:p>
            <w:r>
              <w:t>PDF 300쪽</w:t>
            </w:r>
          </w:p>
          <w:p>
            <w:r>
              <w:t>KN-196</w:t>
            </w:r>
          </w:p>
          <w:p>
            <w:r>
              <w:t>P2758</w:t>
            </w:r>
          </w:p>
        </w:tc>
        <w:tc>
          <w:tcPr>
            <w:tcW w:type="dxa" w:w="2592"/>
          </w:tcPr>
          <w:p>
            <w:r/>
            <w:r>
              <w:t>1번 보기 출처와 조사 제외</w:t>
            </w:r>
          </w:p>
          <w:p>
            <w:r>
              <w:t>수정 전: EBS보기 원문으로 표시·도척은의 조사 조건 누락</w:t>
            </w:r>
          </w:p>
        </w:tc>
        <w:tc>
          <w:tcPr>
            <w:tcW w:type="dxa" w:w="6264"/>
          </w:tcPr>
          <w:p>
            <w:r/>
            <w:r>
              <w:t>재구성 보기·말미조사 제외</w:t>
            </w:r>
          </w:p>
          <w:p>
            <w:r>
              <w:t>반영 문구</w:t>
            </w:r>
          </w:p>
          <w:p>
            <w:r>
              <w:t>다음은 EBS 27번 &lt;보기&gt;를 재구성한 것이다. ①~③을 윗글에서 찾아 말미 조사를 제외하고 쓰시오. ③은 (다)에서 찾을 것.</w:t>
            </w:r>
          </w:p>
        </w:tc>
      </w:tr>
      <w:tr>
        <w:tc>
          <w:tcPr>
            <w:tcW w:type="dxa" w:w="1512"/>
          </w:tcPr>
          <w:p>
            <w:r/>
            <w:r>
              <w:t>인쇄 293쪽</w:t>
            </w:r>
          </w:p>
          <w:p>
            <w:r>
              <w:t>PDF 301쪽</w:t>
            </w:r>
          </w:p>
          <w:p>
            <w:r>
              <w:t>KN-196</w:t>
            </w:r>
          </w:p>
          <w:p>
            <w:r>
              <w:t>P2759</w:t>
            </w:r>
          </w:p>
        </w:tc>
        <w:tc>
          <w:tcPr>
            <w:tcW w:type="dxa" w:w="2592"/>
          </w:tcPr>
          <w:p>
            <w:r/>
            <w:r>
              <w:t>3번 조사 제외·4번 문장 범위</w:t>
            </w:r>
          </w:p>
          <w:p>
            <w:r>
              <w:t>수정 전: 강기슭에서 조사 미제외·두 문장을 하나로 취급</w:t>
            </w:r>
          </w:p>
        </w:tc>
        <w:tc>
          <w:tcPr>
            <w:tcW w:type="dxa" w:w="6264"/>
          </w:tcPr>
          <w:p>
            <w:r/>
            <w:r>
              <w:t>조사 제외·소망 뒤 좌절 문장 특정</w:t>
            </w:r>
          </w:p>
          <w:p>
            <w:r>
              <w:t>반영 문구</w:t>
            </w:r>
          </w:p>
          <w:p>
            <w:r>
              <w:t>&lt;보기&gt;를 참고하여 (나)에서 ①·②를 찾되, 말미 조사를 제외하고 쓰시오.</w:t>
            </w:r>
          </w:p>
          <w:p>
            <w:r>
              <w:t>신유형:  문장  첫·끝  어절</w:t>
            </w:r>
          </w:p>
          <w:p>
            <w:r>
              <w:t>㉠ (가)의 2연 첫 행에서 고향으로 돌아가자는 소망을 밝힌 문장 바로 뒤에, 고향으로 돌아가지 못하는 현실을 진술한 문장이 이어진다. → 이 뒤 문장의 첫 어절과 마지막 어절을 쓸 것.</w:t>
            </w:r>
          </w:p>
        </w:tc>
      </w:tr>
      <w:tr>
        <w:tc>
          <w:tcPr>
            <w:tcW w:type="dxa" w:w="1512"/>
          </w:tcPr>
          <w:p>
            <w:r/>
            <w:r>
              <w:t>인쇄 294쪽</w:t>
            </w:r>
          </w:p>
          <w:p>
            <w:r>
              <w:t>PDF 302쪽</w:t>
            </w:r>
          </w:p>
          <w:p>
            <w:r>
              <w:t>KN-196</w:t>
            </w:r>
          </w:p>
          <w:p>
            <w:r>
              <w:t>P2760</w:t>
            </w:r>
          </w:p>
        </w:tc>
        <w:tc>
          <w:tcPr>
            <w:tcW w:type="dxa" w:w="2592"/>
          </w:tcPr>
          <w:p>
            <w:r/>
            <w:r>
              <w:t>1·2번 연계번호·보기 원문 표시</w:t>
            </w:r>
          </w:p>
          <w:p>
            <w:r>
              <w:t>수정 전: EBS6·원문 그대로 이전</w:t>
            </w:r>
          </w:p>
        </w:tc>
        <w:tc>
          <w:tcPr>
            <w:tcW w:type="dxa" w:w="6264"/>
          </w:tcPr>
          <w:p>
            <w:r/>
            <w:r>
              <w:t>EBS27·재구성</w:t>
            </w:r>
          </w:p>
          <w:p>
            <w:r>
              <w:t>반영 문구</w:t>
            </w:r>
          </w:p>
          <w:p>
            <w:r>
              <w:t>• EBS 연계 방식: EBS 27번 &lt;보기&gt;와 선지 ③·④를 재구성하여 단절 공간 '삼수갑산', 고사 인물 '도척', 초자연적 대상 '옥황상제'를 찾도록 하였다. 부적절한 선지 ⑤의 해석을 바로잡아 옥황상제가 처분권을 지닌 대상임을 반영하였다.</w:t>
            </w:r>
          </w:p>
          <w:p>
            <w:r>
              <w:t>• EBS 연계 방식: 문항연계 — 27번 &lt;보기&gt;의 '단절감·체념적</w:t>
            </w:r>
          </w:p>
          <w:p>
            <w:r>
              <w:t>이라는 분석틀을 표 구조로 재구성. 27번 정답·오답 선지의 감</w:t>
            </w:r>
          </w:p>
        </w:tc>
      </w:tr>
      <w:tr>
        <w:tc>
          <w:tcPr>
            <w:tcW w:type="dxa" w:w="1512"/>
          </w:tcPr>
          <w:p>
            <w:r/>
            <w:r>
              <w:t>인쇄 295쪽</w:t>
            </w:r>
          </w:p>
          <w:p>
            <w:r>
              <w:t>PDF 303쪽</w:t>
            </w:r>
          </w:p>
          <w:p>
            <w:r>
              <w:t>KN-196</w:t>
            </w:r>
          </w:p>
          <w:p>
            <w:r>
              <w:t>P2761</w:t>
            </w:r>
          </w:p>
        </w:tc>
        <w:tc>
          <w:tcPr>
            <w:tcW w:type="dxa" w:w="2592"/>
          </w:tcPr>
          <w:p>
            <w:r/>
            <w:r>
              <w:t>3·4번 근거번호·㉠ 문장 해설</w:t>
            </w:r>
          </w:p>
          <w:p>
            <w:r>
              <w:t>수정 전: EBS2/3/4/6·두 종결 문장 혼합</w:t>
            </w:r>
          </w:p>
        </w:tc>
        <w:tc>
          <w:tcPr>
            <w:tcW w:type="dxa" w:w="6264"/>
          </w:tcPr>
          <w:p>
            <w:r/>
            <w:r>
              <w:t>EBS23/24/25/27·내 고향을 내 못 가네</w:t>
            </w:r>
          </w:p>
          <w:p>
            <w:r>
              <w:t>반영 문구</w:t>
            </w:r>
          </w:p>
          <w:p>
            <w:r>
              <w:t>• EBS 연계 방식: 문항연계 — EBS 23번 문항(ⓑ ‘바람’이</w:t>
            </w:r>
          </w:p>
          <w:p>
            <w:r>
              <w:t>소망을 이뤄 줄 수 있는 매개체)과 24번 문항(‘저편’은 단절과</w:t>
            </w:r>
          </w:p>
          <w:p>
            <w:r>
              <w:t>• EBS 연계 방식: EBS 27번 &lt;보기&gt;를 바탕으로 이별 정서를 드러내는 표현을 찾도록 하였다. ㉠은 2연 첫 행에서 '내 고향을 도로 가자'라는 소망 뒤에 이어지는 별도 문장 '내 고향을 내 못 가네'이다. ㉡은 인연을 잇고자 하는 반복 구절이다. ㉢은 EBS 25번 선지 ⑤의 임금 곁으로 돌아가려 한다는 해석을 바로잡아, 대숲에 삶을 의탁하려는 소망이 드러난 문장으로 구성하였다.</w:t>
            </w:r>
          </w:p>
          <w:p>
            <w:r>
              <w:t>㉠ 2연 첫 행에는 '내 고향을 도로 가자'와 '내 고향을 내 못 가네'가 이어진다. 문제에서 요구한 것은 뒤의 좌절을 진술한 문장이다. 따라서 '내 고향을 내 못 가네'의 첫 어절 '내', 마지막 어절 '가네'를 쓴다.</w:t>
            </w:r>
          </w:p>
        </w:tc>
      </w:tr>
      <w:tr>
        <w:tc>
          <w:tcPr>
            <w:tcW w:type="dxa" w:w="1512"/>
          </w:tcPr>
          <w:p>
            <w:r/>
            <w:r>
              <w:t>인쇄 298쪽</w:t>
            </w:r>
          </w:p>
          <w:p>
            <w:r>
              <w:t>PDF 306쪽</w:t>
            </w:r>
          </w:p>
          <w:p>
            <w:r>
              <w:t>KN-197</w:t>
            </w:r>
          </w:p>
          <w:p>
            <w:r>
              <w:t>P2765</w:t>
            </w:r>
          </w:p>
        </w:tc>
        <w:tc>
          <w:tcPr>
            <w:tcW w:type="dxa" w:w="2592"/>
          </w:tcPr>
          <w:p>
            <w:r/>
            <w:r>
              <w:t>1·2번 출처 및 ③ 문장 단위</w:t>
            </w:r>
          </w:p>
          <w:p>
            <w:r>
              <w:t>수정 전: 상승·화폐 경제를 본문에서 찾기·구절 첫끝</w:t>
            </w:r>
          </w:p>
        </w:tc>
        <w:tc>
          <w:tcPr>
            <w:tcW w:type="dxa" w:w="6264"/>
          </w:tcPr>
          <w:p>
            <w:r/>
            <w:r>
              <w:t>상승은 추론, 화폐 경제는 EBS31보기, 완결 문장</w:t>
            </w:r>
          </w:p>
          <w:p>
            <w:r>
              <w:t>반영 문구</w:t>
            </w:r>
          </w:p>
          <w:p>
            <w:r>
              <w:t>&lt;보기&gt;는 인물 대립과 풍자를 정리한 것이다. ①은 윗글에서 한자·어미를 제외하고 4자로, ②는 문맥에서 추론하여 2자로 쓰시오.</w:t>
            </w:r>
          </w:p>
          <w:p>
            <w:r>
              <w:t>서 찾아, 해당 문장의 첫 어절과 마지막 어절을 순서대로 쓰</w:t>
            </w:r>
          </w:p>
          <w:p>
            <w:r>
              <w:t>&lt;보기&gt;를 참고하여 ①은 EBS 31번 &lt;보기&gt;에서 두 어절로, ②는 윗글에서 한 문장으로 찾아 쓰시오.</w:t>
            </w:r>
          </w:p>
        </w:tc>
      </w:tr>
      <w:tr>
        <w:tc>
          <w:tcPr>
            <w:tcW w:type="dxa" w:w="1512"/>
          </w:tcPr>
          <w:p>
            <w:r/>
            <w:r>
              <w:t>인쇄 299쪽</w:t>
            </w:r>
          </w:p>
          <w:p>
            <w:r>
              <w:t>PDF 307쪽</w:t>
            </w:r>
          </w:p>
          <w:p>
            <w:r>
              <w:t>KN-197</w:t>
            </w:r>
          </w:p>
          <w:p>
            <w:r>
              <w:t>P2766</w:t>
            </w:r>
          </w:p>
        </w:tc>
        <w:tc>
          <w:tcPr>
            <w:tcW w:type="dxa" w:w="2592"/>
          </w:tcPr>
          <w:p>
            <w:r/>
            <w:r>
              <w:t>3번 조사 제외·4번 원문에 없는 답안</w:t>
            </w:r>
          </w:p>
          <w:p>
            <w:r>
              <w:t>수정 전: 춘풍/아내 두자 원문, 부인/비난/모른 척 원문 발췌</w:t>
            </w:r>
          </w:p>
        </w:tc>
        <w:tc>
          <w:tcPr>
            <w:tcW w:type="dxa" w:w="6264"/>
          </w:tcPr>
          <w:p>
            <w:r/>
            <w:r>
              <w:t>말미조사 제외·맥락 추론 명시</w:t>
            </w:r>
          </w:p>
          <w:p>
            <w:r>
              <w:t>반영 문구</w:t>
            </w:r>
          </w:p>
          <w:p>
            <w:r>
              <w:t>&lt;보기&gt;의 ①·②를 윗글에서 찾아 말미 조사를 제외하고 각각 2자로 쓰시오.</w:t>
            </w:r>
          </w:p>
          <w:p>
            <w:r>
              <w:t>&lt;보기&gt;와 발화 맥락을 바탕으로 표의 빈칸을 완성하시오. 원문 발췌가 아니라 의도를 추론하여 ①·②는 각각 2자, ③은 두 어절로 쓸 것.</w:t>
            </w:r>
          </w:p>
        </w:tc>
      </w:tr>
      <w:tr>
        <w:tc>
          <w:tcPr>
            <w:tcW w:type="dxa" w:w="1512"/>
          </w:tcPr>
          <w:p>
            <w:r/>
            <w:r>
              <w:t>인쇄 300쪽</w:t>
            </w:r>
          </w:p>
          <w:p>
            <w:r>
              <w:t>PDF 308쪽</w:t>
            </w:r>
          </w:p>
          <w:p>
            <w:r>
              <w:t>KN-197</w:t>
            </w:r>
          </w:p>
          <w:p>
            <w:r>
              <w:t>P2767</w:t>
            </w:r>
          </w:p>
        </w:tc>
        <w:tc>
          <w:tcPr>
            <w:tcW w:type="dxa" w:w="2592"/>
          </w:tcPr>
          <w:p>
            <w:r/>
            <w:r>
              <w:t>1번③ 첫 어절·2번 출처·연계번호</w:t>
            </w:r>
          </w:p>
          <w:p>
            <w:r>
              <w:t>수정 전: 춘풍이~볼만하다, EBS4/2</w:t>
            </w:r>
          </w:p>
        </w:tc>
        <w:tc>
          <w:tcPr>
            <w:tcW w:type="dxa" w:w="6264"/>
          </w:tcPr>
          <w:p>
            <w:r/>
            <w:r>
              <w:t>춘풍~볼만하다, EBS31/29</w:t>
            </w:r>
          </w:p>
          <w:p>
            <w:r>
              <w:t>반영 문구</w:t>
            </w:r>
          </w:p>
          <w:p>
            <w:r>
              <w:t>• EBS 연계 방식: 문항연계(31번) + 지문연계. EBS 31번 &lt;보</w:t>
            </w:r>
          </w:p>
          <w:p>
            <w:r>
              <w:t>정답: ① 여담절각 ② 상승 ③ 첫 어절: 춘풍 / 마지막 어</w:t>
            </w:r>
          </w:p>
          <w:p>
            <w:r>
              <w:t>③ 첫 어절: 춘풍 / 마지막 어절: 볼만하다.</w:t>
            </w:r>
          </w:p>
          <w:p>
            <w:r>
              <w:t>• EBS 연계 방식: 문항연계 — EBS 31번 〈보기〉의 "화폐 경</w:t>
            </w:r>
          </w:p>
          <w:p>
            <w:r>
              <w:t>제 시대의 허황된 풍조"(선지 ②의 판단 근거)와 29번 문항 ⑤</w:t>
            </w:r>
          </w:p>
          <w:p>
            <w:r>
              <w:t>선지의 적절한 근거인 "춘풍이 제 아내인 줄을 꿈에나 알랴마는</w:t>
            </w:r>
          </w:p>
          <w:p>
            <w:r>
              <w:t>③ '춘풍 아내가 차담상을 차려 들이거늘, 춘풍이 온갖 교태 다할 적에 기구하고 볼만하다.'가 완결된 문장이다. 중간의 '춘풍이'에서 시작하면 안 된다. 첫 어절은 '춘풍', 마지막 어절은 '볼만하다'이다.</w:t>
            </w:r>
          </w:p>
          <w:p>
            <w:r>
              <w:t>① 문제에서 지정한 EBS 31번 &lt;보기&gt;의 '화폐 경제 시대에 적응하지 못하는 삶의 태도를 풍자'한다는 설명에서 '화폐 경제'를 찾는다. 이 표현은 소설 본문에 직접 제시된 말이 아니므로 발췌 출처를 구별해야 한다.</w:t>
            </w:r>
          </w:p>
        </w:tc>
      </w:tr>
      <w:tr>
        <w:tc>
          <w:tcPr>
            <w:tcW w:type="dxa" w:w="1512"/>
          </w:tcPr>
          <w:p>
            <w:r/>
            <w:r>
              <w:t>인쇄 301쪽</w:t>
            </w:r>
          </w:p>
          <w:p>
            <w:r>
              <w:t>PDF 309쪽</w:t>
            </w:r>
          </w:p>
          <w:p>
            <w:r>
              <w:t>KN-197</w:t>
            </w:r>
          </w:p>
          <w:p>
            <w:r>
              <w:t>P2768</w:t>
            </w:r>
          </w:p>
        </w:tc>
        <w:tc>
          <w:tcPr>
            <w:tcW w:type="dxa" w:w="2592"/>
          </w:tcPr>
          <w:p>
            <w:r/>
            <w:r>
              <w:t>3·4번 연계번호·③ 조건 인용</w:t>
            </w:r>
          </w:p>
          <w:p>
            <w:r>
              <w:t>수정 전: EBS3/4·하기 위한</w:t>
            </w:r>
          </w:p>
        </w:tc>
        <w:tc>
          <w:tcPr>
            <w:tcW w:type="dxa" w:w="6264"/>
          </w:tcPr>
          <w:p>
            <w:r/>
            <w:r>
              <w:t>EBS30/31·하려는</w:t>
            </w:r>
          </w:p>
          <w:p>
            <w:r>
              <w:t>반영 문구</w:t>
            </w:r>
          </w:p>
          <w:p>
            <w:r>
              <w:t>• EBS 연계 방식: 문항연계 — EBS 31번 &lt;보기&gt;('도덕적 개</w:t>
            </w:r>
          </w:p>
          <w:p>
            <w:r>
              <w:t>선의 대상과 개선을 주도하는 인물'의 풍자 구조)와 30번 &lt;보</w:t>
            </w:r>
          </w:p>
          <w:p>
            <w:r>
              <w:t>기&gt;(수사 의문문 개념)를 결합·이식. EBS 31번 정답·오답 해설</w:t>
            </w:r>
          </w:p>
          <w:p>
            <w:r>
              <w:t>EBS 30번 정답 선지(②)의 서술형 설명('완강히 부인하려는 태</w:t>
            </w:r>
          </w:p>
          <w:p>
            <w:r>
              <w:t>• EBS 연계 방식: 문항연계 — EBS 30번 문항(&lt;보기&gt;의 수</w:t>
            </w:r>
          </w:p>
          <w:p>
            <w:r>
              <w:t>한' 의도적 질문이므로, 표의 표현 '~하려는'에 맞춰 답한</w:t>
            </w:r>
          </w:p>
        </w:tc>
      </w:tr>
      <w:tr>
        <w:tc>
          <w:tcPr>
            <w:tcW w:type="dxa" w:w="1512"/>
          </w:tcPr>
          <w:p>
            <w:r/>
            <w:r>
              <w:t>인쇄 302쪽</w:t>
            </w:r>
          </w:p>
          <w:p>
            <w:r>
              <w:t>PDF 310쪽</w:t>
            </w:r>
          </w:p>
          <w:p>
            <w:r>
              <w:t>KN-198</w:t>
            </w:r>
          </w:p>
          <w:p>
            <w:r>
              <w:t>P2770</w:t>
            </w:r>
          </w:p>
        </w:tc>
        <w:tc>
          <w:tcPr>
            <w:tcW w:type="dxa" w:w="2592"/>
          </w:tcPr>
          <w:p>
            <w:r/>
            <w:r>
              <w:t>요약 오자</w:t>
            </w:r>
          </w:p>
          <w:p>
            <w:r>
              <w:t>수정 전: 극달함</w:t>
            </w:r>
          </w:p>
        </w:tc>
        <w:tc>
          <w:tcPr>
            <w:tcW w:type="dxa" w:w="6264"/>
          </w:tcPr>
          <w:p>
            <w:r/>
            <w:r>
              <w:t>극에 달함</w:t>
            </w:r>
          </w:p>
          <w:p>
            <w:r>
              <w:t>반영 문구</w:t>
            </w:r>
          </w:p>
          <w:p>
            <w:r>
              <w:t>• 강 대리의 일침 → 장백기가 느끼는 모멸감과 분노가 극에 달함</w:t>
            </w:r>
          </w:p>
        </w:tc>
      </w:tr>
      <w:tr>
        <w:tc>
          <w:tcPr>
            <w:tcW w:type="dxa" w:w="1512"/>
          </w:tcPr>
          <w:p>
            <w:r/>
            <w:r>
              <w:t>인쇄 304쪽</w:t>
            </w:r>
          </w:p>
          <w:p>
            <w:r>
              <w:t>PDF 312쪽</w:t>
            </w:r>
          </w:p>
          <w:p>
            <w:r>
              <w:t>KN-198</w:t>
            </w:r>
          </w:p>
          <w:p>
            <w:r>
              <w:t>P2771</w:t>
            </w:r>
          </w:p>
        </w:tc>
        <w:tc>
          <w:tcPr>
            <w:tcW w:type="dxa" w:w="2592"/>
          </w:tcPr>
          <w:p>
            <w:r/>
            <w:r>
              <w:t>1번 말미 조사·어미 제외</w:t>
            </w:r>
          </w:p>
          <w:p>
            <w:r>
              <w:t>수정 전: 보수적인/기본기를/필요한 일을 원문 그대로</w:t>
            </w:r>
          </w:p>
        </w:tc>
        <w:tc>
          <w:tcPr>
            <w:tcW w:type="dxa" w:w="6264"/>
          </w:tcPr>
          <w:p>
            <w:r/>
            <w:r>
              <w:t>제외할 말미 명시</w:t>
            </w:r>
          </w:p>
          <w:p>
            <w:r>
              <w:t>반영 문구</w:t>
            </w:r>
          </w:p>
          <w:p>
            <w:r>
              <w:t>표는 강 대리의 인식을 정리한 것이다. ①~③을 윗글에서 찾되, ①은 끝의 '인', ②·③은 말미 조사를 제외하고 쓰시오.</w:t>
            </w:r>
          </w:p>
        </w:tc>
      </w:tr>
      <w:tr>
        <w:tc>
          <w:tcPr>
            <w:tcW w:type="dxa" w:w="1512"/>
          </w:tcPr>
          <w:p>
            <w:r/>
            <w:r>
              <w:t>인쇄 305쪽</w:t>
            </w:r>
          </w:p>
          <w:p>
            <w:r>
              <w:t>PDF 313쪽</w:t>
            </w:r>
          </w:p>
          <w:p>
            <w:r>
              <w:t>KN-198</w:t>
            </w:r>
          </w:p>
          <w:p>
            <w:r>
              <w:t>P2772</w:t>
            </w:r>
          </w:p>
        </w:tc>
        <w:tc>
          <w:tcPr>
            <w:tcW w:type="dxa" w:w="2592"/>
          </w:tcPr>
          <w:p>
            <w:r/>
            <w:r>
              <w:t>4번 유형명</w:t>
            </w:r>
          </w:p>
          <w:p>
            <w:r>
              <w:t>수정 전: 시행 첫끝</w:t>
            </w:r>
          </w:p>
        </w:tc>
        <w:tc>
          <w:tcPr>
            <w:tcW w:type="dxa" w:w="6264"/>
          </w:tcPr>
          <w:p>
            <w:r/>
            <w:r>
              <w:t>문장 첫끝</w:t>
            </w:r>
          </w:p>
          <w:p>
            <w:r>
              <w:t>반영 문구</w:t>
            </w:r>
          </w:p>
          <w:p>
            <w:r>
              <w:t>신유형:  문장  첫·끝  어절</w:t>
            </w:r>
          </w:p>
        </w:tc>
      </w:tr>
      <w:tr>
        <w:tc>
          <w:tcPr>
            <w:tcW w:type="dxa" w:w="1512"/>
          </w:tcPr>
          <w:p>
            <w:r/>
            <w:r>
              <w:t>인쇄 306쪽</w:t>
            </w:r>
          </w:p>
          <w:p>
            <w:r>
              <w:t>PDF 314쪽</w:t>
            </w:r>
          </w:p>
          <w:p>
            <w:r>
              <w:t>KN-198</w:t>
            </w:r>
          </w:p>
          <w:p>
            <w:r>
              <w:t>P2773</w:t>
            </w:r>
          </w:p>
        </w:tc>
        <w:tc>
          <w:tcPr>
            <w:tcW w:type="dxa" w:w="2592"/>
          </w:tcPr>
          <w:p>
            <w:r/>
            <w:r>
              <w:t>2번 출제의도 누락·㉢ 장면 혼동·채점</w:t>
            </w:r>
          </w:p>
          <w:p>
            <w:r>
              <w:t>수정 전: 2-(2)는 2번에서 잘림·㉢에 없는 파일 읽기 대사</w:t>
            </w:r>
          </w:p>
        </w:tc>
        <w:tc>
          <w:tcPr>
            <w:tcW w:type="dxa" w:w="6264"/>
          </w:tcPr>
          <w:p>
            <w:r/>
            <w:r>
              <w:t>EBS33/34, 서류 양식의 기본기 부족과 조급함</w:t>
            </w:r>
          </w:p>
          <w:p>
            <w:r>
              <w:t>반영 문구</w:t>
            </w:r>
          </w:p>
          <w:p>
            <w:r>
              <w:t>• EBS 연계 방식: EBS 33번 선지 ⑤의 신념 표현과 34번 &lt;보기&gt;의 갈등·화해 구조를 바탕으로 강 대리의 인식을 표로 재구성하였다. 본문에서 보수적 사업의 특성, 필요한 기본기와 일의 가치를 파악하여 조건에 맞는 말을 찾도록 하였다.</w:t>
            </w:r>
          </w:p>
          <w:p>
            <w:r>
              <w:t>• EBS 연계 방식: EBS 34번 &lt;보기&gt;의 공간 상징을 바탕으로 엘리베이터와 한강 둔치를 찾게 하였다. ③은 EBS 33번 선지 ③ 및 ㉢의 회상 장면을 근거로 서류 양식 등 기본기 부족을 설명하게 하였다. ④는 EBS 33번 선지 ⑤와 마지막 장면을 바탕으로 남과의 비교를 벗어나 동기를 스스로 성취하라는 조언을 서술하도록 하였다.</w:t>
            </w:r>
          </w:p>
          <w:p>
            <w:r>
              <w:t>정답: ① 엘리베이터 ② 한강 둔치 ③ 철강 팀의 서류 양식 등 기본기를 갖추지 못한 채, 자신을 돋보이려는 의욕이 앞서 조급하게 행동했기 때문이다. ④ 다른 동기와 비교하지 말고 철강 팀에 맞게 스스로 성취를 이루어 동기를 부여하라는 것이다.</w:t>
            </w:r>
          </w:p>
          <w:p>
            <w:r>
              <w:t>③ ㉢ 앞의 회상은 강 대리가 백기의 서류 양식을 지적한 장면이다. 상식의 지적을 듣고 백기는 강 대리의 말이 타당했음을 깨닫는다. 이는 철강 팀의 기본기를 충분히 갖추지 못했다는 근거이다. 파일을 읽기 전에 보고서를 제출한 일은 앞선 엘리베이터 장면의 별도 회상이다. 기본기 부족과 자신을 돋보이려는 조급함을 관련지어 서술한다.</w:t>
            </w:r>
          </w:p>
          <w:p>
            <w:r>
              <w:t>③ ⓐ '기본기 부족' 2점 / ⓑ '돋보이려는 의욕·조급함' 2점</w:t>
            </w:r>
          </w:p>
        </w:tc>
      </w:tr>
      <w:tr>
        <w:tc>
          <w:tcPr>
            <w:tcW w:type="dxa" w:w="1512"/>
          </w:tcPr>
          <w:p>
            <w:r/>
            <w:r>
              <w:t>인쇄 307쪽</w:t>
            </w:r>
          </w:p>
          <w:p>
            <w:r>
              <w:t>PDF 315쪽</w:t>
            </w:r>
          </w:p>
          <w:p>
            <w:r>
              <w:t>KN-198</w:t>
            </w:r>
          </w:p>
          <w:p>
            <w:r>
              <w:t>P2774</w:t>
            </w:r>
          </w:p>
        </w:tc>
        <w:tc>
          <w:tcPr>
            <w:tcW w:type="dxa" w:w="2592"/>
          </w:tcPr>
          <w:p>
            <w:r/>
            <w:r>
              <w:t>3·4번 연계번호</w:t>
            </w:r>
          </w:p>
          <w:p>
            <w:r>
              <w:t>수정 전: EBS1/2/3</w:t>
            </w:r>
          </w:p>
        </w:tc>
        <w:tc>
          <w:tcPr>
            <w:tcW w:type="dxa" w:w="6264"/>
          </w:tcPr>
          <w:p>
            <w:r/>
            <w:r>
              <w:t>EBS32/33/34</w:t>
            </w:r>
          </w:p>
          <w:p>
            <w:r>
              <w:t>반영 문구</w:t>
            </w:r>
          </w:p>
          <w:p>
            <w:r>
              <w:t>• EBS 연계 방식: EBS 32번 선지 ①의 과거 장면 삽입, 33번 선지 ③의 강 대리 지적의 타당성, 34번 선지 ④의 동기에 대한 질투와 경쟁심을 감상문으로 재구성하였다. 과거 회상 기법의 명칭, 동일한 지적을 한 인물, 앞부분 줄거리에 제시된 백기의 경쟁심을 조건에 맞는 답으로 쓰도록 하였다.</w:t>
            </w:r>
          </w:p>
          <w:p>
            <w:r>
              <w:t>• EBS 연계 방식: 문항연계 — EBS 33번 문항의 정답·오답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