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2027 파워업 국어 5권 — 학생용 정오표 (정리본)</w:t>
      </w:r>
    </w:p>
    <w:p>
      <w:r>
        <w:rPr>
          <w:b w:val="0"/>
        </w:rPr>
        <w:t>이 문서는 스터짐 파워업 국어 독서1·독서2(2026-09-08 v2 누적본), 문학1(2026-09-09 v1) 정오표 원본을 바탕으로, 학생이 교재를 풀 때 실제로 알아야 하는 항목만 추려 다시 정리한 것입니다.</w:t>
      </w:r>
    </w:p>
    <w:p>
      <w:r>
        <w:rPr>
          <w:b/>
        </w:rPr>
        <w:t xml:space="preserve">다음 항목은 제외했습니다: </w:t>
      </w:r>
      <w:r>
        <w:t>① 조사(은/는, 이/가, 을/를 등) 하나만 바뀌는 단순 오타, ② 표지·소개 페이지의 편집 라벨(예: 하단 교재명 표기, 로드맵 이미지 단계 번호), ③ 글자·줄 간격이 겹쳐 보이는 것을 정리하는 순수 편집(레이아웃) 수정. 이 항목들은 실제 문제 풀이나 답에는 영향을 주지 않습니다.</w:t>
      </w:r>
    </w:p>
    <w:p>
      <w:r>
        <w:t>그 외 정답·채점 기준·문단(근거) 번호·발문 조건이 바뀌는 항목은 모두 포함했습니다. '수정 전'은 원래 인쇄된 내용, '수정 후'는 실제로 적용해야 하는 내용입니다.</w:t>
      </w:r>
    </w:p>
    <w:p/>
    <w:p>
      <w:pPr>
        <w:pStyle w:val="Heading1"/>
      </w:pPr>
      <w:r>
        <w:t>독서 1권</w:t>
      </w:r>
    </w:p>
    <w:p>
      <w:r>
        <w:rPr>
          <w:i/>
        </w:rPr>
        <w:t>수록 77건 (단순 오타·편집 수정 16건 제외)</w:t>
      </w:r>
    </w:p>
    <w:tbl>
      <w:tblPr>
        <w:tblStyle w:val="LightGrid-Accent1"/>
        <w:tblW w:type="auto" w:w="0"/>
        <w:tblLayout w:type="fixed"/>
        <w:tblLook w:firstColumn="1" w:firstRow="1" w:lastColumn="0" w:lastRow="0" w:noHBand="0" w:noVBand="1" w:val="04A0"/>
      </w:tblPr>
      <w:tblGrid>
        <w:gridCol w:w="2880"/>
        <w:gridCol w:w="2880"/>
        <w:gridCol w:w="2880"/>
      </w:tblGrid>
      <w:tr>
        <w:tc>
          <w:tcPr>
            <w:tcW w:type="dxa" w:w="1701"/>
          </w:tcPr>
          <w:p>
            <w:r>
              <w:rPr>
                <w:b/>
              </w:rPr>
              <w:t>쪽수</w:t>
            </w:r>
          </w:p>
        </w:tc>
        <w:tc>
          <w:tcPr>
            <w:tcW w:type="dxa" w:w="3402"/>
          </w:tcPr>
          <w:p>
            <w:r>
              <w:rPr>
                <w:b/>
              </w:rPr>
              <w:t>무엇이 문제였나</w:t>
            </w:r>
          </w:p>
        </w:tc>
        <w:tc>
          <w:tcPr>
            <w:tcW w:type="dxa" w:w="4535"/>
          </w:tcPr>
          <w:p>
            <w:r>
              <w:rPr>
                <w:b/>
              </w:rPr>
              <w:t>고쳐야 할 내용</w:t>
            </w:r>
          </w:p>
        </w:tc>
      </w:tr>
      <w:tr>
        <w:tc>
          <w:tcPr>
            <w:tcW w:type="dxa" w:w="1701"/>
          </w:tcPr>
          <w:p>
            <w:r>
              <w:t>쪽수 미표기 / PDF 10쪽 / P233</w:t>
            </w:r>
          </w:p>
        </w:tc>
        <w:tc>
          <w:tcPr>
            <w:tcW w:type="dxa" w:w="3402"/>
          </w:tcPr>
          <w:p>
            <w:r/>
            <w:r>
              <w:rPr>
                <w:b/>
              </w:rPr>
              <w:t>목차 쪽수</w:t>
            </w:r>
          </w:p>
          <w:p>
            <w:r>
              <w:t>30번 040p / 36번 092p</w:t>
            </w:r>
          </w:p>
        </w:tc>
        <w:tc>
          <w:tcPr>
            <w:tcW w:type="dxa" w:w="4535"/>
          </w:tcPr>
          <w:p>
            <w:r>
              <w:t>30번 042p / 36번 090p</w:t>
            </w:r>
          </w:p>
        </w:tc>
      </w:tr>
      <w:tr>
        <w:tc>
          <w:tcPr>
            <w:tcW w:type="dxa" w:w="1701"/>
          </w:tcPr>
          <w:p>
            <w:r>
              <w:t>쪽수 미표기 / PDF 11쪽 / P234</w:t>
            </w:r>
          </w:p>
        </w:tc>
        <w:tc>
          <w:tcPr>
            <w:tcW w:type="dxa" w:w="3402"/>
          </w:tcPr>
          <w:p>
            <w:r/>
            <w:r>
              <w:rPr>
                <w:b/>
              </w:rPr>
              <w:t>목차 쪽수·제목</w:t>
            </w:r>
          </w:p>
          <w:p>
            <w:r>
              <w:t>가상 메모리 310p / 지자기 역전의 발전</w:t>
            </w:r>
          </w:p>
        </w:tc>
        <w:tc>
          <w:tcPr>
            <w:tcW w:type="dxa" w:w="4535"/>
          </w:tcPr>
          <w:p>
            <w:r>
              <w:t>가상 메모리 312p / 지자기 역전</w:t>
            </w:r>
          </w:p>
        </w:tc>
      </w:tr>
      <w:tr>
        <w:tc>
          <w:tcPr>
            <w:tcW w:type="dxa" w:w="1701"/>
          </w:tcPr>
          <w:p>
            <w:r>
              <w:t>인쇄 9쪽 / PDF 17쪽 / P235</w:t>
            </w:r>
          </w:p>
        </w:tc>
        <w:tc>
          <w:tcPr>
            <w:tcW w:type="dxa" w:w="3402"/>
          </w:tcPr>
          <w:p>
            <w:r/>
            <w:r>
              <w:rPr>
                <w:b/>
              </w:rPr>
              <w:t>학습 체크표 안내·제목</w:t>
            </w:r>
          </w:p>
          <w:p>
            <w:r>
              <w:t>체크 칸에 성취도 기입 안내 / 지자기 역전의 발전</w:t>
            </w:r>
          </w:p>
        </w:tc>
        <w:tc>
          <w:tcPr>
            <w:tcW w:type="dxa" w:w="4535"/>
          </w:tcPr>
          <w:p>
            <w:r>
              <w:t>성취도는 트래커에 기록 / 지자기 역전의 발견</w:t>
            </w:r>
          </w:p>
        </w:tc>
      </w:tr>
      <w:tr>
        <w:tc>
          <w:tcPr>
            <w:tcW w:type="dxa" w:w="1701"/>
          </w:tcPr>
          <w:p>
            <w:r>
              <w:t>인쇄 23쪽 / PDF 31쪽 / KN-027 / P002</w:t>
            </w:r>
          </w:p>
        </w:tc>
        <w:tc>
          <w:tcPr>
            <w:tcW w:type="dxa" w:w="3402"/>
          </w:tcPr>
          <w:p>
            <w:r/>
            <w:r>
              <w:rPr>
                <w:b/>
              </w:rPr>
              <w:t>사회문화 27 예상문항 2번 정답 및 채점기준</w:t>
            </w:r>
          </w:p>
          <w:p>
            <w:r>
              <w:t>① 코치형 (또는 코치형 리더십)</w:t>
            </w:r>
          </w:p>
        </w:tc>
        <w:tc>
          <w:tcPr>
            <w:tcW w:type="dxa" w:w="4535"/>
          </w:tcPr>
          <w:p>
            <w:r>
              <w:t>① 코치형</w:t>
            </w:r>
          </w:p>
        </w:tc>
      </w:tr>
      <w:tr>
        <w:tc>
          <w:tcPr>
            <w:tcW w:type="dxa" w:w="1701"/>
          </w:tcPr>
          <w:p>
            <w:r>
              <w:t>인쇄 27쪽 / PDF 35쪽 / KN-028 / P014</w:t>
            </w:r>
          </w:p>
        </w:tc>
        <w:tc>
          <w:tcPr>
            <w:tcW w:type="dxa" w:w="3402"/>
          </w:tcPr>
          <w:p>
            <w:r/>
            <w:r>
              <w:rPr>
                <w:b/>
              </w:rPr>
              <w:t>요약 빈칸 22 정답</w:t>
            </w:r>
          </w:p>
          <w:p>
            <w:r>
              <w:t>부족한</w:t>
            </w:r>
          </w:p>
        </w:tc>
        <w:tc>
          <w:tcPr>
            <w:tcW w:type="dxa" w:w="4535"/>
          </w:tcPr>
          <w:p>
            <w:r>
              <w:t>부족</w:t>
            </w:r>
          </w:p>
        </w:tc>
      </w:tr>
      <w:tr>
        <w:tc>
          <w:tcPr>
            <w:tcW w:type="dxa" w:w="1701"/>
          </w:tcPr>
          <w:p>
            <w:r>
              <w:t>인쇄 31쪽 / PDF 39쪽 / KN-028 / P015</w:t>
            </w:r>
          </w:p>
        </w:tc>
        <w:tc>
          <w:tcPr>
            <w:tcW w:type="dxa" w:w="3402"/>
          </w:tcPr>
          <w:p>
            <w:r/>
            <w:r>
              <w:rPr>
                <w:b/>
              </w:rPr>
              <w:t>예상문항2 정답·채점표③</w:t>
            </w:r>
          </w:p>
          <w:p>
            <w:r>
              <w:t>평판 (또는 평판 구축)</w:t>
            </w:r>
          </w:p>
        </w:tc>
        <w:tc>
          <w:tcPr>
            <w:tcW w:type="dxa" w:w="4535"/>
          </w:tcPr>
          <w:p>
            <w:r>
              <w:t>평판</w:t>
            </w:r>
          </w:p>
        </w:tc>
      </w:tr>
      <w:tr>
        <w:tc>
          <w:tcPr>
            <w:tcW w:type="dxa" w:w="1701"/>
          </w:tcPr>
          <w:p>
            <w:r>
              <w:t>인쇄 33쪽 / PDF 41쪽 / KN-028 / P016</w:t>
            </w:r>
          </w:p>
        </w:tc>
        <w:tc>
          <w:tcPr>
            <w:tcW w:type="dxa" w:w="3402"/>
          </w:tcPr>
          <w:p>
            <w:r/>
            <w:r>
              <w:rPr>
                <w:b/>
              </w:rPr>
              <w:t>예상문항5·6 해설 문단 참조7곳</w:t>
            </w:r>
          </w:p>
          <w:p>
            <w:r>
              <w:t>실제와 다른 1·2문단 참조</w:t>
            </w:r>
          </w:p>
        </w:tc>
        <w:tc>
          <w:tcPr>
            <w:tcW w:type="dxa" w:w="4535"/>
          </w:tcPr>
          <w:p>
            <w:r>
              <w:t>역선택2 / 신호발송3 / 선별4 / 평판5문단</w:t>
            </w:r>
          </w:p>
        </w:tc>
      </w:tr>
      <w:tr>
        <w:tc>
          <w:tcPr>
            <w:tcW w:type="dxa" w:w="1701"/>
          </w:tcPr>
          <w:p>
            <w:r>
              <w:t>인쇄 37쪽 / PDF 45쪽 / KN-029 / P024</w:t>
            </w:r>
          </w:p>
        </w:tc>
        <w:tc>
          <w:tcPr>
            <w:tcW w:type="dxa" w:w="3402"/>
          </w:tcPr>
          <w:p>
            <w:r/>
            <w:r>
              <w:rPr>
                <w:b/>
              </w:rPr>
              <w:t>예상4 보기ㄴ 후반</w:t>
            </w:r>
          </w:p>
          <w:p>
            <w:r>
              <w:t>대상이 된다.</w:t>
            </w:r>
          </w:p>
        </w:tc>
        <w:tc>
          <w:tcPr>
            <w:tcW w:type="dxa" w:w="4535"/>
          </w:tcPr>
          <w:p>
            <w:r>
              <w:t>대상이 되지 않는다.</w:t>
            </w:r>
          </w:p>
        </w:tc>
      </w:tr>
      <w:tr>
        <w:tc>
          <w:tcPr>
            <w:tcW w:type="dxa" w:w="1701"/>
          </w:tcPr>
          <w:p>
            <w:r>
              <w:t>인쇄 39쪽 / PDF 47쪽 / KN-029 / P023</w:t>
            </w:r>
          </w:p>
        </w:tc>
        <w:tc>
          <w:tcPr>
            <w:tcW w:type="dxa" w:w="3402"/>
          </w:tcPr>
          <w:p>
            <w:r/>
            <w:r>
              <w:rPr>
                <w:b/>
              </w:rPr>
              <w:t>예상1 정답·채점표①</w:t>
            </w:r>
          </w:p>
          <w:p>
            <w:r>
              <w:t>대체적 작위 또는 대체적 작위 의무</w:t>
            </w:r>
          </w:p>
        </w:tc>
        <w:tc>
          <w:tcPr>
            <w:tcW w:type="dxa" w:w="4535"/>
          </w:tcPr>
          <w:p>
            <w:r>
              <w:t>대체적 작위</w:t>
            </w:r>
          </w:p>
        </w:tc>
      </w:tr>
      <w:tr>
        <w:tc>
          <w:tcPr>
            <w:tcW w:type="dxa" w:w="1701"/>
          </w:tcPr>
          <w:p>
            <w:r>
              <w:t>인쇄 40쪽 / PDF 48쪽 / KN-029 / P025</w:t>
            </w:r>
          </w:p>
        </w:tc>
        <w:tc>
          <w:tcPr>
            <w:tcW w:type="dxa" w:w="3402"/>
          </w:tcPr>
          <w:p>
            <w:r/>
            <w:r>
              <w:rPr>
                <w:b/>
              </w:rPr>
              <w:t>예상4 해설 중 문제ㄴ 인용</w:t>
            </w:r>
          </w:p>
          <w:p>
            <w:r>
              <w:t>된다.’는 옳지 않은 설명이다.</w:t>
            </w:r>
          </w:p>
        </w:tc>
        <w:tc>
          <w:tcPr>
            <w:tcW w:type="dxa" w:w="4535"/>
          </w:tcPr>
          <w:p>
            <w:r>
              <w:t>되지 않는다.’는 옳지 않다.</w:t>
            </w:r>
          </w:p>
        </w:tc>
      </w:tr>
      <w:tr>
        <w:tc>
          <w:tcPr>
            <w:tcW w:type="dxa" w:w="1701"/>
          </w:tcPr>
          <w:p>
            <w:r>
              <w:t>인쇄 42쪽 / PDF 50쪽 / KN-030 / P032</w:t>
            </w:r>
          </w:p>
        </w:tc>
        <w:tc>
          <w:tcPr>
            <w:tcW w:type="dxa" w:w="3402"/>
          </w:tcPr>
          <w:p>
            <w:r/>
            <w:r>
              <w:rPr>
                <w:b/>
              </w:rPr>
              <w:t>요약 문단 표제·통화량 빈칸 번호</w:t>
            </w:r>
          </w:p>
          <w:p>
            <w:r>
              <w:t>1·2·3문단 / 중앙은행이 (5)를 고정</w:t>
            </w:r>
          </w:p>
        </w:tc>
        <w:tc>
          <w:tcPr>
            <w:tcW w:type="dxa" w:w="4535"/>
          </w:tcPr>
          <w:p>
            <w:r>
              <w:t>1~2·3·4문단 / 중앙은행이 (6)을/를 고정</w:t>
            </w:r>
          </w:p>
        </w:tc>
      </w:tr>
      <w:tr>
        <w:tc>
          <w:tcPr>
            <w:tcW w:type="dxa" w:w="1701"/>
          </w:tcPr>
          <w:p>
            <w:r>
              <w:t>인쇄 43쪽 / PDF 51쪽 / KN-030 / P033</w:t>
            </w:r>
          </w:p>
        </w:tc>
        <w:tc>
          <w:tcPr>
            <w:tcW w:type="dxa" w:w="3402"/>
          </w:tcPr>
          <w:p>
            <w:r/>
            <w:r>
              <w:rPr>
                <w:b/>
              </w:rPr>
              <w:t>요약 문단 표제</w:t>
            </w:r>
          </w:p>
          <w:p>
            <w:r>
              <w:t>4·5문단</w:t>
            </w:r>
          </w:p>
        </w:tc>
        <w:tc>
          <w:tcPr>
            <w:tcW w:type="dxa" w:w="4535"/>
          </w:tcPr>
          <w:p>
            <w:r>
              <w:t>5·6문단</w:t>
            </w:r>
          </w:p>
        </w:tc>
      </w:tr>
      <w:tr>
        <w:tc>
          <w:tcPr>
            <w:tcW w:type="dxa" w:w="1701"/>
          </w:tcPr>
          <w:p>
            <w:r>
              <w:t>인쇄 47쪽 / PDF 55쪽 / KN-030 / P034</w:t>
            </w:r>
          </w:p>
        </w:tc>
        <w:tc>
          <w:tcPr>
            <w:tcW w:type="dxa" w:w="3402"/>
          </w:tcPr>
          <w:p>
            <w:r/>
            <w:r>
              <w:rPr>
                <w:b/>
              </w:rPr>
              <w:t>예상1 정답·해설·채점표</w:t>
            </w:r>
          </w:p>
          <w:p>
            <w:r>
              <w:t>내생적으로도 허용</w:t>
            </w:r>
          </w:p>
        </w:tc>
        <w:tc>
          <w:tcPr>
            <w:tcW w:type="dxa" w:w="4535"/>
          </w:tcPr>
          <w:p>
            <w:r>
              <w:t>내생적만 허용</w:t>
            </w:r>
          </w:p>
        </w:tc>
      </w:tr>
      <w:tr>
        <w:tc>
          <w:tcPr>
            <w:tcW w:type="dxa" w:w="1701"/>
          </w:tcPr>
          <w:p>
            <w:r>
              <w:t>인쇄 48쪽 / PDF 56쪽 / KN-030 / P035</w:t>
            </w:r>
          </w:p>
        </w:tc>
        <w:tc>
          <w:tcPr>
            <w:tcW w:type="dxa" w:w="3402"/>
          </w:tcPr>
          <w:p>
            <w:r/>
            <w:r>
              <w:rPr>
                <w:b/>
              </w:rPr>
              <w:t>예상4 해설④</w:t>
            </w:r>
          </w:p>
          <w:p>
            <w:r>
              <w:t>7문단</w:t>
            </w:r>
          </w:p>
        </w:tc>
        <w:tc>
          <w:tcPr>
            <w:tcW w:type="dxa" w:w="4535"/>
          </w:tcPr>
          <w:p>
            <w:r>
              <w:t>6문단</w:t>
            </w:r>
          </w:p>
        </w:tc>
      </w:tr>
      <w:tr>
        <w:tc>
          <w:tcPr>
            <w:tcW w:type="dxa" w:w="1701"/>
          </w:tcPr>
          <w:p>
            <w:r>
              <w:t>인쇄 49쪽 / PDF 57쪽 / KN-030 / P036</w:t>
            </w:r>
          </w:p>
        </w:tc>
        <w:tc>
          <w:tcPr>
            <w:tcW w:type="dxa" w:w="3402"/>
          </w:tcPr>
          <w:p>
            <w:r/>
            <w:r>
              <w:rPr>
                <w:b/>
              </w:rPr>
              <w:t>예상5 ㉠ 정답·인용·채점표</w:t>
            </w:r>
          </w:p>
          <w:p>
            <w:r>
              <w:t>이처럼 / 된다.</w:t>
            </w:r>
          </w:p>
        </w:tc>
        <w:tc>
          <w:tcPr>
            <w:tcW w:type="dxa" w:w="4535"/>
          </w:tcPr>
          <w:p>
            <w:r>
              <w:t>이처럼 / 요인이다.</w:t>
            </w:r>
          </w:p>
        </w:tc>
      </w:tr>
      <w:tr>
        <w:tc>
          <w:tcPr>
            <w:tcW w:type="dxa" w:w="1701"/>
          </w:tcPr>
          <w:p>
            <w:r>
              <w:t>인쇄 49쪽 / PDF 57쪽 / KN-030 / P037</w:t>
            </w:r>
          </w:p>
        </w:tc>
        <w:tc>
          <w:tcPr>
            <w:tcW w:type="dxa" w:w="3402"/>
          </w:tcPr>
          <w:p>
            <w:r/>
            <w:r>
              <w:rPr>
                <w:b/>
              </w:rPr>
              <w:t>예상6 해설① 끝부분</w:t>
            </w:r>
          </w:p>
          <w:p>
            <w:r>
              <w:t>공급량이 고정된 상태로 이자율만 변하게 된다</w:t>
            </w:r>
          </w:p>
        </w:tc>
        <w:tc>
          <w:tcPr>
            <w:tcW w:type="dxa" w:w="4535"/>
          </w:tcPr>
          <w:p>
            <w:r>
              <w:t>통화량이 고정된 상태에서 소득과 이자율이 변하며 LM 곡선 위의 점이 이동한다</w:t>
            </w:r>
          </w:p>
        </w:tc>
      </w:tr>
      <w:tr>
        <w:tc>
          <w:tcPr>
            <w:tcW w:type="dxa" w:w="1701"/>
          </w:tcPr>
          <w:p>
            <w:r>
              <w:t>인쇄 51쪽 / PDF 59쪽 / KN-031 / P047</w:t>
            </w:r>
          </w:p>
        </w:tc>
        <w:tc>
          <w:tcPr>
            <w:tcW w:type="dxa" w:w="3402"/>
          </w:tcPr>
          <w:p>
            <w:r/>
            <w:r>
              <w:rPr>
                <w:b/>
              </w:rPr>
              <w:t>요약 정답6·10</w:t>
            </w:r>
          </w:p>
          <w:p>
            <w:r>
              <w:t>6 부당 이득 반환 청구 / 10 개인 정보</w:t>
            </w:r>
          </w:p>
        </w:tc>
        <w:tc>
          <w:tcPr>
            <w:tcW w:type="dxa" w:w="4535"/>
          </w:tcPr>
          <w:p>
            <w:r>
              <w:t>6 청구 / 10 개인 정보 제공</w:t>
            </w:r>
          </w:p>
        </w:tc>
      </w:tr>
      <w:tr>
        <w:tc>
          <w:tcPr>
            <w:tcW w:type="dxa" w:w="1701"/>
          </w:tcPr>
          <w:p>
            <w:r>
              <w:t>인쇄 52쪽 / PDF 60쪽 / KN-031 / P048</w:t>
            </w:r>
          </w:p>
        </w:tc>
        <w:tc>
          <w:tcPr>
            <w:tcW w:type="dxa" w:w="3402"/>
          </w:tcPr>
          <w:p>
            <w:r/>
            <w:r>
              <w:rPr>
                <w:b/>
              </w:rPr>
              <w:t>예상2 조건 마지막 항목</w:t>
            </w:r>
          </w:p>
          <w:p>
            <w:r>
              <w:t>모든 정답은 지문에 명시된 단어를 그대로 사용할 것</w:t>
            </w:r>
          </w:p>
        </w:tc>
        <w:tc>
          <w:tcPr>
            <w:tcW w:type="dxa" w:w="4535"/>
          </w:tcPr>
          <w:p>
            <w:r>
              <w:t>③은 지문에 명시된 단어를 그대로 사용할 것</w:t>
              <w:br/>
              <w:t>반영 문구</w:t>
              <w:br/>
              <w:t>• ③은 지문에 명시된 단어를 그대로 사용할 것.</w:t>
            </w:r>
          </w:p>
        </w:tc>
      </w:tr>
      <w:tr>
        <w:tc>
          <w:tcPr>
            <w:tcW w:type="dxa" w:w="1701"/>
          </w:tcPr>
          <w:p>
            <w:r>
              <w:t>인쇄 53쪽 / PDF 61쪽 / KN-031 / P049</w:t>
            </w:r>
          </w:p>
        </w:tc>
        <w:tc>
          <w:tcPr>
            <w:tcW w:type="dxa" w:w="3402"/>
          </w:tcPr>
          <w:p>
            <w:r/>
            <w:r>
              <w:rPr>
                <w:b/>
              </w:rPr>
              <w:t>예상3 발문·보기·조건</w:t>
            </w:r>
          </w:p>
          <w:p>
            <w:r>
              <w:t>존재하지 않는 (가)/(나) 제시문, 공백 포함10자 이내</w:t>
            </w:r>
          </w:p>
        </w:tc>
        <w:tc>
          <w:tcPr>
            <w:tcW w:type="dxa" w:w="4535"/>
          </w:tcPr>
          <w:p>
            <w:r>
              <w:t>원문3·7문단 참조, 공백 포함11자 이내</w:t>
            </w:r>
          </w:p>
        </w:tc>
      </w:tr>
      <w:tr>
        <w:tc>
          <w:tcPr>
            <w:tcW w:type="dxa" w:w="1701"/>
          </w:tcPr>
          <w:p>
            <w:r>
              <w:t>인쇄 54쪽 / PDF 62쪽 / KN-031 / P050</w:t>
            </w:r>
          </w:p>
        </w:tc>
        <w:tc>
          <w:tcPr>
            <w:tcW w:type="dxa" w:w="3402"/>
          </w:tcPr>
          <w:p>
            <w:r/>
            <w:r>
              <w:rPr>
                <w:b/>
              </w:rPr>
              <w:t>예상5 상황1 판단 시점</w:t>
            </w:r>
          </w:p>
          <w:p>
            <w:r>
              <w:t>은행 통지 후 상황까지 서술하면서 선의로만 판단</w:t>
            </w:r>
          </w:p>
        </w:tc>
        <w:tc>
          <w:tcPr>
            <w:tcW w:type="dxa" w:w="4535"/>
          </w:tcPr>
          <w:p>
            <w:r>
              <w:t>상황1은 은행 안내 전의 인지·책임을 판단하도록 명시</w:t>
              <w:br/>
              <w:t>반영 문구</w:t>
              <w:br/>
              <w:t>㉠~㉥ 중 틀린 것 2개를 찾아 고쳐 쓰시오.</w:t>
              <w:br/>
              <w:t>(상황1의 인지·책임은 은행 안내 전 기준)</w:t>
            </w:r>
          </w:p>
        </w:tc>
      </w:tr>
      <w:tr>
        <w:tc>
          <w:tcPr>
            <w:tcW w:type="dxa" w:w="1701"/>
          </w:tcPr>
          <w:p>
            <w:r>
              <w:t>인쇄 55쪽 / PDF 63쪽 / KN-031 / P051</w:t>
            </w:r>
          </w:p>
        </w:tc>
        <w:tc>
          <w:tcPr>
            <w:tcW w:type="dxa" w:w="3402"/>
          </w:tcPr>
          <w:p>
            <w:r/>
            <w:r>
              <w:rPr>
                <w:b/>
              </w:rPr>
              <w:t>예상1 해설③④ 문단 번호</w:t>
            </w:r>
          </w:p>
          <w:p>
            <w:r>
              <w:t>6문단</w:t>
            </w:r>
          </w:p>
        </w:tc>
        <w:tc>
          <w:tcPr>
            <w:tcW w:type="dxa" w:w="4535"/>
          </w:tcPr>
          <w:p>
            <w:r>
              <w:t>7문단</w:t>
            </w:r>
          </w:p>
        </w:tc>
      </w:tr>
      <w:tr>
        <w:tc>
          <w:tcPr>
            <w:tcW w:type="dxa" w:w="1701"/>
          </w:tcPr>
          <w:p>
            <w:r>
              <w:t>인쇄 56쪽 / PDF 64쪽 / KN-031 / P052</w:t>
            </w:r>
          </w:p>
        </w:tc>
        <w:tc>
          <w:tcPr>
            <w:tcW w:type="dxa" w:w="3402"/>
          </w:tcPr>
          <w:p>
            <w:r/>
            <w:r>
              <w:rPr>
                <w:b/>
              </w:rPr>
              <w:t>예상3 해설 제시문 참조</w:t>
            </w:r>
          </w:p>
          <w:p>
            <w:r>
              <w:t>(가)/(나)</w:t>
            </w:r>
          </w:p>
        </w:tc>
        <w:tc>
          <w:tcPr>
            <w:tcW w:type="dxa" w:w="4535"/>
          </w:tcPr>
          <w:p>
            <w:r>
              <w:t>3문단/7문단</w:t>
            </w:r>
          </w:p>
        </w:tc>
      </w:tr>
      <w:tr>
        <w:tc>
          <w:tcPr>
            <w:tcW w:type="dxa" w:w="1701"/>
          </w:tcPr>
          <w:p>
            <w:r>
              <w:t>인쇄 56쪽 / PDF 64쪽 / KN-031 / P053</w:t>
            </w:r>
          </w:p>
        </w:tc>
        <w:tc>
          <w:tcPr>
            <w:tcW w:type="dxa" w:w="3402"/>
          </w:tcPr>
          <w:p>
            <w:r/>
            <w:r>
              <w:rPr>
                <w:b/>
              </w:rPr>
              <w:t>예상4㉠ 정답·원문 인용·채점표</w:t>
            </w:r>
          </w:p>
          <w:p>
            <w:r>
              <w:t>부당 이득 반환을 청구</w:t>
            </w:r>
          </w:p>
        </w:tc>
        <w:tc>
          <w:tcPr>
            <w:tcW w:type="dxa" w:w="4535"/>
          </w:tcPr>
          <w:p>
            <w:r>
              <w:t>부당 이득의 반환을 청구</w:t>
            </w:r>
          </w:p>
        </w:tc>
      </w:tr>
      <w:tr>
        <w:tc>
          <w:tcPr>
            <w:tcW w:type="dxa" w:w="1701"/>
          </w:tcPr>
          <w:p>
            <w:r>
              <w:t>인쇄 57쪽 / PDF 65쪽 / KN-031 / P054</w:t>
            </w:r>
          </w:p>
        </w:tc>
        <w:tc>
          <w:tcPr>
            <w:tcW w:type="dxa" w:w="3402"/>
          </w:tcPr>
          <w:p>
            <w:r/>
            <w:r>
              <w:rPr>
                <w:b/>
              </w:rPr>
              <w:t>예상5 해설 은행 역할 근거</w:t>
            </w:r>
          </w:p>
          <w:p>
            <w:r>
              <w:t>7문단에 따르면 은행은…</w:t>
            </w:r>
          </w:p>
        </w:tc>
        <w:tc>
          <w:tcPr>
            <w:tcW w:type="dxa" w:w="4535"/>
          </w:tcPr>
          <w:p>
            <w:r>
              <w:t>6·7문단에 따르면 은행은…</w:t>
            </w:r>
          </w:p>
        </w:tc>
      </w:tr>
      <w:tr>
        <w:tc>
          <w:tcPr>
            <w:tcW w:type="dxa" w:w="1701"/>
          </w:tcPr>
          <w:p>
            <w:r>
              <w:t>인쇄 62쪽 / PDF 70쪽 / KN-032 / P063</w:t>
            </w:r>
          </w:p>
        </w:tc>
        <w:tc>
          <w:tcPr>
            <w:tcW w:type="dxa" w:w="3402"/>
          </w:tcPr>
          <w:p>
            <w:r/>
            <w:r>
              <w:rPr>
                <w:b/>
              </w:rPr>
              <w:t>예상5 조건·답란</w:t>
            </w:r>
          </w:p>
          <w:p>
            <w:r>
              <w:t>한 단어(명사) / ㉣ 답란 없음</w:t>
            </w:r>
          </w:p>
        </w:tc>
        <w:tc>
          <w:tcPr>
            <w:tcW w:type="dxa" w:w="4535"/>
          </w:tcPr>
          <w:p>
            <w:r>
              <w:t>각각 두 어절의 용어 / ㉣ 답란 추가</w:t>
            </w:r>
          </w:p>
        </w:tc>
      </w:tr>
      <w:tr>
        <w:tc>
          <w:tcPr>
            <w:tcW w:type="dxa" w:w="1701"/>
          </w:tcPr>
          <w:p>
            <w:r>
              <w:t>인쇄 64쪽 / PDF 72쪽 / KN-032 / P064</w:t>
            </w:r>
          </w:p>
        </w:tc>
        <w:tc>
          <w:tcPr>
            <w:tcW w:type="dxa" w:w="3402"/>
          </w:tcPr>
          <w:p>
            <w:r/>
            <w:r>
              <w:rPr>
                <w:b/>
              </w:rPr>
              <w:t>예상3 예시 답안</w:t>
            </w:r>
          </w:p>
          <w:p>
            <w:r>
              <w:t>기한 내에 법률혼 관계를 정리해야 한다. / 결정된다.</w:t>
            </w:r>
          </w:p>
        </w:tc>
        <w:tc>
          <w:tcPr>
            <w:tcW w:type="dxa" w:w="4535"/>
          </w:tcPr>
          <w:p>
            <w:r>
              <w:t>무효와 달리 혼인 취소로 법률혼 관계를 정리하려면 청구 기한 내에 소송을 제기해야 한다</w:t>
            </w:r>
          </w:p>
        </w:tc>
      </w:tr>
      <w:tr>
        <w:tc>
          <w:tcPr>
            <w:tcW w:type="dxa" w:w="1701"/>
          </w:tcPr>
          <w:p>
            <w:r>
              <w:t>인쇄 65쪽 / PDF 73쪽 / KN-032 / P065</w:t>
            </w:r>
          </w:p>
        </w:tc>
        <w:tc>
          <w:tcPr>
            <w:tcW w:type="dxa" w:w="3402"/>
          </w:tcPr>
          <w:p>
            <w:r/>
            <w:r>
              <w:rPr>
                <w:b/>
              </w:rPr>
              <w:t>예상6 예시 답안①②</w:t>
            </w:r>
          </w:p>
          <w:p>
            <w:r>
              <w:t>① 25자 초과 예시 허용 / ② 갖추지 못하였다</w:t>
            </w:r>
          </w:p>
        </w:tc>
        <w:tc>
          <w:tcPr>
            <w:tcW w:type="dxa" w:w="4535"/>
          </w:tcPr>
          <w:p>
            <w:r>
              <w:t>① 이전까지의 법률혼 관계가 인정된다 / ② 혼인의 성립 요건의 흠결</w:t>
            </w:r>
          </w:p>
        </w:tc>
      </w:tr>
      <w:tr>
        <w:tc>
          <w:tcPr>
            <w:tcW w:type="dxa" w:w="1701"/>
          </w:tcPr>
          <w:p>
            <w:r>
              <w:t>인쇄 69쪽 / PDF 77쪽 / KN-033 / P075</w:t>
            </w:r>
          </w:p>
        </w:tc>
        <w:tc>
          <w:tcPr>
            <w:tcW w:type="dxa" w:w="3402"/>
          </w:tcPr>
          <w:p>
            <w:r/>
            <w:r>
              <w:rPr>
                <w:b/>
              </w:rPr>
              <w:t>예상3 제시문 참조·예상4 답란</w:t>
            </w:r>
          </w:p>
          <w:p>
            <w:r>
              <w:t>존재하지 않는 (가)/(나) / 수정한 단어</w:t>
            </w:r>
          </w:p>
        </w:tc>
        <w:tc>
          <w:tcPr>
            <w:tcW w:type="dxa" w:w="4535"/>
          </w:tcPr>
          <w:p>
            <w:r>
              <w:t>두 토지 행정 수단 / 허가제·공시제 / 수정한 문장</w:t>
              <w:br/>
              <w:t>반영 문구</w:t>
              <w:br/>
              <w:t>제시문의 두 토지 행정 수단을 바탕으로 &lt;보기1&gt;의 사례를 분석하려 한다. &lt;보기2&gt;의 ①, ②에 들어갈 가장 적절한 말을 제시문에서 찾아 쓰시오.</w:t>
              <w:br/>
              <w:t>허가제의 관점</w:t>
              <w:br/>
              <w:t>공시제의 관점</w:t>
              <w:br/>
              <w:t>수정한 문장</w:t>
            </w:r>
          </w:p>
        </w:tc>
      </w:tr>
      <w:tr>
        <w:tc>
          <w:tcPr>
            <w:tcW w:type="dxa" w:w="1701"/>
          </w:tcPr>
          <w:p>
            <w:r>
              <w:t>인쇄 76쪽 / PDF 84쪽 / KN-034 / P099</w:t>
            </w:r>
          </w:p>
        </w:tc>
        <w:tc>
          <w:tcPr>
            <w:tcW w:type="dxa" w:w="3402"/>
          </w:tcPr>
          <w:p>
            <w:r/>
            <w:r>
              <w:rPr>
                <w:b/>
              </w:rPr>
              <w:t>예상2③ 분류 기준</w:t>
            </w:r>
          </w:p>
          <w:p>
            <w:r>
              <w:t>설립 목적상</w:t>
            </w:r>
          </w:p>
        </w:tc>
        <w:tc>
          <w:tcPr>
            <w:tcW w:type="dxa" w:w="4535"/>
          </w:tcPr>
          <w:p>
            <w:r>
              <w:t>결합 기반상</w:t>
            </w:r>
          </w:p>
        </w:tc>
      </w:tr>
      <w:tr>
        <w:tc>
          <w:tcPr>
            <w:tcW w:type="dxa" w:w="1701"/>
          </w:tcPr>
          <w:p>
            <w:r>
              <w:t>인쇄 79쪽 / PDF 87쪽 / KN-034 / P100</w:t>
            </w:r>
          </w:p>
        </w:tc>
        <w:tc>
          <w:tcPr>
            <w:tcW w:type="dxa" w:w="3402"/>
          </w:tcPr>
          <w:p>
            <w:r/>
            <w:r>
              <w:rPr>
                <w:b/>
              </w:rPr>
              <w:t>예상1③ 원문 설명</w:t>
            </w:r>
          </w:p>
          <w:p>
            <w:r>
              <w:t>원문에 없는 수익 창출형을 직접 인용에 추가</w:t>
            </w:r>
          </w:p>
        </w:tc>
        <w:tc>
          <w:tcPr>
            <w:tcW w:type="dxa" w:w="4535"/>
          </w:tcPr>
          <w:p>
            <w:r>
              <w:t>원문 내용을 요약으로 설명</w:t>
              <w:br/>
              <w:t>반영 문구</w:t>
              <w:br/>
              <w:t>③ 5문단은 정부 예산에 전적으로 의존하는 조직의 재정 효율성과 유연성이 상대적으로 떨어진다고 한다. 반면 수익을 창출하는 조직은 자체 수익 구조와 수익자 부담으로 운영하여 재정 유연성이 높다.</w:t>
            </w:r>
          </w:p>
        </w:tc>
      </w:tr>
      <w:tr>
        <w:tc>
          <w:tcPr>
            <w:tcW w:type="dxa" w:w="1701"/>
          </w:tcPr>
          <w:p>
            <w:r>
              <w:t>인쇄 81쪽 / PDF 89쪽 / KN-034 / P101</w:t>
            </w:r>
          </w:p>
        </w:tc>
        <w:tc>
          <w:tcPr>
            <w:tcW w:type="dxa" w:w="3402"/>
          </w:tcPr>
          <w:p>
            <w:r/>
            <w:r>
              <w:rPr>
                <w:b/>
              </w:rPr>
              <w:t>예상6㉠ 정답·근거·채점표</w:t>
            </w:r>
          </w:p>
          <w:p>
            <w:r>
              <w:t>특별 / 추구한다.</w:t>
            </w:r>
          </w:p>
        </w:tc>
        <w:tc>
          <w:tcPr>
            <w:tcW w:type="dxa" w:w="4535"/>
          </w:tcPr>
          <w:p>
            <w:r>
              <w:t>그 / 지닌다.</w:t>
            </w:r>
          </w:p>
        </w:tc>
      </w:tr>
      <w:tr>
        <w:tc>
          <w:tcPr>
            <w:tcW w:type="dxa" w:w="1701"/>
          </w:tcPr>
          <w:p>
            <w:r>
              <w:t>인쇄 84쪽 / PDF 92쪽 / KN-035 / P108</w:t>
            </w:r>
          </w:p>
        </w:tc>
        <w:tc>
          <w:tcPr>
            <w:tcW w:type="dxa" w:w="3402"/>
          </w:tcPr>
          <w:p>
            <w:r/>
            <w:r>
              <w:rPr>
                <w:b/>
              </w:rPr>
              <w:t>예상1 어미 조건·예상2 참조 및 인명</w:t>
            </w:r>
          </w:p>
          <w:p>
            <w:r>
              <w:t>①-고·③-다 요구 / &lt;보기&gt;에서 찾음 / 페이먼트</w:t>
            </w:r>
          </w:p>
        </w:tc>
        <w:tc>
          <w:tcPr>
            <w:tcW w:type="dxa" w:w="4535"/>
          </w:tcPr>
          <w:p>
            <w:r>
              <w:t>①②-다·③원문 어구 / 제시문에서 찾음 / 페이트먼</w:t>
            </w:r>
          </w:p>
        </w:tc>
      </w:tr>
      <w:tr>
        <w:tc>
          <w:tcPr>
            <w:tcW w:type="dxa" w:w="1701"/>
          </w:tcPr>
          <w:p>
            <w:r>
              <w:t>인쇄 87쪽 / PDF 95쪽 / KN-035 / P109</w:t>
            </w:r>
          </w:p>
        </w:tc>
        <w:tc>
          <w:tcPr>
            <w:tcW w:type="dxa" w:w="3402"/>
          </w:tcPr>
          <w:p>
            <w:r/>
            <w:r>
              <w:rPr>
                <w:b/>
              </w:rPr>
              <w:t>예상1① 정답·해설·채점표</w:t>
            </w:r>
          </w:p>
          <w:p>
            <w:r>
              <w:t>크고</w:t>
            </w:r>
          </w:p>
        </w:tc>
        <w:tc>
          <w:tcPr>
            <w:tcW w:type="dxa" w:w="4535"/>
          </w:tcPr>
          <w:p>
            <w:r>
              <w:t>크다</w:t>
            </w:r>
          </w:p>
        </w:tc>
      </w:tr>
      <w:tr>
        <w:tc>
          <w:tcPr>
            <w:tcW w:type="dxa" w:w="1701"/>
          </w:tcPr>
          <w:p>
            <w:r>
              <w:t>인쇄 100쪽 / PDF 108쪽 / KN-037 / P138</w:t>
            </w:r>
          </w:p>
        </w:tc>
        <w:tc>
          <w:tcPr>
            <w:tcW w:type="dxa" w:w="3402"/>
          </w:tcPr>
          <w:p>
            <w:r/>
            <w:r>
              <w:rPr>
                <w:b/>
              </w:rPr>
              <w:t>예상1 지시 대상</w:t>
            </w:r>
          </w:p>
          <w:p>
            <w:r>
              <w:t>㉠㉡ 정의 및 보기1·2 구분 없음</w:t>
            </w:r>
          </w:p>
        </w:tc>
        <w:tc>
          <w:tcPr>
            <w:tcW w:type="dxa" w:w="4535"/>
          </w:tcPr>
          <w:p>
            <w:r>
              <w:t>두 사용 개념을 발문에 명시</w:t>
              <w:br/>
              <w:t>반영 문구</w:t>
              <w:br/>
              <w:t>다음은 단순한 사실상의 사용(㉠)과 삶을 이어 가는 물건의 사용(㉡)의 이유이다. (가), (나)에 들어갈 말을 윗글에서 찾아 쓰시오.</w:t>
            </w:r>
          </w:p>
        </w:tc>
      </w:tr>
      <w:tr>
        <w:tc>
          <w:tcPr>
            <w:tcW w:type="dxa" w:w="1701"/>
          </w:tcPr>
          <w:p>
            <w:r>
              <w:t>인쇄 101쪽 / PDF 109쪽 / KN-037 / P139</w:t>
            </w:r>
          </w:p>
        </w:tc>
        <w:tc>
          <w:tcPr>
            <w:tcW w:type="dxa" w:w="3402"/>
          </w:tcPr>
          <w:p>
            <w:r/>
            <w:r>
              <w:rPr>
                <w:b/>
              </w:rPr>
              <w:t>예상4 밑줄 누락</w:t>
            </w:r>
          </w:p>
          <w:p>
            <w:r>
              <w:t>밑줄 친 부분을 수정하도록 요구하나 밑줄 없음</w:t>
            </w:r>
          </w:p>
        </w:tc>
        <w:tc>
          <w:tcPr>
            <w:tcW w:type="dxa" w:w="4535"/>
          </w:tcPr>
          <w:p>
            <w:r>
              <w:t>각 진술의 판단 대상 개념에 밑줄</w:t>
            </w:r>
          </w:p>
        </w:tc>
      </w:tr>
      <w:tr>
        <w:tc>
          <w:tcPr>
            <w:tcW w:type="dxa" w:w="1701"/>
          </w:tcPr>
          <w:p>
            <w:r>
              <w:t>인쇄 106쪽 / PDF 114쪽 / KN-038 / P153</w:t>
            </w:r>
          </w:p>
        </w:tc>
        <w:tc>
          <w:tcPr>
            <w:tcW w:type="dxa" w:w="3402"/>
          </w:tcPr>
          <w:p>
            <w:r/>
            <w:r>
              <w:rPr>
                <w:b/>
              </w:rPr>
              <w:t>요약 문단 번호</w:t>
            </w:r>
          </w:p>
          <w:p>
            <w:r>
              <w:t>1문단 / 2문단</w:t>
            </w:r>
          </w:p>
        </w:tc>
        <w:tc>
          <w:tcPr>
            <w:tcW w:type="dxa" w:w="4535"/>
          </w:tcPr>
          <w:p>
            <w:r>
              <w:t>1~2 / 3문단</w:t>
            </w:r>
          </w:p>
        </w:tc>
      </w:tr>
      <w:tr>
        <w:tc>
          <w:tcPr>
            <w:tcW w:type="dxa" w:w="1701"/>
          </w:tcPr>
          <w:p>
            <w:r>
              <w:t>인쇄 107쪽 / PDF 115쪽 / KN-038 / P154</w:t>
            </w:r>
          </w:p>
        </w:tc>
        <w:tc>
          <w:tcPr>
            <w:tcW w:type="dxa" w:w="3402"/>
          </w:tcPr>
          <w:p>
            <w:r/>
            <w:r>
              <w:rPr>
                <w:b/>
              </w:rPr>
              <w:t>요약 문단 번호</w:t>
            </w:r>
          </w:p>
          <w:p>
            <w:r>
              <w:t>3문단 / 4문단 / 5문단</w:t>
            </w:r>
          </w:p>
        </w:tc>
        <w:tc>
          <w:tcPr>
            <w:tcW w:type="dxa" w:w="4535"/>
          </w:tcPr>
          <w:p>
            <w:r>
              <w:t>4문단 / 4~5 / 5~6</w:t>
            </w:r>
          </w:p>
        </w:tc>
      </w:tr>
      <w:tr>
        <w:tc>
          <w:tcPr>
            <w:tcW w:type="dxa" w:w="1701"/>
          </w:tcPr>
          <w:p>
            <w:r>
              <w:t>인쇄 117쪽 / PDF 125쪽 / KN-039 / P158</w:t>
            </w:r>
          </w:p>
        </w:tc>
        <w:tc>
          <w:tcPr>
            <w:tcW w:type="dxa" w:w="3402"/>
          </w:tcPr>
          <w:p>
            <w:r/>
            <w:r>
              <w:rPr>
                <w:b/>
              </w:rPr>
              <w:t>요약10 조사·명사 중복</w:t>
            </w:r>
          </w:p>
          <w:p>
            <w:r>
              <w:t>유년기 사회</w:t>
            </w:r>
          </w:p>
        </w:tc>
        <w:tc>
          <w:tcPr>
            <w:tcW w:type="dxa" w:w="4535"/>
          </w:tcPr>
          <w:p>
            <w:r>
              <w:t>유년기</w:t>
            </w:r>
          </w:p>
        </w:tc>
      </w:tr>
      <w:tr>
        <w:tc>
          <w:tcPr>
            <w:tcW w:type="dxa" w:w="1701"/>
          </w:tcPr>
          <w:p>
            <w:r>
              <w:t>인쇄 118쪽 / PDF 126쪽 / KN-039 / P159</w:t>
            </w:r>
          </w:p>
        </w:tc>
        <w:tc>
          <w:tcPr>
            <w:tcW w:type="dxa" w:w="3402"/>
          </w:tcPr>
          <w:p>
            <w:r/>
            <w:r>
              <w:rPr>
                <w:b/>
              </w:rPr>
              <w:t>예상2 지시 기호 정의 누락</w:t>
            </w:r>
          </w:p>
          <w:p>
            <w:r>
              <w:t>㉠과㉡의 이유를 요구하나 원문에 해당기호 없음</w:t>
            </w:r>
          </w:p>
        </w:tc>
        <w:tc>
          <w:tcPr>
            <w:tcW w:type="dxa" w:w="4535"/>
          </w:tcPr>
          <w:p>
            <w:r>
              <w:t>발문에서 두 판단을 명시</w:t>
              <w:br/>
              <w:t>반영 문구</w:t>
              <w:br/>
              <w:t>㉠은 유년기 사회에서 의제를 인정한 판단, ㉡은 성숙한 사회에서 의제에 반대한 판단이다. (가), (나)에 들어갈 말을 제시문에서 찾아 쓰시오.</w:t>
            </w:r>
          </w:p>
        </w:tc>
      </w:tr>
      <w:tr>
        <w:tc>
          <w:tcPr>
            <w:tcW w:type="dxa" w:w="1701"/>
          </w:tcPr>
          <w:p>
            <w:r>
              <w:t>인쇄 120쪽 / PDF 128쪽 / KN-039 / P160</w:t>
            </w:r>
          </w:p>
        </w:tc>
        <w:tc>
          <w:tcPr>
            <w:tcW w:type="dxa" w:w="3402"/>
          </w:tcPr>
          <w:p>
            <w:r/>
            <w:r>
              <w:rPr>
                <w:b/>
              </w:rPr>
              <w:t>예상5 추출 조건</w:t>
            </w:r>
          </w:p>
          <w:p>
            <w:r>
              <w:t>㉡~㉣ 각각 한 단어</w:t>
            </w:r>
          </w:p>
        </w:tc>
        <w:tc>
          <w:tcPr>
            <w:tcW w:type="dxa" w:w="4535"/>
          </w:tcPr>
          <w:p>
            <w:r>
              <w:t>㉡~㉣ 적절한 말</w:t>
            </w:r>
          </w:p>
        </w:tc>
      </w:tr>
      <w:tr>
        <w:tc>
          <w:tcPr>
            <w:tcW w:type="dxa" w:w="1701"/>
          </w:tcPr>
          <w:p>
            <w:r>
              <w:t>인쇄 123쪽 / PDF 131쪽 / KN-039 / P161</w:t>
            </w:r>
          </w:p>
        </w:tc>
        <w:tc>
          <w:tcPr>
            <w:tcW w:type="dxa" w:w="3402"/>
          </w:tcPr>
          <w:p>
            <w:r/>
            <w:r>
              <w:rPr>
                <w:b/>
              </w:rPr>
              <w:t>예상5 정답·해설·채점표 불일치</w:t>
            </w:r>
          </w:p>
          <w:p>
            <w:r>
              <w:t>법적 의제란/의미한다, 가정/조화/분류</w:t>
            </w:r>
          </w:p>
        </w:tc>
        <w:tc>
          <w:tcPr>
            <w:tcW w:type="dxa" w:w="4535"/>
          </w:tcPr>
          <w:p>
            <w:r>
              <w:t>일반적으로/의미한다, 분류/사회적 필요/가정</w:t>
            </w:r>
          </w:p>
        </w:tc>
      </w:tr>
      <w:tr>
        <w:tc>
          <w:tcPr>
            <w:tcW w:type="dxa" w:w="1701"/>
          </w:tcPr>
          <w:p>
            <w:r>
              <w:t>인쇄 130쪽 / PDF 138쪽 / KN-040 / P163</w:t>
            </w:r>
          </w:p>
        </w:tc>
        <w:tc>
          <w:tcPr>
            <w:tcW w:type="dxa" w:w="3402"/>
          </w:tcPr>
          <w:p>
            <w:r/>
            <w:r>
              <w:rPr>
                <w:b/>
              </w:rPr>
              <w:t>예상5 목적격 조사 누락</w:t>
            </w:r>
          </w:p>
          <w:p>
            <w:r>
              <w:t>비활성화 상태였던(㉢) 다시 가동</w:t>
            </w:r>
          </w:p>
        </w:tc>
        <w:tc>
          <w:tcPr>
            <w:tcW w:type="dxa" w:w="4535"/>
          </w:tcPr>
          <w:p>
            <w:r>
              <w:t>비활성화 상태였던(㉢)을 다시 가동</w:t>
            </w:r>
          </w:p>
        </w:tc>
      </w:tr>
      <w:tr>
        <w:tc>
          <w:tcPr>
            <w:tcW w:type="dxa" w:w="1701"/>
          </w:tcPr>
          <w:p>
            <w:r>
              <w:t>인쇄 138쪽 / PDF 146쪽 / KN-041 / P168</w:t>
            </w:r>
          </w:p>
        </w:tc>
        <w:tc>
          <w:tcPr>
            <w:tcW w:type="dxa" w:w="3402"/>
          </w:tcPr>
          <w:p>
            <w:r/>
            <w:r>
              <w:rPr>
                <w:b/>
              </w:rPr>
              <w:t>예상6 ㉤수정 범위와 답안 불일치</w:t>
            </w:r>
          </w:p>
          <w:p>
            <w:r>
              <w:t>합성하기 쉽다는 장점이 있다 중 일부 밑줄</w:t>
            </w:r>
          </w:p>
        </w:tc>
        <w:tc>
          <w:tcPr>
            <w:tcW w:type="dxa" w:w="4535"/>
          </w:tcPr>
          <w:p>
            <w:r>
              <w:t>합성할 필요가 없다 전체를 수정 대상으로 제시</w:t>
              <w:br/>
              <w:t>반영 문구</w:t>
              <w:br/>
              <w:t>㉤합성할 필요가 없다.</w:t>
            </w:r>
          </w:p>
        </w:tc>
      </w:tr>
      <w:tr>
        <w:tc>
          <w:tcPr>
            <w:tcW w:type="dxa" w:w="1701"/>
          </w:tcPr>
          <w:p>
            <w:r>
              <w:t>인쇄 141쪽 / PDF 149쪽 / KN-041 / P169</w:t>
            </w:r>
          </w:p>
        </w:tc>
        <w:tc>
          <w:tcPr>
            <w:tcW w:type="dxa" w:w="3402"/>
          </w:tcPr>
          <w:p>
            <w:r/>
            <w:r>
              <w:rPr>
                <w:b/>
              </w:rPr>
              <w:t>예상6 정답의 조사·어미 및 길이</w:t>
            </w:r>
          </w:p>
          <w:p>
            <w:r>
              <w:t>④낮은 / ⑥합성해야 한다는 어려움이 있다</w:t>
            </w:r>
          </w:p>
        </w:tc>
        <w:tc>
          <w:tcPr>
            <w:tcW w:type="dxa" w:w="4535"/>
          </w:tcPr>
          <w:p>
            <w:r>
              <w:t>④낮기 / ⑥합성해야 한다</w:t>
            </w:r>
          </w:p>
        </w:tc>
      </w:tr>
      <w:tr>
        <w:tc>
          <w:tcPr>
            <w:tcW w:type="dxa" w:w="1701"/>
          </w:tcPr>
          <w:p>
            <w:r>
              <w:t>인쇄 149쪽 / PDF 157쪽 / KN-042 / P178</w:t>
            </w:r>
          </w:p>
        </w:tc>
        <w:tc>
          <w:tcPr>
            <w:tcW w:type="dxa" w:w="3402"/>
          </w:tcPr>
          <w:p>
            <w:r/>
            <w:r>
              <w:rPr>
                <w:b/>
              </w:rPr>
              <w:t>예상6 정의 문장 마지막 어절</w:t>
            </w:r>
          </w:p>
          <w:p>
            <w:r>
              <w:t>㉠ 한편, 하는데 / 중간 절을 문장으로 인용</w:t>
            </w:r>
          </w:p>
        </w:tc>
        <w:tc>
          <w:tcPr>
            <w:tcW w:type="dxa" w:w="4535"/>
          </w:tcPr>
          <w:p>
            <w:r>
              <w:t>㉠ 한편, 있다 / 문장 끝까지 확인하도록 해설 수정</w:t>
              <w:br/>
              <w:t>반영 문구</w:t>
              <w:br/>
              <w:t>정답: ㉠ 한편, 있다 ㉡ 관류 ㉢ 라멜라 ㉣ 역류</w:t>
              <w:br/>
              <w:t>㉠ 제시문 5문단 첫 문장은 '한편'으로 시작하여 환수의 정의와 두 가지 환수 방법을 설명한다. 문장 전체는 '크게 두 가지가 있다.'로 끝나므로 마지막 어절은 '있다'이다.</w:t>
              <w:br/>
              <w:t>㉠ 한편, 있다</w:t>
            </w:r>
          </w:p>
        </w:tc>
      </w:tr>
      <w:tr>
        <w:tc>
          <w:tcPr>
            <w:tcW w:type="dxa" w:w="1701"/>
          </w:tcPr>
          <w:p>
            <w:r>
              <w:t>인쇄 153쪽 / PDF 161쪽 / KN-043 / P179</w:t>
            </w:r>
          </w:p>
        </w:tc>
        <w:tc>
          <w:tcPr>
            <w:tcW w:type="dxa" w:w="3402"/>
          </w:tcPr>
          <w:p>
            <w:r/>
            <w:r>
              <w:rPr>
                <w:b/>
              </w:rPr>
              <w:t>예상4 ③ 원문 추출 조건</w:t>
            </w:r>
          </w:p>
          <w:p>
            <w:r>
              <w:t>①②③ 모두 윗글에서 찾아 쓰시오</w:t>
            </w:r>
          </w:p>
        </w:tc>
        <w:tc>
          <w:tcPr>
            <w:tcW w:type="dxa" w:w="4535"/>
          </w:tcPr>
          <w:p>
            <w:r>
              <w:t>①②는 원문에서 찾고 ③은 내용을 바탕으로 작성</w:t>
            </w:r>
          </w:p>
        </w:tc>
      </w:tr>
      <w:tr>
        <w:tc>
          <w:tcPr>
            <w:tcW w:type="dxa" w:w="1701"/>
          </w:tcPr>
          <w:p>
            <w:r>
              <w:t>인쇄 165쪽 / PDF 173쪽 / KN-044 / P181</w:t>
            </w:r>
          </w:p>
        </w:tc>
        <w:tc>
          <w:tcPr>
            <w:tcW w:type="dxa" w:w="3402"/>
          </w:tcPr>
          <w:p>
            <w:r/>
            <w:r>
              <w:rPr>
                <w:b/>
              </w:rPr>
              <w:t>예상6 근거 문단 번호</w:t>
            </w:r>
          </w:p>
          <w:p>
            <w:r>
              <w:t>㉠2문단 ㉡2문단 ㉢3문단 ㉣2문단</w:t>
            </w:r>
          </w:p>
        </w:tc>
        <w:tc>
          <w:tcPr>
            <w:tcW w:type="dxa" w:w="4535"/>
          </w:tcPr>
          <w:p>
            <w:r>
              <w:t>㉠3문단 ㉡3문단 ㉢4문단 ㉣3문단</w:t>
            </w:r>
          </w:p>
        </w:tc>
      </w:tr>
      <w:tr>
        <w:tc>
          <w:tcPr>
            <w:tcW w:type="dxa" w:w="1701"/>
          </w:tcPr>
          <w:p>
            <w:r>
              <w:t>인쇄 169쪽 / PDF 177쪽 / KN-045 / P185</w:t>
            </w:r>
          </w:p>
        </w:tc>
        <w:tc>
          <w:tcPr>
            <w:tcW w:type="dxa" w:w="3402"/>
          </w:tcPr>
          <w:p>
            <w:r/>
            <w:r>
              <w:rPr>
                <w:b/>
              </w:rPr>
              <w:t>예상3 동의어 선택 기준</w:t>
            </w:r>
          </w:p>
          <w:p>
            <w:r>
              <w:t>시원 세포의 핵심 속성과 유사한 단어3개</w:t>
            </w:r>
          </w:p>
        </w:tc>
        <w:tc>
          <w:tcPr>
            <w:tcW w:type="dxa" w:w="4535"/>
          </w:tcPr>
          <w:p>
            <w:r>
              <w:t>기원·가능성·핵심에 대응하는 단어를 각각 선택</w:t>
            </w:r>
          </w:p>
        </w:tc>
      </w:tr>
      <w:tr>
        <w:tc>
          <w:tcPr>
            <w:tcW w:type="dxa" w:w="1701"/>
          </w:tcPr>
          <w:p>
            <w:r>
              <w:t>인쇄 172쪽 / PDF 180쪽 / KN-045 / P186</w:t>
            </w:r>
          </w:p>
        </w:tc>
        <w:tc>
          <w:tcPr>
            <w:tcW w:type="dxa" w:w="3402"/>
          </w:tcPr>
          <w:p>
            <w:r/>
            <w:r>
              <w:rPr>
                <w:b/>
              </w:rPr>
              <w:t>예상4 예시답안60자 초과</w:t>
            </w:r>
          </w:p>
          <w:p>
            <w:r>
              <w:t>공백·문장부호 포함61자</w:t>
            </w:r>
          </w:p>
        </w:tc>
        <w:tc>
          <w:tcPr>
            <w:tcW w:type="dxa" w:w="4535"/>
          </w:tcPr>
          <w:p>
            <w:r>
              <w:t>쉼표1개 삭제하여60자</w:t>
            </w:r>
          </w:p>
        </w:tc>
      </w:tr>
      <w:tr>
        <w:tc>
          <w:tcPr>
            <w:tcW w:type="dxa" w:w="1701"/>
          </w:tcPr>
          <w:p>
            <w:r>
              <w:t>인쇄 174쪽 / PDF 182쪽 / KN-046 / P187</w:t>
            </w:r>
          </w:p>
        </w:tc>
        <w:tc>
          <w:tcPr>
            <w:tcW w:type="dxa" w:w="3402"/>
          </w:tcPr>
          <w:p>
            <w:r/>
            <w:r>
              <w:rPr>
                <w:b/>
              </w:rPr>
              <w:t>요약1문단 원-핫 예시 벡터 누락</w:t>
            </w:r>
          </w:p>
          <w:p>
            <w:r>
              <w:t>오늘은으로 표현</w:t>
            </w:r>
          </w:p>
        </w:tc>
        <w:tc>
          <w:tcPr>
            <w:tcW w:type="dxa" w:w="4535"/>
          </w:tcPr>
          <w:p>
            <w:r>
              <w:t>오늘은 [1, 0, 0, 0]으로 표현</w:t>
            </w:r>
          </w:p>
        </w:tc>
      </w:tr>
      <w:tr>
        <w:tc>
          <w:tcPr>
            <w:tcW w:type="dxa" w:w="1701"/>
          </w:tcPr>
          <w:p>
            <w:r>
              <w:t>인쇄 180쪽 / PDF 188쪽 / KN-046 / P189</w:t>
            </w:r>
          </w:p>
        </w:tc>
        <w:tc>
          <w:tcPr>
            <w:tcW w:type="dxa" w:w="3402"/>
          </w:tcPr>
          <w:p>
            <w:r/>
            <w:r>
              <w:rPr>
                <w:b/>
              </w:rPr>
              <w:t>예상3 예시 글자 수</w:t>
            </w:r>
          </w:p>
          <w:p>
            <w:r>
              <w:t>81자</w:t>
            </w:r>
          </w:p>
        </w:tc>
        <w:tc>
          <w:tcPr>
            <w:tcW w:type="dxa" w:w="4535"/>
          </w:tcPr>
          <w:p>
            <w:r>
              <w:t>87자</w:t>
            </w:r>
          </w:p>
        </w:tc>
      </w:tr>
      <w:tr>
        <w:tc>
          <w:tcPr>
            <w:tcW w:type="dxa" w:w="1701"/>
          </w:tcPr>
          <w:p>
            <w:r>
              <w:t>인쇄 183쪽 / PDF 191쪽 / KN-047 / P190</w:t>
            </w:r>
          </w:p>
        </w:tc>
        <w:tc>
          <w:tcPr>
            <w:tcW w:type="dxa" w:w="3402"/>
          </w:tcPr>
          <w:p>
            <w:r/>
            <w:r>
              <w:rPr>
                <w:b/>
              </w:rPr>
              <w:t>요약12 답안 누락</w:t>
            </w:r>
          </w:p>
          <w:p>
            <w:r>
              <w:t>병렬성</w:t>
            </w:r>
          </w:p>
        </w:tc>
        <w:tc>
          <w:tcPr>
            <w:tcW w:type="dxa" w:w="4535"/>
          </w:tcPr>
          <w:p>
            <w:r>
              <w:t>병렬성 손실</w:t>
            </w:r>
          </w:p>
        </w:tc>
      </w:tr>
      <w:tr>
        <w:tc>
          <w:tcPr>
            <w:tcW w:type="dxa" w:w="1701"/>
          </w:tcPr>
          <w:p>
            <w:r>
              <w:t>인쇄 205쪽 / PDF 213쪽 / KN-049 / P192</w:t>
            </w:r>
          </w:p>
        </w:tc>
        <w:tc>
          <w:tcPr>
            <w:tcW w:type="dxa" w:w="3402"/>
          </w:tcPr>
          <w:p>
            <w:r/>
            <w:r>
              <w:rPr>
                <w:b/>
              </w:rPr>
              <w:t>예상5 문장 첫 어절·근거 단락</w:t>
            </w:r>
          </w:p>
          <w:p>
            <w:r>
              <w:t>현재, 있었다. / ③④ 5단락</w:t>
            </w:r>
          </w:p>
        </w:tc>
        <w:tc>
          <w:tcPr>
            <w:tcW w:type="dxa" w:w="4535"/>
          </w:tcPr>
          <w:p>
            <w:r>
              <w:t>방사성, 있었다. / ③④ 4단락</w:t>
            </w:r>
          </w:p>
        </w:tc>
      </w:tr>
      <w:tr>
        <w:tc>
          <w:tcPr>
            <w:tcW w:type="dxa" w:w="1701"/>
          </w:tcPr>
          <w:p>
            <w:r>
              <w:t>인쇄 207쪽 / PDF 215쪽 / KN-050 / P198</w:t>
            </w:r>
          </w:p>
        </w:tc>
        <w:tc>
          <w:tcPr>
            <w:tcW w:type="dxa" w:w="3402"/>
          </w:tcPr>
          <w:p>
            <w:r/>
            <w:r>
              <w:rPr>
                <w:b/>
              </w:rPr>
              <w:t>요약3 시간 관계 표현</w:t>
            </w:r>
          </w:p>
          <w:p>
            <w:r>
              <w:t>의정서 발표 직후(2000·2006년)</w:t>
            </w:r>
          </w:p>
        </w:tc>
        <w:tc>
          <w:tcPr>
            <w:tcW w:type="dxa" w:w="4535"/>
          </w:tcPr>
          <w:p>
            <w:r>
              <w:t>의정서 발표 이후(2000·2006년)</w:t>
            </w:r>
          </w:p>
        </w:tc>
      </w:tr>
      <w:tr>
        <w:tc>
          <w:tcPr>
            <w:tcW w:type="dxa" w:w="1701"/>
          </w:tcPr>
          <w:p>
            <w:r>
              <w:t>인쇄 210쪽 / PDF 218쪽 / KN-050 / P199</w:t>
            </w:r>
          </w:p>
        </w:tc>
        <w:tc>
          <w:tcPr>
            <w:tcW w:type="dxa" w:w="3402"/>
          </w:tcPr>
          <w:p>
            <w:r/>
            <w:r>
              <w:rPr>
                <w:b/>
              </w:rPr>
              <w:t>예상6 세 오류 요구와 보기·정답 불일치</w:t>
            </w:r>
          </w:p>
          <w:p>
            <w:r>
              <w:t>㉠은 원문과 일치하는 평형 진술이나 오류로 채점</w:t>
            </w:r>
          </w:p>
        </w:tc>
        <w:tc>
          <w:tcPr>
            <w:tcW w:type="dxa" w:w="4535"/>
          </w:tcPr>
          <w:p>
            <w:r>
              <w:t>㉠에 분해 촉진 시 농도가 높아진다는 오류 진술 제시</w:t>
            </w:r>
          </w:p>
        </w:tc>
      </w:tr>
      <w:tr>
        <w:tc>
          <w:tcPr>
            <w:tcW w:type="dxa" w:w="1701"/>
          </w:tcPr>
          <w:p>
            <w:r>
              <w:t>인쇄 211쪽 / PDF 219쪽 / KN-050 / P200</w:t>
            </w:r>
          </w:p>
        </w:tc>
        <w:tc>
          <w:tcPr>
            <w:tcW w:type="dxa" w:w="3402"/>
          </w:tcPr>
          <w:p>
            <w:r/>
            <w:r>
              <w:rPr>
                <w:b/>
              </w:rPr>
              <w:t>예상1 근거 문단 번호</w:t>
            </w:r>
          </w:p>
          <w:p>
            <w:r>
              <w:t>②③ 3문단</w:t>
            </w:r>
          </w:p>
        </w:tc>
        <w:tc>
          <w:tcPr>
            <w:tcW w:type="dxa" w:w="4535"/>
          </w:tcPr>
          <w:p>
            <w:r>
              <w:t>②③ 2문단</w:t>
            </w:r>
          </w:p>
        </w:tc>
      </w:tr>
      <w:tr>
        <w:tc>
          <w:tcPr>
            <w:tcW w:type="dxa" w:w="1701"/>
          </w:tcPr>
          <w:p>
            <w:r>
              <w:t>인쇄 212쪽 / PDF 220쪽 / KN-050 / P201</w:t>
            </w:r>
          </w:p>
        </w:tc>
        <w:tc>
          <w:tcPr>
            <w:tcW w:type="dxa" w:w="3402"/>
          </w:tcPr>
          <w:p>
            <w:r/>
            <w:r>
              <w:rPr>
                <w:b/>
              </w:rPr>
              <w:t>예상4 근거 문단 번호</w:t>
            </w:r>
          </w:p>
          <w:p>
            <w:r>
              <w:t>①② 3문단/③ 4문단</w:t>
            </w:r>
          </w:p>
        </w:tc>
        <w:tc>
          <w:tcPr>
            <w:tcW w:type="dxa" w:w="4535"/>
          </w:tcPr>
          <w:p>
            <w:r>
              <w:t>①② 2문단/③ 3문단</w:t>
            </w:r>
          </w:p>
        </w:tc>
      </w:tr>
      <w:tr>
        <w:tc>
          <w:tcPr>
            <w:tcW w:type="dxa" w:w="1701"/>
          </w:tcPr>
          <w:p>
            <w:r>
              <w:t>인쇄 213쪽 / PDF 221쪽 / KN-050 / P202</w:t>
            </w:r>
          </w:p>
        </w:tc>
        <w:tc>
          <w:tcPr>
            <w:tcW w:type="dxa" w:w="3402"/>
          </w:tcPr>
          <w:p>
            <w:r/>
            <w:r>
              <w:rPr>
                <w:b/>
              </w:rPr>
              <w:t>예상5·6 근거 문단 및㉢대입 문법</w:t>
            </w:r>
          </w:p>
          <w:p>
            <w:r>
              <w:t>3·4문단/스스로 보존된다는</w:t>
            </w:r>
          </w:p>
        </w:tc>
        <w:tc>
          <w:tcPr>
            <w:tcW w:type="dxa" w:w="4535"/>
          </w:tcPr>
          <w:p>
            <w:r>
              <w:t>2·3문단/스스로 보존되므로</w:t>
            </w:r>
          </w:p>
        </w:tc>
      </w:tr>
      <w:tr>
        <w:tc>
          <w:tcPr>
            <w:tcW w:type="dxa" w:w="1701"/>
          </w:tcPr>
          <w:p>
            <w:r>
              <w:t>인쇄 218쪽 / PDF 226쪽 / KN-051 / P205</w:t>
            </w:r>
          </w:p>
        </w:tc>
        <w:tc>
          <w:tcPr>
            <w:tcW w:type="dxa" w:w="3402"/>
          </w:tcPr>
          <w:p>
            <w:r/>
            <w:r>
              <w:rPr>
                <w:b/>
              </w:rPr>
              <w:t>예상5 ㅁ의 밑줄 수정 후에도 남는 오류</w:t>
            </w:r>
          </w:p>
          <w:p>
            <w:r>
              <w:t>전통적 개념 계승·질점 간 직접 작용은 밑줄 밖에 남음</w:t>
            </w:r>
          </w:p>
        </w:tc>
        <w:tc>
          <w:tcPr>
            <w:tcW w:type="dxa" w:w="4535"/>
          </w:tcPr>
          <w:p>
            <w:r>
              <w:t>원격 작용만 고치면 바른 진술이 되도록 문장 정리</w:t>
            </w:r>
          </w:p>
        </w:tc>
      </w:tr>
      <w:tr>
        <w:tc>
          <w:tcPr>
            <w:tcW w:type="dxa" w:w="1701"/>
          </w:tcPr>
          <w:p>
            <w:r>
              <w:t>인쇄 226쪽 / PDF 234쪽 / KN-052 / P207</w:t>
            </w:r>
          </w:p>
        </w:tc>
        <w:tc>
          <w:tcPr>
            <w:tcW w:type="dxa" w:w="3402"/>
          </w:tcPr>
          <w:p>
            <w:r/>
            <w:r>
              <w:rPr>
                <w:b/>
              </w:rPr>
              <w:t>예상5 ㉣수정 후에도 남는 대상 오류</w:t>
            </w:r>
          </w:p>
          <w:p>
            <w:r>
              <w:t>원본이나 복제본 중 하나에서 단독으로</w:t>
            </w:r>
          </w:p>
        </w:tc>
        <w:tc>
          <w:tcPr>
            <w:tcW w:type="dxa" w:w="4535"/>
          </w:tcPr>
          <w:p>
            <w:r>
              <w:t>원본과 모든 복제본에서 단독으로</w:t>
            </w:r>
          </w:p>
        </w:tc>
      </w:tr>
      <w:tr>
        <w:tc>
          <w:tcPr>
            <w:tcW w:type="dxa" w:w="1701"/>
          </w:tcPr>
          <w:p>
            <w:r>
              <w:t>인쇄 228쪽 / PDF 236쪽 / KN-052 / P206</w:t>
            </w:r>
          </w:p>
        </w:tc>
        <w:tc>
          <w:tcPr>
            <w:tcW w:type="dxa" w:w="3402"/>
          </w:tcPr>
          <w:p>
            <w:r/>
            <w:r>
              <w:rPr>
                <w:b/>
              </w:rPr>
              <w:t>예상3 속담의 음절 수</w:t>
            </w:r>
          </w:p>
          <w:p>
            <w:r>
              <w:t>배보다 배꼽이 더 크다(9음절)</w:t>
            </w:r>
          </w:p>
        </w:tc>
        <w:tc>
          <w:tcPr>
            <w:tcW w:type="dxa" w:w="4535"/>
          </w:tcPr>
          <w:p>
            <w:r>
              <w:t>배보다 배꼽이 크다(8음절)</w:t>
            </w:r>
          </w:p>
        </w:tc>
      </w:tr>
      <w:tr>
        <w:tc>
          <w:tcPr>
            <w:tcW w:type="dxa" w:w="1701"/>
          </w:tcPr>
          <w:p>
            <w:r>
              <w:t>인쇄 235쪽 / PDF 243쪽 / KN-001 / P208</w:t>
            </w:r>
          </w:p>
        </w:tc>
        <w:tc>
          <w:tcPr>
            <w:tcW w:type="dxa" w:w="3402"/>
          </w:tcPr>
          <w:p>
            <w:r/>
            <w:r>
              <w:rPr>
                <w:b/>
              </w:rPr>
              <w:t>예상3 (가)·(나)의 지시 대상 불명확</w:t>
            </w:r>
          </w:p>
          <w:p>
            <w:r>
              <w:t>(가)와(나)의 관점만 제시</w:t>
            </w:r>
          </w:p>
        </w:tc>
        <w:tc>
          <w:tcPr>
            <w:tcW w:type="dxa" w:w="4535"/>
          </w:tcPr>
          <w:p>
            <w:r>
              <w:t>(가)SQ3R·(나)CSQ3R로 명시</w:t>
              <w:br/>
              <w:t>반영 문구</w:t>
              <w:br/>
              <w:t>&lt;보기1&gt;은 학생의 고민이고, &lt;보기2&gt;는 교사가 (가) SQ3R과 (나) CSQ3R에 근거해 제시한 조언이다. ①과 ②에 들어갈 말을 윗글에서 찾아 쓰시오.</w:t>
            </w:r>
          </w:p>
        </w:tc>
      </w:tr>
      <w:tr>
        <w:tc>
          <w:tcPr>
            <w:tcW w:type="dxa" w:w="1701"/>
          </w:tcPr>
          <w:p>
            <w:r>
              <w:t>인쇄 236쪽 / PDF 244쪽 / KN-001 / P209</w:t>
            </w:r>
          </w:p>
        </w:tc>
        <w:tc>
          <w:tcPr>
            <w:tcW w:type="dxa" w:w="3402"/>
          </w:tcPr>
          <w:p>
            <w:r/>
            <w:r>
              <w:rPr>
                <w:b/>
              </w:rPr>
              <w:t>예상5 ㉡의 원문 그대로 조건과 빈칸 형태 충돌</w:t>
            </w:r>
          </w:p>
          <w:p>
            <w:r>
              <w:t>(㉡)으로 / 정답능동적</w:t>
            </w:r>
          </w:p>
        </w:tc>
        <w:tc>
          <w:tcPr>
            <w:tcW w:type="dxa" w:w="4535"/>
          </w:tcPr>
          <w:p>
            <w:r>
              <w:t>(㉡) / 정답능동적으로</w:t>
            </w:r>
          </w:p>
        </w:tc>
      </w:tr>
      <w:tr>
        <w:tc>
          <w:tcPr>
            <w:tcW w:type="dxa" w:w="1701"/>
          </w:tcPr>
          <w:p>
            <w:r>
              <w:t>인쇄 239쪽 / PDF 247쪽 / KN-001 / P210</w:t>
            </w:r>
          </w:p>
        </w:tc>
        <w:tc>
          <w:tcPr>
            <w:tcW w:type="dxa" w:w="3402"/>
          </w:tcPr>
          <w:p>
            <w:r/>
            <w:r>
              <w:rPr>
                <w:b/>
              </w:rPr>
              <w:t>예상5 문장 첫 어절과 원문 형태 답안</w:t>
            </w:r>
          </w:p>
          <w:p>
            <w:r>
              <w:t>㉠능동적으로/있다,㉡능동적</w:t>
            </w:r>
          </w:p>
        </w:tc>
        <w:tc>
          <w:tcPr>
            <w:tcW w:type="dxa" w:w="4535"/>
          </w:tcPr>
          <w:p>
            <w:r>
              <w:t>㉠SQ3R/있다,㉡능동적으로</w:t>
            </w:r>
          </w:p>
        </w:tc>
      </w:tr>
      <w:tr>
        <w:tc>
          <w:tcPr>
            <w:tcW w:type="dxa" w:w="1701"/>
          </w:tcPr>
          <w:p>
            <w:r>
              <w:t>인쇄 259쪽 / PDF 267쪽 / KN-004 / P212</w:t>
            </w:r>
          </w:p>
        </w:tc>
        <w:tc>
          <w:tcPr>
            <w:tcW w:type="dxa" w:w="3402"/>
          </w:tcPr>
          <w:p>
            <w:r/>
            <w:r>
              <w:rPr>
                <w:b/>
              </w:rPr>
              <w:t>예상3 답안 단위 명확화</w:t>
            </w:r>
          </w:p>
          <w:p>
            <w:r>
              <w:t>한 단어로 쓰시오</w:t>
            </w:r>
          </w:p>
        </w:tc>
        <w:tc>
          <w:tcPr>
            <w:tcW w:type="dxa" w:w="4535"/>
          </w:tcPr>
          <w:p>
            <w:r>
              <w:t>두 어절로 쓰시오</w:t>
            </w:r>
          </w:p>
        </w:tc>
      </w:tr>
      <w:tr>
        <w:tc>
          <w:tcPr>
            <w:tcW w:type="dxa" w:w="1701"/>
          </w:tcPr>
          <w:p>
            <w:r>
              <w:t>인쇄 269쪽 / PDF 277쪽 / KN-005 / P214</w:t>
            </w:r>
          </w:p>
        </w:tc>
        <w:tc>
          <w:tcPr>
            <w:tcW w:type="dxa" w:w="3402"/>
          </w:tcPr>
          <w:p>
            <w:r/>
            <w:r>
              <w:rPr>
                <w:b/>
              </w:rPr>
              <w:t>예상1 해설 문단 번호</w:t>
            </w:r>
          </w:p>
          <w:p>
            <w:r>
              <w:t>프리드먼4문단, 모딜리아니5문단</w:t>
            </w:r>
          </w:p>
        </w:tc>
        <w:tc>
          <w:tcPr>
            <w:tcW w:type="dxa" w:w="4535"/>
          </w:tcPr>
          <w:p>
            <w:r>
              <w:t>각각5문단,6문단</w:t>
            </w:r>
          </w:p>
        </w:tc>
      </w:tr>
      <w:tr>
        <w:tc>
          <w:tcPr>
            <w:tcW w:type="dxa" w:w="1701"/>
          </w:tcPr>
          <w:p>
            <w:r>
              <w:t>인쇄 270쪽 / PDF 278쪽 / KN-005 / P215</w:t>
            </w:r>
          </w:p>
        </w:tc>
        <w:tc>
          <w:tcPr>
            <w:tcW w:type="dxa" w:w="3402"/>
          </w:tcPr>
          <w:p>
            <w:r/>
            <w:r>
              <w:rPr>
                <w:b/>
              </w:rPr>
              <w:t>예상4 해설 문단 번호</w:t>
            </w:r>
          </w:p>
          <w:p>
            <w:r>
              <w:t>물가·미래소득3문단,프리드먼4문단</w:t>
            </w:r>
          </w:p>
        </w:tc>
        <w:tc>
          <w:tcPr>
            <w:tcW w:type="dxa" w:w="4535"/>
          </w:tcPr>
          <w:p>
            <w:r>
              <w:t>각각4문단,5문단</w:t>
            </w:r>
          </w:p>
        </w:tc>
      </w:tr>
      <w:tr>
        <w:tc>
          <w:tcPr>
            <w:tcW w:type="dxa" w:w="1701"/>
          </w:tcPr>
          <w:p>
            <w:r>
              <w:t>인쇄 271쪽 / PDF 279쪽 / KN-005 / P216</w:t>
            </w:r>
          </w:p>
        </w:tc>
        <w:tc>
          <w:tcPr>
            <w:tcW w:type="dxa" w:w="3402"/>
          </w:tcPr>
          <w:p>
            <w:r/>
            <w:r>
              <w:rPr>
                <w:b/>
              </w:rPr>
              <w:t>예상5 문단 번호</w:t>
            </w:r>
          </w:p>
          <w:p>
            <w:r>
              <w:t>4문단/4·5문단</w:t>
            </w:r>
          </w:p>
        </w:tc>
        <w:tc>
          <w:tcPr>
            <w:tcW w:type="dxa" w:w="4535"/>
          </w:tcPr>
          <w:p>
            <w:r>
              <w:t>5문단/5·6문단</w:t>
            </w:r>
          </w:p>
        </w:tc>
      </w:tr>
      <w:tr>
        <w:tc>
          <w:tcPr>
            <w:tcW w:type="dxa" w:w="1701"/>
          </w:tcPr>
          <w:p>
            <w:r>
              <w:t>인쇄 278쪽 / PDF 286쪽 / KN-006 / P217</w:t>
            </w:r>
          </w:p>
        </w:tc>
        <w:tc>
          <w:tcPr>
            <w:tcW w:type="dxa" w:w="3402"/>
          </w:tcPr>
          <w:p>
            <w:r/>
            <w:r>
              <w:rPr>
                <w:b/>
              </w:rPr>
              <w:t>예상4 정의 문장의 위치</w:t>
            </w:r>
          </w:p>
          <w:p>
            <w:r>
              <w:t>1문단 첫 번째 문장</w:t>
            </w:r>
          </w:p>
        </w:tc>
        <w:tc>
          <w:tcPr>
            <w:tcW w:type="dxa" w:w="4535"/>
          </w:tcPr>
          <w:p>
            <w:r>
              <w:t>1문단 두 번째 문장</w:t>
            </w:r>
          </w:p>
        </w:tc>
      </w:tr>
      <w:tr>
        <w:tc>
          <w:tcPr>
            <w:tcW w:type="dxa" w:w="1701"/>
          </w:tcPr>
          <w:p>
            <w:r>
              <w:t>인쇄 284쪽 / PDF 292쪽 / KN-007 / P218</w:t>
            </w:r>
          </w:p>
        </w:tc>
        <w:tc>
          <w:tcPr>
            <w:tcW w:type="dxa" w:w="3402"/>
          </w:tcPr>
          <w:p>
            <w:r/>
            <w:r>
              <w:rPr>
                <w:b/>
              </w:rPr>
              <w:t>예상5 밑줄 교체 후 문장 성립</w:t>
            </w:r>
          </w:p>
          <w:p>
            <w:r>
              <w:t>㉢수정 뒤 않고하여가 되고 밑줄 밖 서사 유지 설명이 남음;㉤수정 뒤 조사 누락</w:t>
            </w:r>
          </w:p>
        </w:tc>
        <w:tc>
          <w:tcPr>
            <w:tcW w:type="dxa" w:w="4535"/>
          </w:tcPr>
          <w:p>
            <w:r>
              <w:t>㉢원작 만화의 패널을 그대로 모사하고,㉤단순한 정보 전달 수단에 밑줄; 수정 답안 삽입 시 문장 완성</w:t>
              <w:br/>
              <w:t>반영 문구</w:t>
              <w:br/>
              <w:t>만화의 장면 단위인 패널을 활용할 때, 그는 ㉢원작 만화의 패널을 그대로 모사하고 특정 장면의 크기를 조절하거나 재배열하여 주제를 부각했다.</w:t>
              <w:br/>
              <w:t>화면에 배치된 말풍선이나 의성어 등의 텍스트는 ㉣이미지의 구성과 조화를 이루도록 정교하게 배치되었다. 작가는 이러한 요소를 ㉤단순한 정보 전달 수단(으)로 사용하여 관객의 이해를 돕고자 하였다.</w:t>
            </w:r>
          </w:p>
        </w:tc>
      </w:tr>
      <w:tr>
        <w:tc>
          <w:tcPr>
            <w:tcW w:type="dxa" w:w="1701"/>
          </w:tcPr>
          <w:p>
            <w:r>
              <w:t>인쇄 306쪽 / PDF 314쪽 / KN-010 / P221</w:t>
            </w:r>
          </w:p>
        </w:tc>
        <w:tc>
          <w:tcPr>
            <w:tcW w:type="dxa" w:w="3402"/>
          </w:tcPr>
          <w:p>
            <w:r/>
            <w:r>
              <w:rPr>
                <w:b/>
              </w:rPr>
              <w:t>예상2 빈칸 뒤 조사 중복</w:t>
            </w:r>
          </w:p>
          <w:p>
            <w:r>
              <w:t>공포와 적의가가/반대 움직임으로으로</w:t>
            </w:r>
          </w:p>
        </w:tc>
        <w:tc>
          <w:tcPr>
            <w:tcW w:type="dxa" w:w="4535"/>
          </w:tcPr>
          <w:p>
            <w:r>
              <w:t>빈칸 뒤 가·으로 삭제</w:t>
            </w:r>
          </w:p>
        </w:tc>
      </w:tr>
      <w:tr>
        <w:tc>
          <w:tcPr>
            <w:tcW w:type="dxa" w:w="1701"/>
          </w:tcPr>
          <w:p>
            <w:r>
              <w:t>인쇄 308쪽 / PDF 316쪽 / KN-010 / P222</w:t>
            </w:r>
          </w:p>
        </w:tc>
        <w:tc>
          <w:tcPr>
            <w:tcW w:type="dxa" w:w="3402"/>
          </w:tcPr>
          <w:p>
            <w:r/>
            <w:r>
              <w:rPr>
                <w:b/>
              </w:rPr>
              <w:t>예상6 ㄴ의 밑줄 교체 범위</w:t>
            </w:r>
          </w:p>
          <w:p>
            <w:r>
              <w:t>다양한 직업 권장이라는 오류가 밑줄 밖에 남고 기존 답 삽입 시 문법 불성립</w:t>
            </w:r>
          </w:p>
        </w:tc>
        <w:tc>
          <w:tcPr>
            <w:tcW w:type="dxa" w:w="4535"/>
          </w:tcPr>
          <w:p>
            <w:r>
              <w:t>다양한 직업을 갖도록 권장하였다 전체를 수정 대상으로 표시</w:t>
              <w:br/>
              <w:t>반영 문구</w:t>
              <w:br/>
              <w:t>ㄴ. 일제는 소가죽을 안정적으로 확보하기 위해 백정 출신들에게 다양한 직업을 갖도록 권장하였다.</w:t>
            </w:r>
          </w:p>
        </w:tc>
      </w:tr>
      <w:tr>
        <w:tc>
          <w:tcPr>
            <w:tcW w:type="dxa" w:w="1701"/>
          </w:tcPr>
          <w:p>
            <w:r>
              <w:t>인쇄 309쪽 / PDF 317쪽 / KN-010 / P223</w:t>
            </w:r>
          </w:p>
        </w:tc>
        <w:tc>
          <w:tcPr>
            <w:tcW w:type="dxa" w:w="3402"/>
          </w:tcPr>
          <w:p>
            <w:r/>
            <w:r>
              <w:rPr>
                <w:b/>
              </w:rPr>
              <w:t>예상2 근거 문단</w:t>
            </w:r>
          </w:p>
          <w:p>
            <w:r>
              <w:t>마지막 문단</w:t>
            </w:r>
          </w:p>
        </w:tc>
        <w:tc>
          <w:tcPr>
            <w:tcW w:type="dxa" w:w="4535"/>
          </w:tcPr>
          <w:p>
            <w:r>
              <w:t>5문단</w:t>
            </w:r>
          </w:p>
        </w:tc>
      </w:tr>
      <w:tr>
        <w:tc>
          <w:tcPr>
            <w:tcW w:type="dxa" w:w="1701"/>
          </w:tcPr>
          <w:p>
            <w:r>
              <w:t>인쇄 315쪽 / PDF 323쪽 / KN-011 / P226</w:t>
            </w:r>
          </w:p>
        </w:tc>
        <w:tc>
          <w:tcPr>
            <w:tcW w:type="dxa" w:w="3402"/>
          </w:tcPr>
          <w:p>
            <w:r/>
            <w:r>
              <w:rPr>
                <w:b/>
              </w:rPr>
              <w:t>예상3 답안 단위</w:t>
            </w:r>
          </w:p>
          <w:p>
            <w:r>
              <w:t>한 단어</w:t>
            </w:r>
          </w:p>
        </w:tc>
        <w:tc>
          <w:tcPr>
            <w:tcW w:type="dxa" w:w="4535"/>
          </w:tcPr>
          <w:p>
            <w:r>
              <w:t>두 어절</w:t>
            </w:r>
          </w:p>
        </w:tc>
      </w:tr>
      <w:tr>
        <w:tc>
          <w:tcPr>
            <w:tcW w:type="dxa" w:w="1701"/>
          </w:tcPr>
          <w:p>
            <w:r>
              <w:t>인쇄 316쪽 / PDF 324쪽 / KN-011 / P227</w:t>
            </w:r>
          </w:p>
        </w:tc>
        <w:tc>
          <w:tcPr>
            <w:tcW w:type="dxa" w:w="3402"/>
          </w:tcPr>
          <w:p>
            <w:r/>
            <w:r>
              <w:rPr>
                <w:b/>
              </w:rPr>
              <w:t>예상5 잘못된 진술 수</w:t>
            </w:r>
          </w:p>
          <w:p>
            <w:r>
              <w:t>잘못된 것2개 요구하나 ㉠C만 틀리고 나머지는 옳음</w:t>
            </w:r>
          </w:p>
        </w:tc>
        <w:tc>
          <w:tcPr>
            <w:tcW w:type="dxa" w:w="4535"/>
          </w:tcPr>
          <w:p>
            <w:r>
              <w:t>㉥을 가장 자주 사용된으로 구성하여2개 오류 확보</w:t>
            </w:r>
          </w:p>
        </w:tc>
      </w:tr>
      <w:tr>
        <w:tc>
          <w:tcPr>
            <w:tcW w:type="dxa" w:w="1701"/>
          </w:tcPr>
          <w:p>
            <w:r>
              <w:t>인쇄 317쪽 / PDF 325쪽 / KN-011 / P228</w:t>
            </w:r>
          </w:p>
        </w:tc>
        <w:tc>
          <w:tcPr>
            <w:tcW w:type="dxa" w:w="3402"/>
          </w:tcPr>
          <w:p>
            <w:r/>
            <w:r>
              <w:rPr>
                <w:b/>
              </w:rPr>
              <w:t>예상1 해설 문단 번호</w:t>
            </w:r>
          </w:p>
          <w:p>
            <w:r>
              <w:t>페이지교체4문단, 알고리즘5문단</w:t>
            </w:r>
          </w:p>
        </w:tc>
        <w:tc>
          <w:tcPr>
            <w:tcW w:type="dxa" w:w="4535"/>
          </w:tcPr>
          <w:p>
            <w:r>
              <w:t>각각5문단,6문단</w:t>
            </w:r>
          </w:p>
        </w:tc>
      </w:tr>
      <w:tr>
        <w:tc>
          <w:tcPr>
            <w:tcW w:type="dxa" w:w="1701"/>
          </w:tcPr>
          <w:p>
            <w:r>
              <w:t>인쇄 334쪽 / PDF 342쪽 / KN-013 / P231</w:t>
            </w:r>
          </w:p>
        </w:tc>
        <w:tc>
          <w:tcPr>
            <w:tcW w:type="dxa" w:w="3402"/>
          </w:tcPr>
          <w:p>
            <w:r/>
            <w:r>
              <w:rPr>
                <w:b/>
              </w:rPr>
              <w:t>예상3 원문 위치</w:t>
            </w:r>
          </w:p>
          <w:p>
            <w:r>
              <w:t>지문의 (나) 단락 마지막 문장</w:t>
            </w:r>
          </w:p>
        </w:tc>
        <w:tc>
          <w:tcPr>
            <w:tcW w:type="dxa" w:w="4535"/>
          </w:tcPr>
          <w:p>
            <w:r>
              <w:t>지문의4문단 마지막 문장</w:t>
            </w:r>
          </w:p>
        </w:tc>
      </w:tr>
    </w:tbl>
    <w:p>
      <w:r>
        <w:br w:type="page"/>
      </w:r>
    </w:p>
    <w:p>
      <w:pPr>
        <w:pStyle w:val="Heading1"/>
      </w:pPr>
      <w:r>
        <w:t>독서 2권</w:t>
      </w:r>
    </w:p>
    <w:p>
      <w:r>
        <w:rPr>
          <w:i/>
        </w:rPr>
        <w:t>수록 88건 (단순 오타·편집 수정 4건 제외)</w:t>
      </w:r>
    </w:p>
    <w:tbl>
      <w:tblPr>
        <w:tblStyle w:val="LightGrid-Accent1"/>
        <w:tblW w:type="auto" w:w="0"/>
        <w:tblLayout w:type="fixed"/>
        <w:tblLook w:firstColumn="1" w:firstRow="1" w:lastColumn="0" w:lastRow="0" w:noHBand="0" w:noVBand="1" w:val="04A0"/>
      </w:tblPr>
      <w:tblGrid>
        <w:gridCol w:w="2880"/>
        <w:gridCol w:w="2880"/>
        <w:gridCol w:w="2880"/>
      </w:tblGrid>
      <w:tr>
        <w:tc>
          <w:tcPr>
            <w:tcW w:type="dxa" w:w="1701"/>
          </w:tcPr>
          <w:p>
            <w:r>
              <w:rPr>
                <w:b/>
              </w:rPr>
              <w:t>쪽수</w:t>
            </w:r>
          </w:p>
        </w:tc>
        <w:tc>
          <w:tcPr>
            <w:tcW w:type="dxa" w:w="3402"/>
          </w:tcPr>
          <w:p>
            <w:r>
              <w:rPr>
                <w:b/>
              </w:rPr>
              <w:t>무엇이 문제였나</w:t>
            </w:r>
          </w:p>
        </w:tc>
        <w:tc>
          <w:tcPr>
            <w:tcW w:type="dxa" w:w="4535"/>
          </w:tcPr>
          <w:p>
            <w:r>
              <w:rPr>
                <w:b/>
              </w:rPr>
              <w:t>고쳐야 할 내용</w:t>
            </w:r>
          </w:p>
        </w:tc>
      </w:tr>
      <w:tr>
        <w:tc>
          <w:tcPr>
            <w:tcW w:type="dxa" w:w="1701"/>
          </w:tcPr>
          <w:p>
            <w:r>
              <w:t>인쇄 7쪽 / PDF 15쪽 / P686</w:t>
            </w:r>
          </w:p>
        </w:tc>
        <w:tc>
          <w:tcPr>
            <w:tcW w:type="dxa" w:w="3402"/>
          </w:tcPr>
          <w:p>
            <w:r/>
            <w:r>
              <w:rPr>
                <w:b/>
              </w:rPr>
              <w:t>유형 D 안내에 유형 C 설명 중복</w:t>
            </w:r>
          </w:p>
          <w:p>
            <w:r>
              <w:t>유형 D 상관관계 해석 및 다중 개념 융합형 아래 사례 분석 설명 반복</w:t>
            </w:r>
          </w:p>
        </w:tc>
        <w:tc>
          <w:tcPr>
            <w:tcW w:type="dxa" w:w="4535"/>
          </w:tcPr>
          <w:p>
            <w:r>
              <w:t>상관관계와 개념 융합에 맞춘 안내</w:t>
              <w:br/>
              <w:t>반영 문구</w:t>
              <w:br/>
              <w:t>제시문의 여러 개념을 연결하고, 변수 사이의 관계를 해석하는 유형입니다. 원인과 결과를 구분하고 조건 변화에 따른 결과를 추론하는 연습을 합니다.</w:t>
            </w:r>
          </w:p>
        </w:tc>
      </w:tr>
      <w:tr>
        <w:tc>
          <w:tcPr>
            <w:tcW w:type="dxa" w:w="1701"/>
          </w:tcPr>
          <w:p>
            <w:r>
              <w:t>인쇄 8쪽 / PDF 16쪽 / P684</w:t>
            </w:r>
          </w:p>
        </w:tc>
        <w:tc>
          <w:tcPr>
            <w:tcW w:type="dxa" w:w="3402"/>
          </w:tcPr>
          <w:p>
            <w:r/>
            <w:r>
              <w:rPr>
                <w:b/>
              </w:rPr>
              <w:t>넘버링 활용 예시의 페이지 기준</w:t>
            </w:r>
          </w:p>
          <w:p>
            <w:r>
              <w:t>다른 권 예시의 페이지가 기준 없이 기재됨</w:t>
            </w:r>
          </w:p>
        </w:tc>
        <w:tc>
          <w:tcPr>
            <w:tcW w:type="dxa" w:w="4535"/>
          </w:tcPr>
          <w:p>
            <w:r>
              <w:t>EBS 쪽수: 109, 114, 122, 140, 168, 172, 186, 198, 9, 28, 36, 46</w:t>
            </w:r>
          </w:p>
        </w:tc>
      </w:tr>
      <w:tr>
        <w:tc>
          <w:tcPr>
            <w:tcW w:type="dxa" w:w="1701"/>
          </w:tcPr>
          <w:p>
            <w:r>
              <w:t>인쇄 8쪽 / PDF 16쪽 / P685</w:t>
            </w:r>
          </w:p>
        </w:tc>
        <w:tc>
          <w:tcPr>
            <w:tcW w:type="dxa" w:w="3402"/>
          </w:tcPr>
          <w:p>
            <w:r/>
            <w:r>
              <w:rPr>
                <w:b/>
              </w:rPr>
              <w:t>활용 표가 독서1 예시임을 명시</w:t>
            </w:r>
          </w:p>
          <w:p>
            <w:r>
              <w:t>제외된 수능특강 원본 지문으로 빈틈을 채운다면 4-7등급 학생들 / 도 완벽한 합격권에 도달할 수 있습니다.</w:t>
            </w:r>
          </w:p>
        </w:tc>
        <w:tc>
          <w:tcPr>
            <w:tcW w:type="dxa" w:w="4535"/>
          </w:tcPr>
          <w:p>
            <w:r>
              <w:t>아래 표는 독서1의 예시입니다. 페이지는 EBS 원본 기준입니다.</w:t>
              <w:br/>
              <w:t>반영 문구</w:t>
              <w:br/>
              <w:t>파워업으로 약술형 국어 논술의 뼈대와 실전 감각을 완성하고, 제외된 수능특강 원본 지문으로 빈틈을 채우세요. 아래 표는 독서1의 예시이며, 페이지는 EBS 수능특강 독서 원본 기준입니다.</w:t>
            </w:r>
          </w:p>
        </w:tc>
      </w:tr>
      <w:tr>
        <w:tc>
          <w:tcPr>
            <w:tcW w:type="dxa" w:w="1701"/>
          </w:tcPr>
          <w:p>
            <w:r>
              <w:t>인쇄 22쪽 / PDF 30쪽 / KN-014 / P537</w:t>
            </w:r>
          </w:p>
        </w:tc>
        <w:tc>
          <w:tcPr>
            <w:tcW w:type="dxa" w:w="3402"/>
          </w:tcPr>
          <w:p>
            <w:r/>
            <w:r>
              <w:rPr>
                <w:b/>
              </w:rPr>
              <w:t>5번㉣ 답안을 넣으면 문장이 성립하지 않음</w:t>
            </w:r>
          </w:p>
          <w:p>
            <w:r>
              <w:t>인간과 어떠한 (㉣)을(를) 맺느냐에 따라 / 답: 관계를 맺는 방식</w:t>
            </w:r>
          </w:p>
        </w:tc>
        <w:tc>
          <w:tcPr>
            <w:tcW w:type="dxa" w:w="4535"/>
          </w:tcPr>
          <w:p>
            <w:r>
              <w:t>현존재와 (㉣)에 따라 / 답·3어절 조건 유지</w:t>
            </w:r>
          </w:p>
        </w:tc>
      </w:tr>
      <w:tr>
        <w:tc>
          <w:tcPr>
            <w:tcW w:type="dxa" w:w="1701"/>
          </w:tcPr>
          <w:p>
            <w:r>
              <w:t>인쇄 28쪽 / PDF 36쪽 / KN-015 / P545</w:t>
            </w:r>
          </w:p>
        </w:tc>
        <w:tc>
          <w:tcPr>
            <w:tcW w:type="dxa" w:w="3402"/>
          </w:tcPr>
          <w:p>
            <w:r/>
            <w:r>
              <w:rPr>
                <w:b/>
              </w:rPr>
              <w:t>1번①③ 글자 수 조건</w:t>
            </w:r>
          </w:p>
          <w:p>
            <w:r>
              <w:t>①③ 각각6자</w:t>
            </w:r>
          </w:p>
        </w:tc>
        <w:tc>
          <w:tcPr>
            <w:tcW w:type="dxa" w:w="4535"/>
          </w:tcPr>
          <w:p>
            <w:r>
              <w:t>어긋나게 된다·능동적 참여자 각각7자</w:t>
            </w:r>
          </w:p>
        </w:tc>
      </w:tr>
      <w:tr>
        <w:tc>
          <w:tcPr>
            <w:tcW w:type="dxa" w:w="1701"/>
          </w:tcPr>
          <w:p>
            <w:r>
              <w:t>인쇄 29쪽 / PDF 37쪽 / KN-015 / P546</w:t>
            </w:r>
          </w:p>
        </w:tc>
        <w:tc>
          <w:tcPr>
            <w:tcW w:type="dxa" w:w="3402"/>
          </w:tcPr>
          <w:p>
            <w:r/>
            <w:r>
              <w:rPr>
                <w:b/>
              </w:rPr>
              <w:t>3번 원문에 없는 한자성어를 원문에서 찾도록 요구</w:t>
            </w:r>
          </w:p>
          <w:p>
            <w:r>
              <w:t>정답은 지문에 존재하는 단어로 작성할 것.</w:t>
            </w:r>
          </w:p>
        </w:tc>
        <w:tc>
          <w:tcPr>
            <w:tcW w:type="dxa" w:w="4535"/>
          </w:tcPr>
          <w:p>
            <w:r>
              <w:t>보기 문맥에 맞는 한자성어로 작성할 것.</w:t>
            </w:r>
          </w:p>
        </w:tc>
      </w:tr>
      <w:tr>
        <w:tc>
          <w:tcPr>
            <w:tcW w:type="dxa" w:w="1701"/>
          </w:tcPr>
          <w:p>
            <w:r>
              <w:t>인쇄 29쪽 / PDF 37쪽 / KN-015 / P547</w:t>
            </w:r>
          </w:p>
        </w:tc>
        <w:tc>
          <w:tcPr>
            <w:tcW w:type="dxa" w:w="3402"/>
          </w:tcPr>
          <w:p>
            <w:r/>
            <w:r>
              <w:rPr>
                <w:b/>
              </w:rPr>
              <w:t>4번㉣ 한 단어 교정만으로 진술이 성립하지 않음</w:t>
            </w:r>
          </w:p>
          <w:p>
            <w:r>
              <w:t>작곡가의 ㉣내면을 직접적으로 드러내는 통로로서 기능</w:t>
            </w:r>
          </w:p>
        </w:tc>
        <w:tc>
          <w:tcPr>
            <w:tcW w:type="dxa" w:w="4535"/>
          </w:tcPr>
          <w:p>
            <w:r>
              <w:t>음악 내부의 ㉣내면을 발현하게 하는 기제로 작용 (내면→잠재성)</w:t>
            </w:r>
          </w:p>
        </w:tc>
      </w:tr>
      <w:tr>
        <w:tc>
          <w:tcPr>
            <w:tcW w:type="dxa" w:w="1701"/>
          </w:tcPr>
          <w:p>
            <w:r>
              <w:t>인쇄 59쪽 / PDF 67쪽 / KN-019 / P586</w:t>
            </w:r>
          </w:p>
        </w:tc>
        <w:tc>
          <w:tcPr>
            <w:tcW w:type="dxa" w:w="3402"/>
          </w:tcPr>
          <w:p>
            <w:r/>
            <w:r>
              <w:rPr>
                <w:b/>
              </w:rPr>
              <w:t>요약빈칸⑧ 정답 노출</w:t>
            </w:r>
          </w:p>
          <w:p>
            <w:r>
              <w:t>(8)기술 이론</w:t>
            </w:r>
          </w:p>
        </w:tc>
        <w:tc>
          <w:tcPr>
            <w:tcW w:type="dxa" w:w="4535"/>
          </w:tcPr>
          <w:p>
            <w:r>
              <w:t>기술 두 글자 빈칸 복원</w:t>
            </w:r>
          </w:p>
        </w:tc>
      </w:tr>
      <w:tr>
        <w:tc>
          <w:tcPr>
            <w:tcW w:type="dxa" w:w="1701"/>
          </w:tcPr>
          <w:p>
            <w:r>
              <w:t>인쇄 65쪽 / PDF 73쪽 / KN-019 / P587</w:t>
            </w:r>
          </w:p>
        </w:tc>
        <w:tc>
          <w:tcPr>
            <w:tcW w:type="dxa" w:w="3402"/>
          </w:tcPr>
          <w:p>
            <w:r/>
            <w:r>
              <w:rPr>
                <w:b/>
              </w:rPr>
              <w:t>예상문항5 분류① 사례 누락</w:t>
            </w:r>
          </w:p>
          <w:p>
            <w:r>
              <w:t>①㉡만 정답 인정</w:t>
            </w:r>
          </w:p>
        </w:tc>
        <w:tc>
          <w:tcPr>
            <w:tcW w:type="dxa" w:w="4535"/>
          </w:tcPr>
          <w:p>
            <w:r>
              <w:t>①㉡·㉣ 정답 및 해설·채점표 일치</w:t>
              <w:br/>
              <w:t>반영 문구</w:t>
              <w:br/>
              <w:t>정답: ①-㉡, ㉣ ②-㉡, ㉣ ③-㉠, ㉢</w:t>
              <w:br/>
              <w:t>①-㉡, ㉣</w:t>
              <w:br/>
              <w:t>분류 ① 프레게는 이름의 뜻이 다르면 정보가 구분된다고 본다. 대상을 묘사하는 구에도 적용되므로 ㉡과 ㉣이 해당한다.</w:t>
            </w:r>
          </w:p>
        </w:tc>
      </w:tr>
      <w:tr>
        <w:tc>
          <w:tcPr>
            <w:tcW w:type="dxa" w:w="1701"/>
          </w:tcPr>
          <w:p>
            <w:r>
              <w:t>인쇄 68쪽 / PDF 76쪽 / KN-020 / P606</w:t>
            </w:r>
          </w:p>
        </w:tc>
        <w:tc>
          <w:tcPr>
            <w:tcW w:type="dxa" w:w="3402"/>
          </w:tcPr>
          <w:p>
            <w:r/>
            <w:r>
              <w:rPr>
                <w:b/>
              </w:rPr>
              <w:t>1번② 답안 형태 조건</w:t>
            </w:r>
          </w:p>
          <w:p>
            <w:r>
              <w:t>용언 형태 요구와 빈칸 뒤 한다의 충돌</w:t>
            </w:r>
          </w:p>
        </w:tc>
        <w:tc>
          <w:tcPr>
            <w:tcW w:type="dxa" w:w="4535"/>
          </w:tcPr>
          <w:p>
            <w:r>
              <w:t>빈칸 뒤 한다 제외하도록 명시</w:t>
              <w:br/>
              <w:t>반영 문구</w:t>
              <w:br/>
              <w:t>①, ③, ④는 명사 또는 명사구로, ②는 뒤의 '한다'를 제외하고 작성할 것.</w:t>
            </w:r>
          </w:p>
        </w:tc>
      </w:tr>
      <w:tr>
        <w:tc>
          <w:tcPr>
            <w:tcW w:type="dxa" w:w="1701"/>
          </w:tcPr>
          <w:p>
            <w:r>
              <w:t>인쇄 69쪽 / PDF 77쪽 / KN-020 / P607</w:t>
            </w:r>
          </w:p>
        </w:tc>
        <w:tc>
          <w:tcPr>
            <w:tcW w:type="dxa" w:w="3402"/>
          </w:tcPr>
          <w:p>
            <w:r/>
            <w:r>
              <w:rPr>
                <w:b/>
              </w:rPr>
              <w:t>3번 분량 조건·빈칸 뒤 종결 중복</w:t>
            </w:r>
          </w:p>
          <w:p>
            <w:r>
              <w:t>발문55자·조건50자, 완결문 뒤 는 것이며</w:t>
            </w:r>
          </w:p>
        </w:tc>
        <w:tc>
          <w:tcPr>
            <w:tcW w:type="dxa" w:w="4535"/>
          </w:tcPr>
          <w:p>
            <w:r>
              <w:t>55자로 통일·빈칸 뒤 문장 연결 수정</w:t>
              <w:br/>
              <w:t>반영 문구</w:t>
              <w:br/>
              <w:t>55자 이내(띄어쓰기 포함)의 한 문장으로 작성할 것.</w:t>
              <w:br/>
              <w:t>다시 말하면 ( ㉠ ). 세계의 변화와 인간의 도덕적 실천을 이 두 개념의 유기적 관계 속에서 설명하고자 한 것이다.</w:t>
            </w:r>
          </w:p>
        </w:tc>
      </w:tr>
      <w:tr>
        <w:tc>
          <w:tcPr>
            <w:tcW w:type="dxa" w:w="1701"/>
          </w:tcPr>
          <w:p>
            <w:r>
              <w:t>인쇄 70쪽 / PDF 78쪽 / KN-020 / P608</w:t>
            </w:r>
          </w:p>
        </w:tc>
        <w:tc>
          <w:tcPr>
            <w:tcW w:type="dxa" w:w="3402"/>
          </w:tcPr>
          <w:p>
            <w:r/>
            <w:r>
              <w:rPr>
                <w:b/>
              </w:rPr>
              <w:t>6번 표의 개념 분류 표제</w:t>
            </w:r>
          </w:p>
          <w:p>
            <w:r>
              <w:t>우주 및 만물 작용에 수양론 포함</w:t>
            </w:r>
          </w:p>
        </w:tc>
        <w:tc>
          <w:tcPr>
            <w:tcW w:type="dxa" w:w="4535"/>
          </w:tcPr>
          <w:p>
            <w:r>
              <w:t>핵심 개념으로 범주 수정</w:t>
              <w:br/>
              <w:t>반영 문구</w:t>
              <w:br/>
              <w:t>핵심 개념</w:t>
            </w:r>
          </w:p>
        </w:tc>
      </w:tr>
      <w:tr>
        <w:tc>
          <w:tcPr>
            <w:tcW w:type="dxa" w:w="1701"/>
          </w:tcPr>
          <w:p>
            <w:r>
              <w:t>인쇄 73쪽 / PDF 81쪽 / KN-020 / P609</w:t>
            </w:r>
          </w:p>
        </w:tc>
        <w:tc>
          <w:tcPr>
            <w:tcW w:type="dxa" w:w="3402"/>
          </w:tcPr>
          <w:p>
            <w:r/>
            <w:r>
              <w:rPr>
                <w:b/>
              </w:rPr>
              <w:t>5번 분류 예시·6번 학자명과 기호</w:t>
            </w:r>
          </w:p>
          <w:p>
            <w:r>
              <w:t>30자 서술형 위반·정의의·㉥ 상황2</w:t>
            </w:r>
          </w:p>
        </w:tc>
        <w:tc>
          <w:tcPr>
            <w:tcW w:type="dxa" w:w="4535"/>
          </w:tcPr>
          <w:p>
            <w:r>
              <w:t>24자 서술형 예시·정이의·㉤ 상황2</w:t>
              <w:br/>
              <w:t>반영 문구</w:t>
              <w:br/>
              <w:t>정답: ㉮ 존재의 근원을 이로 보는지 기로 보는지이다. (24자)</w:t>
              <w:br/>
              <w:t>㉯ 장재 ㉰ 정이, 주희</w:t>
              <w:br/>
              <w:t>장재와 정이의 핵심 개념(기/이, 화육, 천인합일, 존천리 거인</w:t>
              <w:br/>
              <w:t>한다. ㉢에 적힌 '존천리 거인욕'은 정이의 수양론이므로 적절</w:t>
              <w:br/>
              <w:t>㉤ 상황 2는 정이의 관점으로, 본래 선한 '이'를 보존하고 사</w:t>
            </w:r>
          </w:p>
        </w:tc>
      </w:tr>
      <w:tr>
        <w:tc>
          <w:tcPr>
            <w:tcW w:type="dxa" w:w="1701"/>
          </w:tcPr>
          <w:p>
            <w:r>
              <w:t>인쇄 79쪽 / PDF 87쪽 / KN-021 / P618</w:t>
            </w:r>
          </w:p>
        </w:tc>
        <w:tc>
          <w:tcPr>
            <w:tcW w:type="dxa" w:w="3402"/>
          </w:tcPr>
          <w:p>
            <w:r/>
            <w:r>
              <w:rPr>
                <w:b/>
              </w:rPr>
              <w:t>2번 정답의 문법·글자 수·마침표 중복</w:t>
            </w:r>
          </w:p>
          <w:p>
            <w:r>
              <w:t>공고히 한다·조건 초과 및 빈칸밖 마침표 중복</w:t>
            </w:r>
          </w:p>
        </w:tc>
        <w:tc>
          <w:tcPr>
            <w:tcW w:type="dxa" w:w="4535"/>
          </w:tcPr>
          <w:p>
            <w:r>
              <w:t>자연화된다5자·공고해진다5자·비판적으로 본다8자</w:t>
            </w:r>
          </w:p>
        </w:tc>
      </w:tr>
      <w:tr>
        <w:tc>
          <w:tcPr>
            <w:tcW w:type="dxa" w:w="1701"/>
          </w:tcPr>
          <w:p>
            <w:r>
              <w:t>인쇄 80쪽 / PDF 88쪽 / KN-021 / P619</w:t>
            </w:r>
          </w:p>
        </w:tc>
        <w:tc>
          <w:tcPr>
            <w:tcW w:type="dxa" w:w="3402"/>
          </w:tcPr>
          <w:p>
            <w:r/>
            <w:r>
              <w:rPr>
                <w:b/>
              </w:rPr>
              <w:t>4번 원문 인출 답안 축약</w:t>
            </w:r>
          </w:p>
          <w:p>
            <w:r>
              <w:t>능동적 해석자</w:t>
            </w:r>
          </w:p>
        </w:tc>
        <w:tc>
          <w:tcPr>
            <w:tcW w:type="dxa" w:w="4535"/>
          </w:tcPr>
          <w:p>
            <w:r>
              <w:t>능동적인 해석자</w:t>
            </w:r>
          </w:p>
        </w:tc>
      </w:tr>
      <w:tr>
        <w:tc>
          <w:tcPr>
            <w:tcW w:type="dxa" w:w="1701"/>
          </w:tcPr>
          <w:p>
            <w:r>
              <w:t>인쇄 81쪽 / PDF 89쪽 / KN-021 / P620</w:t>
            </w:r>
          </w:p>
        </w:tc>
        <w:tc>
          <w:tcPr>
            <w:tcW w:type="dxa" w:w="3402"/>
          </w:tcPr>
          <w:p>
            <w:r/>
            <w:r>
              <w:rPr>
                <w:b/>
              </w:rPr>
              <w:t>6번 원문 그대로 조건과 예시 불일치</w:t>
            </w:r>
          </w:p>
          <w:p>
            <w:r>
              <w:t>3개 예시에 어미 변경·원문에 없는 자연스러운 삽입</w:t>
            </w:r>
          </w:p>
        </w:tc>
        <w:tc>
          <w:tcPr>
            <w:tcW w:type="dxa" w:w="4535"/>
          </w:tcPr>
          <w:p>
            <w:r>
              <w:t>원문 연속 구절18·15자 예시 및 인용 근거 정정</w:t>
              <w:br/>
              <w:t>반영 문구</w:t>
              <w:br/>
              <w:t>정답: 순수하고 중립적인 것처럼 드러내는 (18자)</w:t>
              <w:br/>
              <w:t>(또는) 당연한 사실처럼 수용되는 것 (15자)</w:t>
              <w:br/>
              <w:t>바르트는 인위적으로 구성된 이념적 의미가 자연스러운 사실처럼 수용되는 것을 비판한다. 광고는 특정 계층의 생활 방식을 보편적인 것으로 제시하고 그 구성 과정을 감춘다. 4문단의 '순수하고 중립적인 것처럼 드러내는 현상이다'에서 '순수하고 중립적인 것처럼 드러내는'을, 5문단의 '당연한 사실처럼 수용되는 것이다'에서 '당연한 사실처럼 수용되는 것'을 옮기면 원문 표현과 20자 이내 조건을 충족한다.</w:t>
            </w:r>
          </w:p>
        </w:tc>
      </w:tr>
      <w:tr>
        <w:tc>
          <w:tcPr>
            <w:tcW w:type="dxa" w:w="1701"/>
          </w:tcPr>
          <w:p>
            <w:r>
              <w:t>인쇄 83쪽 / PDF 91쪽 / KN-022 / P628</w:t>
            </w:r>
          </w:p>
        </w:tc>
        <w:tc>
          <w:tcPr>
            <w:tcW w:type="dxa" w:w="3402"/>
          </w:tcPr>
          <w:p>
            <w:r/>
            <w:r>
              <w:rPr>
                <w:b/>
              </w:rPr>
              <w:t>요약 마지막 진술의 논증 관계</w:t>
            </w:r>
          </w:p>
          <w:p>
            <w:r>
              <w:t>종 중첩 논증의 한계를 해결</w:t>
            </w:r>
          </w:p>
        </w:tc>
        <w:tc>
          <w:tcPr>
            <w:tcW w:type="dxa" w:w="4535"/>
          </w:tcPr>
          <w:p>
            <w:r>
              <w:t>종 중첩 논증의 문제를 해결</w:t>
            </w:r>
          </w:p>
        </w:tc>
      </w:tr>
      <w:tr>
        <w:tc>
          <w:tcPr>
            <w:tcW w:type="dxa" w:w="1701"/>
          </w:tcPr>
          <w:p>
            <w:r>
              <w:t>인쇄 84쪽 / PDF 92쪽 / KN-022 / P629</w:t>
            </w:r>
          </w:p>
        </w:tc>
        <w:tc>
          <w:tcPr>
            <w:tcW w:type="dxa" w:w="3402"/>
          </w:tcPr>
          <w:p>
            <w:r/>
            <w:r>
              <w:rPr>
                <w:b/>
              </w:rPr>
              <w:t>2번 없는 밑줄 참조·원문 인출 조건</w:t>
            </w:r>
          </w:p>
          <w:p>
            <w:r>
              <w:t>밑줄 친 두 문장·찾아 쓰시오</w:t>
            </w:r>
          </w:p>
        </w:tc>
        <w:tc>
          <w:tcPr>
            <w:tcW w:type="dxa" w:w="4535"/>
          </w:tcPr>
          <w:p>
            <w:r>
              <w:t>보기의 인용문 참조·표현 활용</w:t>
            </w:r>
          </w:p>
        </w:tc>
      </w:tr>
      <w:tr>
        <w:tc>
          <w:tcPr>
            <w:tcW w:type="dxa" w:w="1701"/>
          </w:tcPr>
          <w:p>
            <w:r>
              <w:t>인쇄 89쪽 / PDF 97쪽 / KN-022 / P630</w:t>
            </w:r>
          </w:p>
        </w:tc>
        <w:tc>
          <w:tcPr>
            <w:tcW w:type="dxa" w:w="3402"/>
          </w:tcPr>
          <w:p>
            <w:r/>
            <w:r>
              <w:rPr>
                <w:b/>
              </w:rPr>
              <w:t>6번 필수어·채점 요소 누락 및 배점 충돌</w:t>
            </w:r>
          </w:p>
          <w:p>
            <w:r>
              <w:t>필수어 없는 별해·한 요소만 충족 시5점/3점충돌</w:t>
            </w:r>
          </w:p>
        </w:tc>
        <w:tc>
          <w:tcPr>
            <w:tcW w:type="dxa" w:w="4535"/>
          </w:tcPr>
          <w:p>
            <w:r>
              <w:t>두 필수 채점 요소·70자 충족 예시와 일치하는 채점 기준</w:t>
              <w:br/>
              <w:t>반영 문구</w:t>
              <w:br/>
              <w:t>정답: 고차원적 정신 능력이 없는 인간과 동물을 다르게 대우하는 모순이 해결되지 않으면 종 차별주의가 비난받기 때문이다.</w:t>
              <w:br/>
              <w:t>(또는) 고차원적 정신 능력이 없는 인간과 동물을 다르게 대우하는 논리적 모순이 해결되어야 차별 비난을 피할 수 있어서이다.</w:t>
              <w:br/>
              <w:t>위 기준으로 채점하되, 70자를 초과한</w:t>
              <w:br/>
              <w:t>답안은 최대 3점으로 처리함</w:t>
            </w:r>
          </w:p>
        </w:tc>
      </w:tr>
      <w:tr>
        <w:tc>
          <w:tcPr>
            <w:tcW w:type="dxa" w:w="1701"/>
          </w:tcPr>
          <w:p>
            <w:r>
              <w:t>인쇄 93쪽 / PDF 101쪽 / KN-023 / P642</w:t>
            </w:r>
          </w:p>
        </w:tc>
        <w:tc>
          <w:tcPr>
            <w:tcW w:type="dxa" w:w="3402"/>
          </w:tcPr>
          <w:p>
            <w:r/>
            <w:r>
              <w:rPr>
                <w:b/>
              </w:rPr>
              <w:t>3번 원문 확률 진술과 불일치</w:t>
            </w:r>
          </w:p>
          <w:p>
            <w:r>
              <w:t>확률이 0에 수렴하는</w:t>
            </w:r>
          </w:p>
        </w:tc>
        <w:tc>
          <w:tcPr>
            <w:tcW w:type="dxa" w:w="4535"/>
          </w:tcPr>
          <w:p>
            <w:r>
              <w:t>현재 확률이 0인</w:t>
            </w:r>
          </w:p>
        </w:tc>
      </w:tr>
      <w:tr>
        <w:tc>
          <w:tcPr>
            <w:tcW w:type="dxa" w:w="1701"/>
          </w:tcPr>
          <w:p>
            <w:r>
              <w:t>인쇄 94쪽 / PDF 102쪽 / KN-023 / P643</w:t>
            </w:r>
          </w:p>
        </w:tc>
        <w:tc>
          <w:tcPr>
            <w:tcW w:type="dxa" w:w="3402"/>
          </w:tcPr>
          <w:p>
            <w:r/>
            <w:r>
              <w:rPr>
                <w:b/>
              </w:rPr>
              <w:t>6번 틀린 진술 세 개 조건과 실제 진술 불일치</w:t>
            </w:r>
          </w:p>
          <w:p>
            <w:r>
              <w:t>㉢ 같은 종류의 사건으로 볼 수 없다는: 옳은 진술</w:t>
            </w:r>
          </w:p>
        </w:tc>
        <w:tc>
          <w:tcPr>
            <w:tcW w:type="dxa" w:w="4535"/>
          </w:tcPr>
          <w:p>
            <w:r>
              <w:t>㉢ 같은 종류의 사건으로 볼 수 있다는: 틀린 진술</w:t>
            </w:r>
          </w:p>
        </w:tc>
      </w:tr>
      <w:tr>
        <w:tc>
          <w:tcPr>
            <w:tcW w:type="dxa" w:w="1701"/>
          </w:tcPr>
          <w:p>
            <w:r>
              <w:t>인쇄 102쪽 / PDF 110쪽 / KN-024 / P649</w:t>
            </w:r>
          </w:p>
        </w:tc>
        <w:tc>
          <w:tcPr>
            <w:tcW w:type="dxa" w:w="3402"/>
          </w:tcPr>
          <w:p>
            <w:r/>
            <w:r>
              <w:rPr>
                <w:b/>
              </w:rPr>
              <w:t>5번 수정 용어 뒤 조사 호응 안내</w:t>
            </w:r>
          </w:p>
          <w:p>
            <w:r>
              <w:t>기원본질주의는→접합자 재활용 가능성는이 될 수 있음</w:t>
            </w:r>
          </w:p>
        </w:tc>
        <w:tc>
          <w:tcPr>
            <w:tcW w:type="dxa" w:w="4535"/>
          </w:tcPr>
          <w:p>
            <w:r>
              <w:t>용어 수정 시 조사도 맞추도록 조건 명시</w:t>
              <w:br/>
              <w:t>반영 문구</w:t>
              <w:br/>
              <w:t>등장하는 용어로 고치되, 조사도 맞춘다.</w:t>
            </w:r>
          </w:p>
        </w:tc>
      </w:tr>
      <w:tr>
        <w:tc>
          <w:tcPr>
            <w:tcW w:type="dxa" w:w="1701"/>
          </w:tcPr>
          <w:p>
            <w:r>
              <w:t>인쇄 118쪽 / PDF 126쪽 / KN-026 / P671</w:t>
            </w:r>
          </w:p>
        </w:tc>
        <w:tc>
          <w:tcPr>
            <w:tcW w:type="dxa" w:w="3402"/>
          </w:tcPr>
          <w:p>
            <w:r/>
            <w:r>
              <w:rPr>
                <w:b/>
              </w:rPr>
              <w:t>5번㉣ 정답 대입 시 문장 호응 오류</w:t>
            </w:r>
          </w:p>
          <w:p>
            <w:r>
              <w:t>모사에 치중에 집중하는</w:t>
            </w:r>
          </w:p>
        </w:tc>
        <w:tc>
          <w:tcPr>
            <w:tcW w:type="dxa" w:w="4535"/>
          </w:tcPr>
          <w:p>
            <w:r>
              <w:t>모사에 치중하는</w:t>
            </w:r>
          </w:p>
        </w:tc>
      </w:tr>
      <w:tr>
        <w:tc>
          <w:tcPr>
            <w:tcW w:type="dxa" w:w="1701"/>
          </w:tcPr>
          <w:p>
            <w:r>
              <w:t>인쇄 127쪽 / PDF 135쪽 / KN-053 / P269</w:t>
            </w:r>
          </w:p>
        </w:tc>
        <w:tc>
          <w:tcPr>
            <w:tcW w:type="dxa" w:w="3402"/>
          </w:tcPr>
          <w:p>
            <w:r/>
            <w:r>
              <w:rPr>
                <w:b/>
              </w:rPr>
              <w:t>4번 없는 밑줄 참조</w:t>
            </w:r>
          </w:p>
          <w:p>
            <w:r>
              <w:t>중 밑줄 친 부분의 설명이 / 밑줄 친 부분을</w:t>
            </w:r>
          </w:p>
        </w:tc>
        <w:tc>
          <w:tcPr>
            <w:tcW w:type="dxa" w:w="4535"/>
          </w:tcPr>
          <w:p>
            <w:r>
              <w:t>중 설명이 / 잘못된 부분을</w:t>
              <w:br/>
              <w:t>반영 문구</w:t>
              <w:br/>
              <w:t xml:space="preserve">윗글을 읽고 &lt;보기&gt;의 ㄱ~ㅂ 중 설명이 옳지 </w:t>
              <w:br/>
              <w:t>않은 것 한 개를 찾아 기호를 쓰고, 잘못된 부분을 바르게</w:t>
            </w:r>
          </w:p>
        </w:tc>
      </w:tr>
      <w:tr>
        <w:tc>
          <w:tcPr>
            <w:tcW w:type="dxa" w:w="1701"/>
          </w:tcPr>
          <w:p>
            <w:r>
              <w:t>인쇄 130쪽 / PDF 138쪽 / KN-053 / P270</w:t>
            </w:r>
          </w:p>
        </w:tc>
        <w:tc>
          <w:tcPr>
            <w:tcW w:type="dxa" w:w="3402"/>
          </w:tcPr>
          <w:p>
            <w:r/>
            <w:r>
              <w:rPr>
                <w:b/>
              </w:rPr>
              <w:t>4번 해설 근거 문단</w:t>
            </w:r>
          </w:p>
          <w:p>
            <w:r>
              <w:t>두 번째 문단(소스)</w:t>
            </w:r>
          </w:p>
        </w:tc>
        <w:tc>
          <w:tcPr>
            <w:tcW w:type="dxa" w:w="4535"/>
          </w:tcPr>
          <w:p>
            <w:r>
              <w:t>세 번째 문단</w:t>
            </w:r>
          </w:p>
        </w:tc>
      </w:tr>
      <w:tr>
        <w:tc>
          <w:tcPr>
            <w:tcW w:type="dxa" w:w="1701"/>
          </w:tcPr>
          <w:p>
            <w:r>
              <w:t>인쇄 131쪽 / PDF 139쪽 / KN-053 / P271</w:t>
            </w:r>
          </w:p>
        </w:tc>
        <w:tc>
          <w:tcPr>
            <w:tcW w:type="dxa" w:w="3402"/>
          </w:tcPr>
          <w:p>
            <w:r/>
            <w:r>
              <w:rPr>
                <w:b/>
              </w:rPr>
              <w:t>5번 해설 근거 문단</w:t>
            </w:r>
          </w:p>
          <w:p>
            <w:r>
              <w:t>&lt;가&gt;의 2문단</w:t>
            </w:r>
          </w:p>
        </w:tc>
        <w:tc>
          <w:tcPr>
            <w:tcW w:type="dxa" w:w="4535"/>
          </w:tcPr>
          <w:p>
            <w:r>
              <w:t>&lt;가&gt;의 3문단</w:t>
            </w:r>
          </w:p>
        </w:tc>
      </w:tr>
      <w:tr>
        <w:tc>
          <w:tcPr>
            <w:tcW w:type="dxa" w:w="1701"/>
          </w:tcPr>
          <w:p>
            <w:r>
              <w:t>인쇄 133쪽 / PDF 141쪽 / KN-054 / P284</w:t>
            </w:r>
          </w:p>
        </w:tc>
        <w:tc>
          <w:tcPr>
            <w:tcW w:type="dxa" w:w="3402"/>
          </w:tcPr>
          <w:p>
            <w:r/>
            <w:r>
              <w:rPr>
                <w:b/>
              </w:rPr>
              <w:t>요약 외부적 위험</w:t>
            </w:r>
          </w:p>
          <w:p>
            <w:r>
              <w:t>통제 불가</w:t>
            </w:r>
          </w:p>
        </w:tc>
        <w:tc>
          <w:tcPr>
            <w:tcW w:type="dxa" w:w="4535"/>
          </w:tcPr>
          <w:p>
            <w:r>
              <w:t>통제 곤란</w:t>
            </w:r>
          </w:p>
        </w:tc>
      </w:tr>
      <w:tr>
        <w:tc>
          <w:tcPr>
            <w:tcW w:type="dxa" w:w="1701"/>
          </w:tcPr>
          <w:p>
            <w:r>
              <w:t>인쇄 133쪽 / PDF 141쪽 / KN-054 / P285</w:t>
            </w:r>
          </w:p>
        </w:tc>
        <w:tc>
          <w:tcPr>
            <w:tcW w:type="dxa" w:w="3402"/>
          </w:tcPr>
          <w:p>
            <w:r/>
            <w:r>
              <w:rPr>
                <w:b/>
              </w:rPr>
              <w:t>요약⑤ 정답 중복</w:t>
            </w:r>
          </w:p>
          <w:p>
            <w:r>
              <w:t>(5) 정치 민주화</w:t>
            </w:r>
          </w:p>
        </w:tc>
        <w:tc>
          <w:tcPr>
            <w:tcW w:type="dxa" w:w="4535"/>
          </w:tcPr>
          <w:p>
            <w:r>
              <w:t>(5) 민주화</w:t>
            </w:r>
          </w:p>
        </w:tc>
      </w:tr>
      <w:tr>
        <w:tc>
          <w:tcPr>
            <w:tcW w:type="dxa" w:w="1701"/>
          </w:tcPr>
          <w:p>
            <w:r>
              <w:t>인쇄 138쪽 / PDF 146쪽 / KN-054 / P286</w:t>
            </w:r>
          </w:p>
        </w:tc>
        <w:tc>
          <w:tcPr>
            <w:tcW w:type="dxa" w:w="3402"/>
          </w:tcPr>
          <w:p>
            <w:r/>
            <w:r>
              <w:rPr>
                <w:b/>
              </w:rPr>
              <w:t>예상4 수정답 및 근거 문단</w:t>
            </w:r>
          </w:p>
          <w:p>
            <w:r>
              <w:t>㉢ 아비투스만 대입 / 근거1·4문단</w:t>
            </w:r>
          </w:p>
        </w:tc>
        <w:tc>
          <w:tcPr>
            <w:tcW w:type="dxa" w:w="4535"/>
          </w:tcPr>
          <w:p>
            <w:r>
              <w:t>㉢ 의식적 선택과 아비투스 모두 고려 / (가)2·(나)3문단</w:t>
            </w:r>
          </w:p>
        </w:tc>
      </w:tr>
      <w:tr>
        <w:tc>
          <w:tcPr>
            <w:tcW w:type="dxa" w:w="1701"/>
          </w:tcPr>
          <w:p>
            <w:r>
              <w:t>인쇄 138쪽 / PDF 146쪽 / KN-054 / P287</w:t>
            </w:r>
          </w:p>
        </w:tc>
        <w:tc>
          <w:tcPr>
            <w:tcW w:type="dxa" w:w="3402"/>
          </w:tcPr>
          <w:p>
            <w:r/>
            <w:r>
              <w:rPr>
                <w:b/>
              </w:rPr>
              <w:t>예상3 인용 부호 누락</w:t>
            </w:r>
          </w:p>
          <w:p>
            <w:r>
              <w:t>개인의 자유’ / ‘과학</w:t>
            </w:r>
          </w:p>
        </w:tc>
        <w:tc>
          <w:tcPr>
            <w:tcW w:type="dxa" w:w="4535"/>
          </w:tcPr>
          <w:p>
            <w:r>
              <w:t>‘개인의 자유’ / ‘과학’</w:t>
            </w:r>
          </w:p>
        </w:tc>
      </w:tr>
      <w:tr>
        <w:tc>
          <w:tcPr>
            <w:tcW w:type="dxa" w:w="1701"/>
          </w:tcPr>
          <w:p>
            <w:r>
              <w:t>인쇄 139쪽 / PDF 147쪽 / KN-054 / P288</w:t>
            </w:r>
          </w:p>
        </w:tc>
        <w:tc>
          <w:tcPr>
            <w:tcW w:type="dxa" w:w="3402"/>
          </w:tcPr>
          <w:p>
            <w:r/>
            <w:r>
              <w:rPr>
                <w:b/>
              </w:rPr>
              <w:t>예상6 해설 근거 문단</w:t>
            </w:r>
          </w:p>
          <w:p>
            <w:r>
              <w:t>㉠3/㉤1/㉥2/㉡3/㉣1/㉦3문단</w:t>
            </w:r>
          </w:p>
        </w:tc>
        <w:tc>
          <w:tcPr>
            <w:tcW w:type="dxa" w:w="4535"/>
          </w:tcPr>
          <w:p>
            <w:r>
              <w:t>㉠1/㉤2/㉥3/㉡1/㉣2/㉦2문단</w:t>
            </w:r>
          </w:p>
        </w:tc>
      </w:tr>
      <w:tr>
        <w:tc>
          <w:tcPr>
            <w:tcW w:type="dxa" w:w="1701"/>
          </w:tcPr>
          <w:p>
            <w:r>
              <w:t>인쇄 145쪽 / PDF 153쪽 / KN-055 / P299</w:t>
            </w:r>
          </w:p>
        </w:tc>
        <w:tc>
          <w:tcPr>
            <w:tcW w:type="dxa" w:w="3402"/>
          </w:tcPr>
          <w:p>
            <w:r/>
            <w:r>
              <w:rPr>
                <w:b/>
              </w:rPr>
              <w:t>예상1·2 근거 문단</w:t>
            </w:r>
          </w:p>
          <w:p>
            <w:r>
              <w:t>예상1 모두1문단/예상2 문단번호 누락</w:t>
            </w:r>
          </w:p>
        </w:tc>
        <w:tc>
          <w:tcPr>
            <w:tcW w:type="dxa" w:w="4535"/>
          </w:tcPr>
          <w:p>
            <w:r>
              <w:t>예상1 (가)2·2·3문단/예상2 (가)4문단</w:t>
            </w:r>
          </w:p>
        </w:tc>
      </w:tr>
      <w:tr>
        <w:tc>
          <w:tcPr>
            <w:tcW w:type="dxa" w:w="1701"/>
          </w:tcPr>
          <w:p>
            <w:r>
              <w:t>인쇄 146쪽 / PDF 154쪽 / KN-055 / P300</w:t>
            </w:r>
          </w:p>
        </w:tc>
        <w:tc>
          <w:tcPr>
            <w:tcW w:type="dxa" w:w="3402"/>
          </w:tcPr>
          <w:p>
            <w:r/>
            <w:r>
              <w:rPr>
                <w:b/>
              </w:rPr>
              <w:t>예상4 근거 문단</w:t>
            </w:r>
          </w:p>
          <w:p>
            <w:r>
              <w:t>원인1문단·해결2문단</w:t>
            </w:r>
          </w:p>
        </w:tc>
        <w:tc>
          <w:tcPr>
            <w:tcW w:type="dxa" w:w="4535"/>
          </w:tcPr>
          <w:p>
            <w:r>
              <w:t>원인2문단·해결4문단</w:t>
            </w:r>
          </w:p>
        </w:tc>
      </w:tr>
      <w:tr>
        <w:tc>
          <w:tcPr>
            <w:tcW w:type="dxa" w:w="1701"/>
          </w:tcPr>
          <w:p>
            <w:r>
              <w:t>인쇄 147쪽 / PDF 155쪽 / KN-055 / P301</w:t>
            </w:r>
          </w:p>
        </w:tc>
        <w:tc>
          <w:tcPr>
            <w:tcW w:type="dxa" w:w="3402"/>
          </w:tcPr>
          <w:p>
            <w:r/>
            <w:r>
              <w:rPr>
                <w:b/>
              </w:rPr>
              <w:t>예상5·6 근거 문단</w:t>
            </w:r>
          </w:p>
          <w:p>
            <w:r>
              <w:t>예상5 1·2문단 / 예상6①2문단</w:t>
            </w:r>
          </w:p>
        </w:tc>
        <w:tc>
          <w:tcPr>
            <w:tcW w:type="dxa" w:w="4535"/>
          </w:tcPr>
          <w:p>
            <w:r>
              <w:t>예상5 (나)2·3문단 / 예상6①(나)3문단</w:t>
            </w:r>
          </w:p>
        </w:tc>
      </w:tr>
      <w:tr>
        <w:tc>
          <w:tcPr>
            <w:tcW w:type="dxa" w:w="1701"/>
          </w:tcPr>
          <w:p>
            <w:r>
              <w:t>인쇄 150쪽 / PDF 158쪽 / KN-056 / P305</w:t>
            </w:r>
          </w:p>
        </w:tc>
        <w:tc>
          <w:tcPr>
            <w:tcW w:type="dxa" w:w="3402"/>
          </w:tcPr>
          <w:p>
            <w:r/>
            <w:r>
              <w:rPr>
                <w:b/>
              </w:rPr>
              <w:t>예상2 상관주의 적용</w:t>
            </w:r>
          </w:p>
          <w:p>
            <w:r>
              <w:t>독립적 존재 가능성 부정</w:t>
            </w:r>
          </w:p>
        </w:tc>
        <w:tc>
          <w:tcPr>
            <w:tcW w:type="dxa" w:w="4535"/>
          </w:tcPr>
          <w:p>
            <w:r>
              <w:t>인식 주체를 벗어난 실재 자체의 논의 거부</w:t>
            </w:r>
          </w:p>
        </w:tc>
      </w:tr>
      <w:tr>
        <w:tc>
          <w:tcPr>
            <w:tcW w:type="dxa" w:w="1701"/>
          </w:tcPr>
          <w:p>
            <w:r>
              <w:t>인쇄 151쪽 / PDF 159쪽 / KN-056 / P307</w:t>
            </w:r>
          </w:p>
        </w:tc>
        <w:tc>
          <w:tcPr>
            <w:tcW w:type="dxa" w:w="3402"/>
          </w:tcPr>
          <w:p>
            <w:r/>
            <w:r>
              <w:rPr>
                <w:b/>
              </w:rPr>
              <w:t>예상3 인용부호</w:t>
            </w:r>
          </w:p>
          <w:p>
            <w:r>
              <w:t>사회 구성주의 뒤 닫는 부호만 존재</w:t>
            </w:r>
          </w:p>
        </w:tc>
        <w:tc>
          <w:tcPr>
            <w:tcW w:type="dxa" w:w="4535"/>
          </w:tcPr>
          <w:p>
            <w:r>
              <w:t>두 곳 여는 인용부호 추가</w:t>
            </w:r>
          </w:p>
        </w:tc>
      </w:tr>
      <w:tr>
        <w:tc>
          <w:tcPr>
            <w:tcW w:type="dxa" w:w="1701"/>
          </w:tcPr>
          <w:p>
            <w:r>
              <w:t>인쇄 153쪽 / PDF 161쪽 / KN-056 / P306</w:t>
            </w:r>
          </w:p>
        </w:tc>
        <w:tc>
          <w:tcPr>
            <w:tcW w:type="dxa" w:w="3402"/>
          </w:tcPr>
          <w:p>
            <w:r/>
            <w:r>
              <w:rPr>
                <w:b/>
              </w:rPr>
              <w:t>예상2 해설·근거 문단</w:t>
            </w:r>
          </w:p>
          <w:p>
            <w:r>
              <w:t>독립적 존재 부정/지문3·4·2문단</w:t>
            </w:r>
          </w:p>
        </w:tc>
        <w:tc>
          <w:tcPr>
            <w:tcW w:type="dxa" w:w="4535"/>
          </w:tcPr>
          <w:p>
            <w:r>
              <w:t>실재 자체 논의 거부/(가)1·3,(나)3문단</w:t>
            </w:r>
          </w:p>
        </w:tc>
      </w:tr>
      <w:tr>
        <w:tc>
          <w:tcPr>
            <w:tcW w:type="dxa" w:w="1701"/>
          </w:tcPr>
          <w:p>
            <w:r>
              <w:t>인쇄 155쪽 / PDF 163쪽 / KN-056 / P308</w:t>
            </w:r>
          </w:p>
        </w:tc>
        <w:tc>
          <w:tcPr>
            <w:tcW w:type="dxa" w:w="3402"/>
          </w:tcPr>
          <w:p>
            <w:r/>
            <w:r>
              <w:rPr>
                <w:b/>
              </w:rPr>
              <w:t>예상6 해설의 보기 인용</w:t>
            </w:r>
          </w:p>
          <w:p>
            <w:r>
              <w:t>보기에 없는 의미 구성의 매개적 역할을 직접 인용</w:t>
            </w:r>
          </w:p>
        </w:tc>
        <w:tc>
          <w:tcPr>
            <w:tcW w:type="dxa" w:w="4535"/>
          </w:tcPr>
          <w:p>
            <w:r>
              <w:t>실제 보기의 언어·기록·제도와 연결</w:t>
            </w:r>
          </w:p>
        </w:tc>
      </w:tr>
      <w:tr>
        <w:tc>
          <w:tcPr>
            <w:tcW w:type="dxa" w:w="1701"/>
          </w:tcPr>
          <w:p>
            <w:r>
              <w:t>인쇄 157쪽 / PDF 165쪽 / KN-057 / P314</w:t>
            </w:r>
          </w:p>
        </w:tc>
        <w:tc>
          <w:tcPr>
            <w:tcW w:type="dxa" w:w="3402"/>
          </w:tcPr>
          <w:p>
            <w:r/>
            <w:r>
              <w:rPr>
                <w:b/>
              </w:rPr>
              <w:t>(나) 요약 문단 표제</w:t>
            </w:r>
          </w:p>
          <w:p>
            <w:r>
              <w:t>첫 구역1문단/둘째 구역2문단</w:t>
            </w:r>
          </w:p>
        </w:tc>
        <w:tc>
          <w:tcPr>
            <w:tcW w:type="dxa" w:w="4535"/>
          </w:tcPr>
          <w:p>
            <w:r>
              <w:t>첫 구역1·2문단/둘째 구역3문단</w:t>
            </w:r>
          </w:p>
        </w:tc>
      </w:tr>
      <w:tr>
        <w:tc>
          <w:tcPr>
            <w:tcW w:type="dxa" w:w="1701"/>
          </w:tcPr>
          <w:p>
            <w:r>
              <w:t>인쇄 161쪽 / PDF 169쪽 / KN-057 / P315</w:t>
            </w:r>
          </w:p>
        </w:tc>
        <w:tc>
          <w:tcPr>
            <w:tcW w:type="dxa" w:w="3402"/>
          </w:tcPr>
          <w:p>
            <w:r/>
            <w:r>
              <w:rPr>
                <w:b/>
              </w:rPr>
              <w:t>예상1·2 근거 위치</w:t>
            </w:r>
          </w:p>
          <w:p>
            <w:r>
              <w:t>지문3/2·4문단,두번째문단,네번째문단두번째문장</w:t>
            </w:r>
          </w:p>
        </w:tc>
        <w:tc>
          <w:tcPr>
            <w:tcW w:type="dxa" w:w="4535"/>
          </w:tcPr>
          <w:p>
            <w:r>
              <w:t>(가)2·3·4,(나)3; (가)3셋째문장</w:t>
            </w:r>
          </w:p>
        </w:tc>
      </w:tr>
      <w:tr>
        <w:tc>
          <w:tcPr>
            <w:tcW w:type="dxa" w:w="1701"/>
          </w:tcPr>
          <w:p>
            <w:r>
              <w:t>인쇄 162쪽 / PDF 170쪽 / KN-057 / P316</w:t>
            </w:r>
          </w:p>
        </w:tc>
        <w:tc>
          <w:tcPr>
            <w:tcW w:type="dxa" w:w="3402"/>
          </w:tcPr>
          <w:p>
            <w:r/>
            <w:r>
              <w:rPr>
                <w:b/>
              </w:rPr>
              <w:t>예상3 첫 근거 문단</w:t>
            </w:r>
          </w:p>
          <w:p>
            <w:r>
              <w:t>4문단 디지털 자산 거래 예시</w:t>
            </w:r>
          </w:p>
        </w:tc>
        <w:tc>
          <w:tcPr>
            <w:tcW w:type="dxa" w:w="4535"/>
          </w:tcPr>
          <w:p>
            <w:r>
              <w:t>(가)3문단</w:t>
            </w:r>
          </w:p>
        </w:tc>
      </w:tr>
      <w:tr>
        <w:tc>
          <w:tcPr>
            <w:tcW w:type="dxa" w:w="1701"/>
          </w:tcPr>
          <w:p>
            <w:r>
              <w:t>인쇄 163쪽 / PDF 171쪽 / KN-057 / P317</w:t>
            </w:r>
          </w:p>
        </w:tc>
        <w:tc>
          <w:tcPr>
            <w:tcW w:type="dxa" w:w="3402"/>
          </w:tcPr>
          <w:p>
            <w:r/>
            <w:r>
              <w:rPr>
                <w:b/>
              </w:rPr>
              <w:t>예상6 근거 문단</w:t>
            </w:r>
          </w:p>
          <w:p>
            <w:r>
              <w:t>열거주의3/포괄주의4문단</w:t>
            </w:r>
          </w:p>
        </w:tc>
        <w:tc>
          <w:tcPr>
            <w:tcW w:type="dxa" w:w="4535"/>
          </w:tcPr>
          <w:p>
            <w:r>
              <w:t>(가)2/3문단</w:t>
            </w:r>
          </w:p>
        </w:tc>
      </w:tr>
      <w:tr>
        <w:tc>
          <w:tcPr>
            <w:tcW w:type="dxa" w:w="1701"/>
          </w:tcPr>
          <w:p>
            <w:r>
              <w:t>인쇄 164쪽 / PDF 172쪽 / KN-058 / P330</w:t>
            </w:r>
          </w:p>
        </w:tc>
        <w:tc>
          <w:tcPr>
            <w:tcW w:type="dxa" w:w="3402"/>
          </w:tcPr>
          <w:p>
            <w:r/>
            <w:r>
              <w:rPr>
                <w:b/>
              </w:rPr>
              <w:t>요약·해설</w:t>
            </w:r>
          </w:p>
          <w:p>
            <w:r>
              <w:t>요약 문단1/2/3 표기 및 정답17을14로 오기</w:t>
            </w:r>
          </w:p>
        </w:tc>
        <w:tc>
          <w:tcPr>
            <w:tcW w:type="dxa" w:w="4535"/>
          </w:tcPr>
          <w:p>
            <w:r>
              <w:t>EBS 원문 문단·번호와 일치하도록 수정</w:t>
              <w:br/>
              <w:t>반영 문구</w:t>
              <w:br/>
              <w:t>1·2문단</w:t>
              <w:br/>
              <w:t>3문단</w:t>
              <w:br/>
              <w:t>4문단</w:t>
              <w:br/>
              <w:t>(17) 연속</w:t>
            </w:r>
          </w:p>
        </w:tc>
      </w:tr>
      <w:tr>
        <w:tc>
          <w:tcPr>
            <w:tcW w:type="dxa" w:w="1701"/>
          </w:tcPr>
          <w:p>
            <w:r>
              <w:t>인쇄 165쪽 / PDF 173쪽 / KN-058 / P331</w:t>
            </w:r>
          </w:p>
        </w:tc>
        <w:tc>
          <w:tcPr>
            <w:tcW w:type="dxa" w:w="3402"/>
          </w:tcPr>
          <w:p>
            <w:r/>
            <w:r>
              <w:rPr>
                <w:b/>
              </w:rPr>
              <w:t>요약·해설</w:t>
            </w:r>
          </w:p>
          <w:p>
            <w:r>
              <w:t>요약 첫 묶음은1·2문단을 포함</w:t>
            </w:r>
          </w:p>
        </w:tc>
        <w:tc>
          <w:tcPr>
            <w:tcW w:type="dxa" w:w="4535"/>
          </w:tcPr>
          <w:p>
            <w:r>
              <w:t>EBS 원문 문단·번호와 일치하도록 수정</w:t>
              <w:br/>
              <w:t>반영 문구</w:t>
              <w:br/>
              <w:t>1·2문단</w:t>
            </w:r>
          </w:p>
        </w:tc>
      </w:tr>
      <w:tr>
        <w:tc>
          <w:tcPr>
            <w:tcW w:type="dxa" w:w="1701"/>
          </w:tcPr>
          <w:p>
            <w:r>
              <w:t>인쇄 169쪽 / PDF 177쪽 / KN-058 / P332</w:t>
            </w:r>
          </w:p>
        </w:tc>
        <w:tc>
          <w:tcPr>
            <w:tcW w:type="dxa" w:w="3402"/>
          </w:tcPr>
          <w:p>
            <w:r/>
            <w:r>
              <w:rPr>
                <w:b/>
              </w:rPr>
              <w:t>요약·해설</w:t>
            </w:r>
          </w:p>
          <w:p>
            <w:r>
              <w:t>예상1·2번 출처 문단 다수 오류</w:t>
            </w:r>
          </w:p>
        </w:tc>
        <w:tc>
          <w:tcPr>
            <w:tcW w:type="dxa" w:w="4535"/>
          </w:tcPr>
          <w:p>
            <w:r>
              <w:t>EBS 원문 문단·번호와 일치하도록 수정</w:t>
              <w:br/>
              <w:t>반영 문구</w:t>
              <w:br/>
              <w:t>① (나) 1문단에 의하면, 오늘날 변화하고 있는 매체 환</w:t>
              <w:br/>
              <w:t>② (나) 3문단에 의하면, 매체 간 통합을 중시하는 관점</w:t>
              <w:br/>
              <w:t>③ (가) 2문단에 의하면, 레싱 이전까지 시와 회화의 관</w:t>
              <w:br/>
              <w:t>① (나) 1문단에서 상호 매체성 개념에 대한 이해 중 하</w:t>
              <w:br/>
              <w:t xml:space="preserve">② (나) 2문단에서 이러한 관점은 “매체를 예술 형식과 </w:t>
              <w:br/>
              <w:t>③ (나) 3문단에서 “페히는 카메라와 필름, 무대와 캔버</w:t>
            </w:r>
          </w:p>
        </w:tc>
      </w:tr>
      <w:tr>
        <w:tc>
          <w:tcPr>
            <w:tcW w:type="dxa" w:w="1701"/>
          </w:tcPr>
          <w:p>
            <w:r>
              <w:t>인쇄 170쪽 / PDF 178쪽 / KN-058 / P333</w:t>
            </w:r>
          </w:p>
        </w:tc>
        <w:tc>
          <w:tcPr>
            <w:tcW w:type="dxa" w:w="3402"/>
          </w:tcPr>
          <w:p>
            <w:r/>
            <w:r>
              <w:rPr>
                <w:b/>
              </w:rPr>
              <w:t>요약·해설</w:t>
            </w:r>
          </w:p>
          <w:p>
            <w:r>
              <w:t>예상3·4번 근거 문단 오류</w:t>
            </w:r>
          </w:p>
        </w:tc>
        <w:tc>
          <w:tcPr>
            <w:tcW w:type="dxa" w:w="4535"/>
          </w:tcPr>
          <w:p>
            <w:r>
              <w:t>EBS 원문 문단·번호와 일치하도록 수정</w:t>
              <w:br/>
              <w:t>반영 문구</w:t>
              <w:br/>
              <w:t xml:space="preserve">(가) 3문단에서 레싱은 시·회화라는 '예술 형식' 간의 근본적인 </w:t>
              <w:br/>
              <w:t xml:space="preserve">명하며 매체의 차별성을 강조했다. 또한 (나) 3문단에서 </w:t>
              <w:br/>
              <w:t>• 이들이 공통으로 동의할 만한 주장은 (나) 3문단의 마지막</w:t>
            </w:r>
          </w:p>
        </w:tc>
      </w:tr>
      <w:tr>
        <w:tc>
          <w:tcPr>
            <w:tcW w:type="dxa" w:w="1701"/>
          </w:tcPr>
          <w:p>
            <w:r>
              <w:t>인쇄 171쪽 / PDF 179쪽 / KN-058 / P334</w:t>
            </w:r>
          </w:p>
        </w:tc>
        <w:tc>
          <w:tcPr>
            <w:tcW w:type="dxa" w:w="3402"/>
          </w:tcPr>
          <w:p>
            <w:r/>
            <w:r>
              <w:rPr>
                <w:b/>
              </w:rPr>
              <w:t>요약·해설</w:t>
            </w:r>
          </w:p>
          <w:p>
            <w:r>
              <w:t>예상5·6번 근거 문단 오류</w:t>
            </w:r>
          </w:p>
        </w:tc>
        <w:tc>
          <w:tcPr>
            <w:tcW w:type="dxa" w:w="4535"/>
          </w:tcPr>
          <w:p>
            <w:r>
              <w:t>EBS 원문 문단·번호와 일치하도록 수정</w:t>
              <w:br/>
              <w:t>반영 문구</w:t>
              <w:br/>
              <w:t>(가) 4문단은 레싱이 문자 예술(시)이 이미지 예술</w:t>
              <w:br/>
              <w:t>① (가) 3문단에서 레싱은 미메시스로 통칭된 예술 형</w:t>
              <w:br/>
              <w:t>② (나) 4문단에서 페히는 예술 형식과 매체를 구별해도 둘</w:t>
              <w:br/>
              <w:t>명이다. (㉡은 (가) 4문단, ㉢은 (나) 2문단, ㉣은 (나) 3문단과</w:t>
            </w:r>
          </w:p>
        </w:tc>
      </w:tr>
      <w:tr>
        <w:tc>
          <w:tcPr>
            <w:tcW w:type="dxa" w:w="1701"/>
          </w:tcPr>
          <w:p>
            <w:r>
              <w:t>인쇄 172쪽 / PDF 180쪽 / KN-059 / P341</w:t>
            </w:r>
          </w:p>
        </w:tc>
        <w:tc>
          <w:tcPr>
            <w:tcW w:type="dxa" w:w="3402"/>
          </w:tcPr>
          <w:p>
            <w:r/>
            <w:r>
              <w:rPr>
                <w:b/>
              </w:rPr>
              <w:t>요약·예상문항·해설</w:t>
            </w:r>
          </w:p>
          <w:p>
            <w:r>
              <w:t>르페브르 요약에 건축구조 제목/문단오류/13정답오류</w:t>
            </w:r>
          </w:p>
        </w:tc>
        <w:tc>
          <w:tcPr>
            <w:tcW w:type="dxa" w:w="4535"/>
          </w:tcPr>
          <w:p>
            <w:r>
              <w:t>(나) 르페브르 제목/1·2,2·3,4,5문단/13도시개발</w:t>
            </w:r>
          </w:p>
        </w:tc>
      </w:tr>
      <w:tr>
        <w:tc>
          <w:tcPr>
            <w:tcW w:type="dxa" w:w="1701"/>
          </w:tcPr>
          <w:p>
            <w:r>
              <w:t>인쇄 173쪽 / PDF 181쪽 / KN-059 / P342</w:t>
            </w:r>
          </w:p>
        </w:tc>
        <w:tc>
          <w:tcPr>
            <w:tcW w:type="dxa" w:w="3402"/>
          </w:tcPr>
          <w:p>
            <w:r/>
            <w:r>
              <w:rPr>
                <w:b/>
              </w:rPr>
              <w:t>요약·예상문항·해설</w:t>
            </w:r>
          </w:p>
          <w:p>
            <w:r>
              <w:t>건축구조 요약에 르페브르 제목/1문단 표기</w:t>
            </w:r>
          </w:p>
        </w:tc>
        <w:tc>
          <w:tcPr>
            <w:tcW w:type="dxa" w:w="4535"/>
          </w:tcPr>
          <w:p>
            <w:r>
              <w:t>(가) 건축구조·재료 제목/첫1·2문단</w:t>
            </w:r>
          </w:p>
        </w:tc>
      </w:tr>
      <w:tr>
        <w:tc>
          <w:tcPr>
            <w:tcW w:type="dxa" w:w="1701"/>
          </w:tcPr>
          <w:p>
            <w:r>
              <w:t>인쇄 174쪽 / PDF 182쪽 / KN-059 / P343</w:t>
            </w:r>
          </w:p>
        </w:tc>
        <w:tc>
          <w:tcPr>
            <w:tcW w:type="dxa" w:w="3402"/>
          </w:tcPr>
          <w:p>
            <w:r/>
            <w:r>
              <w:rPr>
                <w:b/>
              </w:rPr>
              <w:t>요약·예상문항·해설</w:t>
            </w:r>
          </w:p>
          <w:p>
            <w:r>
              <w:t>예상1 ③ 체험된 공간이 개념화된 공간으로 한정된다는 EBS오답 선지전용</w:t>
            </w:r>
          </w:p>
        </w:tc>
        <w:tc>
          <w:tcPr>
            <w:tcW w:type="dxa" w:w="4535"/>
          </w:tcPr>
          <w:p>
            <w:r>
              <w:t>공간들의 중첩·상호작용으로 수정</w:t>
              <w:br/>
              <w:t>반영 문구</w:t>
              <w:br/>
              <w:t>재편되는 (②)(이)라는 점을 보여 준다. 나아가 이 건축물을 통해 국가 정체성을 내면화하는 현상은 전문가가 기획한 (③)과 사용자의 체험된 공간 등이 중첩되어 상호 작용하는 현상으로 이해할 수 있다.</w:t>
            </w:r>
          </w:p>
        </w:tc>
      </w:tr>
      <w:tr>
        <w:tc>
          <w:tcPr>
            <w:tcW w:type="dxa" w:w="1701"/>
          </w:tcPr>
          <w:p>
            <w:r>
              <w:t>인쇄 175쪽 / PDF 183쪽 / KN-059 / P344</w:t>
            </w:r>
          </w:p>
        </w:tc>
        <w:tc>
          <w:tcPr>
            <w:tcW w:type="dxa" w:w="3402"/>
          </w:tcPr>
          <w:p>
            <w:r/>
            <w:r>
              <w:rPr>
                <w:b/>
              </w:rPr>
              <w:t>요약·예상문항·해설</w:t>
            </w:r>
          </w:p>
          <w:p>
            <w:r>
              <w:t>예상4도 체험된 공간이 개념화된 공간에 한정된다고 서술</w:t>
            </w:r>
          </w:p>
        </w:tc>
        <w:tc>
          <w:tcPr>
            <w:tcW w:type="dxa" w:w="4535"/>
          </w:tcPr>
          <w:p>
            <w:r>
              <w:t>④⑤빈칸을 유지하며 상호작용으로 수정</w:t>
              <w:br/>
              <w:t>반영 문구</w:t>
              <w:br/>
              <w:t>이 공간에서 사용자가 국가 정체성을 내면화하는 현상은, 개인의 상상이나 감정이 반영된 (㉱)과 통제와 질서 유지를 위해 전문가가 기획한 (㉲) 등이 중첩되어 상호 작용한 결과로 이해할 수 있다.</w:t>
            </w:r>
          </w:p>
        </w:tc>
      </w:tr>
      <w:tr>
        <w:tc>
          <w:tcPr>
            <w:tcW w:type="dxa" w:w="1701"/>
          </w:tcPr>
          <w:p>
            <w:r>
              <w:t>인쇄 177쪽 / PDF 185쪽 / KN-059 / P345</w:t>
            </w:r>
          </w:p>
        </w:tc>
        <w:tc>
          <w:tcPr>
            <w:tcW w:type="dxa" w:w="3402"/>
          </w:tcPr>
          <w:p>
            <w:r/>
            <w:r>
              <w:rPr>
                <w:b/>
              </w:rPr>
              <w:t>요약·예상문항·해설</w:t>
            </w:r>
          </w:p>
          <w:p>
            <w:r>
              <w:t>예상1·2근거 문단 오류</w:t>
            </w:r>
          </w:p>
        </w:tc>
        <w:tc>
          <w:tcPr>
            <w:tcW w:type="dxa" w:w="4535"/>
          </w:tcPr>
          <w:p>
            <w:r>
              <w:t>(가)3,(나)1·2·4문단에 맞춤</w:t>
            </w:r>
          </w:p>
        </w:tc>
      </w:tr>
      <w:tr>
        <w:tc>
          <w:tcPr>
            <w:tcW w:type="dxa" w:w="1701"/>
          </w:tcPr>
          <w:p>
            <w:r>
              <w:t>인쇄 178쪽 / PDF 186쪽 / KN-059 / P346</w:t>
            </w:r>
          </w:p>
        </w:tc>
        <w:tc>
          <w:tcPr>
            <w:tcW w:type="dxa" w:w="3402"/>
          </w:tcPr>
          <w:p>
            <w:r/>
            <w:r>
              <w:rPr>
                <w:b/>
              </w:rPr>
              <w:t>요약·예상문항·해설</w:t>
            </w:r>
          </w:p>
          <w:p>
            <w:r>
              <w:t>예상3문단·예상4한정해석오류</w:t>
            </w:r>
          </w:p>
        </w:tc>
        <w:tc>
          <w:tcPr>
            <w:tcW w:type="dxa" w:w="4535"/>
          </w:tcPr>
          <w:p>
            <w:r>
              <w:t>근거(나)2·4문단 및 중첩상호작용으로 설명</w:t>
              <w:br/>
              <w:t>반영 문구</w:t>
              <w:br/>
              <w:t>• (나) 2문단과 4문단에 따르면, 르페브르는 건축가나 행</w:t>
              <w:br/>
              <w:t>립적'이지 않다고 주장했다. 국가 정체성을 내면화하는 현상은 주관적 경험이 반영된 ㉱'체험된 공간'과 전문가가 기획한 ㉲'개념화된 공간' 등이 중첩되어 상호 작용한 결과로 볼 수 있다. 체험된 공간이 개념화된 공간으로 한정되었다는 해석은 적절하지 않다.</w:t>
            </w:r>
          </w:p>
        </w:tc>
      </w:tr>
      <w:tr>
        <w:tc>
          <w:tcPr>
            <w:tcW w:type="dxa" w:w="1701"/>
          </w:tcPr>
          <w:p>
            <w:r>
              <w:t>인쇄 179쪽 / PDF 187쪽 / KN-059 / P347</w:t>
            </w:r>
          </w:p>
        </w:tc>
        <w:tc>
          <w:tcPr>
            <w:tcW w:type="dxa" w:w="3402"/>
          </w:tcPr>
          <w:p>
            <w:r/>
            <w:r>
              <w:rPr>
                <w:b/>
              </w:rPr>
              <w:t>요약·예상문항·해설</w:t>
            </w:r>
          </w:p>
          <w:p>
            <w:r>
              <w:t>예상5·6문단 오류</w:t>
            </w:r>
          </w:p>
        </w:tc>
        <w:tc>
          <w:tcPr>
            <w:tcW w:type="dxa" w:w="4535"/>
          </w:tcPr>
          <w:p>
            <w:r>
              <w:t>예상5(가)2,예상6(나)3문단</w:t>
            </w:r>
          </w:p>
        </w:tc>
      </w:tr>
      <w:tr>
        <w:tc>
          <w:tcPr>
            <w:tcW w:type="dxa" w:w="1701"/>
          </w:tcPr>
          <w:p>
            <w:r>
              <w:t>인쇄 191쪽 / PDF 199쪽 / KN-061 / P376</w:t>
            </w:r>
          </w:p>
        </w:tc>
        <w:tc>
          <w:tcPr>
            <w:tcW w:type="dxa" w:w="3402"/>
          </w:tcPr>
          <w:p>
            <w:r/>
            <w:r>
              <w:rPr>
                <w:b/>
              </w:rPr>
              <w:t>3번 완결문장 답안과 빈칸 뒤 조사 연결 불일치</w:t>
            </w:r>
          </w:p>
          <w:p>
            <w:r>
              <w:t>3번 완결문장 답안과 빈칸 뒤 조사 연결 불일치</w:t>
            </w:r>
          </w:p>
        </w:tc>
        <w:tc>
          <w:tcPr>
            <w:tcW w:type="dxa" w:w="4535"/>
          </w:tcPr>
          <w:p>
            <w:r>
              <w:t>원문·정답·문장 연결 일치</w:t>
              <w:br/>
              <w:t>반영 문구</w:t>
              <w:br/>
              <w:t>보편적 틀이 필요하다. 다시 말하면 ( ㉠ ) 이를 통해 조건설이 해결하지 못한 택일적 인과 관계의 문제를 해결할 수 있게 된다.</w:t>
            </w:r>
          </w:p>
        </w:tc>
      </w:tr>
      <w:tr>
        <w:tc>
          <w:tcPr>
            <w:tcW w:type="dxa" w:w="1701"/>
          </w:tcPr>
          <w:p>
            <w:r>
              <w:t>인쇄 192쪽 / PDF 200쪽 / KN-061 / P377</w:t>
            </w:r>
          </w:p>
        </w:tc>
        <w:tc>
          <w:tcPr>
            <w:tcW w:type="dxa" w:w="3402"/>
          </w:tcPr>
          <w:p>
            <w:r/>
            <w:r>
              <w:rPr>
                <w:b/>
              </w:rPr>
              <w:t>5번 정답 삽입 문법 오류·6번 포기로만 수정하면 오진술 잔존</w:t>
            </w:r>
          </w:p>
          <w:p>
            <w:r>
              <w:t>5번 정답 삽입 문법 오류·6번 포기로만 수정하면 오진술 잔존</w:t>
            </w:r>
          </w:p>
        </w:tc>
        <w:tc>
          <w:tcPr>
            <w:tcW w:type="dxa" w:w="4535"/>
          </w:tcPr>
          <w:p>
            <w:r>
              <w:t>원문·정답·문장 연결 일치</w:t>
              <w:br/>
              <w:t>반영 문구</w:t>
              <w:br/>
              <w:t>개별 행위가</w:t>
              <w:br/>
              <w:t>( ㉢ )이라는 점을</w:t>
              <w:br/>
              <w:t>인정할 수 있음</w:t>
              <w:br/>
              <w:t>합법칙적 조건설은 조건 공식으로 인과 관계를 확인할 수 없다고 보고, 이를 ㉣수정하고 대안을 모색한 끝에 도출한 이론이다.</w:t>
            </w:r>
          </w:p>
        </w:tc>
      </w:tr>
      <w:tr>
        <w:tc>
          <w:tcPr>
            <w:tcW w:type="dxa" w:w="1701"/>
          </w:tcPr>
          <w:p>
            <w:r>
              <w:t>인쇄 193쪽 / PDF 201쪽 / KN-061 / P378</w:t>
            </w:r>
          </w:p>
        </w:tc>
        <w:tc>
          <w:tcPr>
            <w:tcW w:type="dxa" w:w="3402"/>
          </w:tcPr>
          <w:p>
            <w:r/>
            <w:r>
              <w:rPr>
                <w:b/>
              </w:rPr>
              <w:t>2번 근거 문단 번호 누락</w:t>
            </w:r>
          </w:p>
          <w:p>
            <w:r>
              <w:t>2번 근거 문단 번호 누락</w:t>
            </w:r>
          </w:p>
        </w:tc>
        <w:tc>
          <w:tcPr>
            <w:tcW w:type="dxa" w:w="4535"/>
          </w:tcPr>
          <w:p>
            <w:r>
              <w:t>원문·정답·문장 연결 일치</w:t>
              <w:br/>
              <w:t>반영 문구</w:t>
              <w:br/>
              <w:t>① (가) 4문단에서는 단독으로 결과를 발생시킬 수 있는 복수의 독립한 범죄 행위가 결합한 사례를 '택일적 인과 관계'라고 정의하고 있다.</w:t>
              <w:br/>
              <w:t>③ 지문 (가)의 세 번째 문단에서 조건 공식에 의한 사건</w:t>
            </w:r>
          </w:p>
        </w:tc>
      </w:tr>
      <w:tr>
        <w:tc>
          <w:tcPr>
            <w:tcW w:type="dxa" w:w="1701"/>
          </w:tcPr>
          <w:p>
            <w:r>
              <w:t>인쇄 194쪽 / PDF 202쪽 / KN-061 / P379</w:t>
            </w:r>
          </w:p>
        </w:tc>
        <w:tc>
          <w:tcPr>
            <w:tcW w:type="dxa" w:w="3402"/>
          </w:tcPr>
          <w:p>
            <w:r/>
            <w:r>
              <w:rPr>
                <w:b/>
              </w:rPr>
              <w:t>4번 정의 첫 어절 어떤→인과, 원문 앞부분 누락</w:t>
            </w:r>
          </w:p>
          <w:p>
            <w:r>
              <w:t>4번 정의 첫 어절 어떤→인과, 원문 앞부분 누락</w:t>
            </w:r>
          </w:p>
        </w:tc>
        <w:tc>
          <w:tcPr>
            <w:tcW w:type="dxa" w:w="4535"/>
          </w:tcPr>
          <w:p>
            <w:r>
              <w:t>원문·정답·문장 연결 일치</w:t>
              <w:br/>
              <w:t>반영 문구</w:t>
              <w:br/>
              <w:t xml:space="preserve">정답: ㉠ 첫 어절: 인과 / 마지막 어절: 된다. ㉡ 반사실적 </w:t>
              <w:br/>
              <w:t>㉠ 첫 어절: 인과 / 마지막 어절: 된다.</w:t>
              <w:br/>
              <w:t>㉠: (가) 1문단 첫 문장은 "인과 관계에 관한 조건설에 의하면"으로 시작하여 "그 결과에 대한 원인이 된다."로 끝난다. 따라서 첫 어절은 '인과', 마지막 어절은 '된다.'이다.</w:t>
            </w:r>
          </w:p>
        </w:tc>
      </w:tr>
      <w:tr>
        <w:tc>
          <w:tcPr>
            <w:tcW w:type="dxa" w:w="1701"/>
          </w:tcPr>
          <w:p>
            <w:r>
              <w:t>인쇄 195쪽 / PDF 203쪽 / KN-061 / P380</w:t>
            </w:r>
          </w:p>
        </w:tc>
        <w:tc>
          <w:tcPr>
            <w:tcW w:type="dxa" w:w="3402"/>
          </w:tcPr>
          <w:p>
            <w:r/>
            <w:r>
              <w:rPr>
                <w:b/>
              </w:rPr>
              <w:t>5번 표의 빈칸과 정답 문법 연결</w:t>
            </w:r>
          </w:p>
          <w:p>
            <w:r>
              <w:t>5번 표의 빈칸과 정답 문법 연결</w:t>
            </w:r>
          </w:p>
        </w:tc>
        <w:tc>
          <w:tcPr>
            <w:tcW w:type="dxa" w:w="4535"/>
          </w:tcPr>
          <w:p>
            <w:r>
              <w:t>원문·정답·문장 연결 일치</w:t>
              <w:br/>
              <w:t>반영 문구</w:t>
              <w:br/>
              <w:t>정답: ㉠ 조건 공식 (또는 인과 관계의 발견 공식) ㉡ 일반적 법칙 ㉢ 결과의 원인</w:t>
              <w:br/>
              <w:t>㉢ 결과의 원인</w:t>
            </w:r>
          </w:p>
        </w:tc>
      </w:tr>
      <w:tr>
        <w:tc>
          <w:tcPr>
            <w:tcW w:type="dxa" w:w="1701"/>
          </w:tcPr>
          <w:p>
            <w:r>
              <w:t>인쇄 196쪽 / PDF 204쪽 / KN-062 / P389</w:t>
            </w:r>
          </w:p>
        </w:tc>
        <w:tc>
          <w:tcPr>
            <w:tcW w:type="dxa" w:w="3402"/>
          </w:tcPr>
          <w:p>
            <w:r/>
            <w:r>
              <w:rPr>
                <w:b/>
              </w:rPr>
              <w:t>요약11 미끄러운 비탈길을 무법 상태의 별칭처럼 설명</w:t>
            </w:r>
          </w:p>
          <w:p>
            <w:r>
              <w:t>요약11 미끄러운 비탈길을 무법 상태의 별칭처럼 설명</w:t>
            </w:r>
          </w:p>
        </w:tc>
        <w:tc>
          <w:tcPr>
            <w:tcW w:type="dxa" w:w="4535"/>
          </w:tcPr>
          <w:p>
            <w:r>
              <w:t>원문·정답·문장 연결 및 배점 일치</w:t>
              <w:br/>
              <w:t>반영 문구</w:t>
              <w:br/>
              <w:t>반대 논리: 법 준수는 법의 효력을 유지하고 타인의 모범이 됨 ↔ 불복종은 처벌 비용을 높이고,</w:t>
              <w:br/>
              <w:t>작은 위법도 (11)____________을 타고 무법 상태에 이르게 할 위험이 있음</w:t>
            </w:r>
          </w:p>
        </w:tc>
      </w:tr>
      <w:tr>
        <w:tc>
          <w:tcPr>
            <w:tcW w:type="dxa" w:w="1701"/>
          </w:tcPr>
          <w:p>
            <w:r>
              <w:t>인쇄 198쪽 / PDF 206쪽 / KN-062 / P390</w:t>
            </w:r>
          </w:p>
        </w:tc>
        <w:tc>
          <w:tcPr>
            <w:tcW w:type="dxa" w:w="3402"/>
          </w:tcPr>
          <w:p>
            <w:r/>
            <w:r>
              <w:rPr>
                <w:b/>
              </w:rPr>
              <w:t>1번 관형형 활용 조건과 원문 그대로 조건 충돌</w:t>
            </w:r>
          </w:p>
          <w:p>
            <w:r>
              <w:t>1번 관형형 활용 조건과 원문 그대로 조건 충돌</w:t>
            </w:r>
          </w:p>
        </w:tc>
        <w:tc>
          <w:tcPr>
            <w:tcW w:type="dxa" w:w="4535"/>
          </w:tcPr>
          <w:p>
            <w:r>
              <w:t>원문·정답·문장 연결 및 배점 일치</w:t>
              <w:br/>
              <w:t>반영 문구</w:t>
              <w:br/>
              <w:t>• ①은 지문 표현을 활용하고, ②·③은 그대로 쓸 것.</w:t>
            </w:r>
          </w:p>
        </w:tc>
      </w:tr>
      <w:tr>
        <w:tc>
          <w:tcPr>
            <w:tcW w:type="dxa" w:w="1701"/>
          </w:tcPr>
          <w:p>
            <w:r>
              <w:t>인쇄 200쪽 / PDF 208쪽 / KN-062 / P391</w:t>
            </w:r>
          </w:p>
        </w:tc>
        <w:tc>
          <w:tcPr>
            <w:tcW w:type="dxa" w:w="3402"/>
          </w:tcPr>
          <w:p>
            <w:r/>
            <w:r>
              <w:rPr>
                <w:b/>
              </w:rPr>
              <w:t>5번③ 명사 빈칸인데 동사구 요구</w:t>
            </w:r>
          </w:p>
          <w:p>
            <w:r>
              <w:t>5번③ 명사 빈칸인데 동사구 요구</w:t>
            </w:r>
          </w:p>
        </w:tc>
        <w:tc>
          <w:tcPr>
            <w:tcW w:type="dxa" w:w="4535"/>
          </w:tcPr>
          <w:p>
            <w:r>
              <w:t>원문·정답·문장 연결 및 배점 일치</w:t>
              <w:br/>
              <w:t>반영 문구</w:t>
              <w:br/>
              <w:t>• 빈칸 ③은 명사 형태로 작성할 것.</w:t>
            </w:r>
          </w:p>
        </w:tc>
      </w:tr>
      <w:tr>
        <w:tc>
          <w:tcPr>
            <w:tcW w:type="dxa" w:w="1701"/>
          </w:tcPr>
          <w:p>
            <w:r>
              <w:t>인쇄 201쪽 / PDF 209쪽 / KN-062 / P392</w:t>
            </w:r>
          </w:p>
        </w:tc>
        <w:tc>
          <w:tcPr>
            <w:tcW w:type="dxa" w:w="3402"/>
          </w:tcPr>
          <w:p>
            <w:r/>
            <w:r>
              <w:rPr>
                <w:b/>
              </w:rPr>
              <w:t>1번 약화되고는 관형형 조건·사회 앞 연결 불가</w:t>
            </w:r>
          </w:p>
          <w:p>
            <w:r>
              <w:t>1번 약화되고는 관형형 조건·사회 앞 연결 불가</w:t>
            </w:r>
          </w:p>
        </w:tc>
        <w:tc>
          <w:tcPr>
            <w:tcW w:type="dxa" w:w="4535"/>
          </w:tcPr>
          <w:p>
            <w:r>
              <w:t>원문·정답·문장 연결 및 배점 일치</w:t>
              <w:br/>
              <w:t>반영 문구</w:t>
              <w:br/>
              <w:t>정답: ① 약화된 ② 범법자 처벌 비용 ③ 무법 상태</w:t>
              <w:br/>
              <w:t>이므로 지문의 표현을 빌려 '약화된'이 적절하다.</w:t>
              <w:br/>
              <w:t>① 약화된</w:t>
            </w:r>
          </w:p>
        </w:tc>
      </w:tr>
      <w:tr>
        <w:tc>
          <w:tcPr>
            <w:tcW w:type="dxa" w:w="1701"/>
          </w:tcPr>
          <w:p>
            <w:r>
              <w:t>인쇄 203쪽 / PDF 211쪽 / KN-062 / P393</w:t>
            </w:r>
          </w:p>
        </w:tc>
        <w:tc>
          <w:tcPr>
            <w:tcW w:type="dxa" w:w="3402"/>
          </w:tcPr>
          <w:p>
            <w:r/>
            <w:r>
              <w:rPr>
                <w:b/>
              </w:rPr>
              <w:t>5번③ 처벌을불사를 넣으면 목적어·동사 중복</w:t>
            </w:r>
          </w:p>
          <w:p>
            <w:r>
              <w:t>5번③ 처벌을불사를 넣으면 목적어·동사 중복</w:t>
            </w:r>
          </w:p>
        </w:tc>
        <w:tc>
          <w:tcPr>
            <w:tcW w:type="dxa" w:w="4535"/>
          </w:tcPr>
          <w:p>
            <w:r>
              <w:t>원문·정답·문장 연결 및 배점 일치</w:t>
              <w:br/>
              <w:t>반영 문구</w:t>
              <w:br/>
              <w:t>정답: ① 양심 ② 계약과 합의 ③ 처벌 ④ 나라 전체</w:t>
              <w:br/>
              <w:t>③ 처벌</w:t>
            </w:r>
          </w:p>
        </w:tc>
      </w:tr>
      <w:tr>
        <w:tc>
          <w:tcPr>
            <w:tcW w:type="dxa" w:w="1701"/>
          </w:tcPr>
          <w:p>
            <w:r>
              <w:t>인쇄 204쪽 / PDF 212쪽 / KN-063 / P407</w:t>
            </w:r>
          </w:p>
        </w:tc>
        <w:tc>
          <w:tcPr>
            <w:tcW w:type="dxa" w:w="3402"/>
          </w:tcPr>
          <w:p>
            <w:r/>
            <w:r>
              <w:rPr>
                <w:b/>
              </w:rPr>
              <w:t>(가) 요약의 근거 문단 번호</w:t>
            </w:r>
          </w:p>
          <w:p>
            <w:r>
              <w:t>통상적 이해와 비판:1문단 / 본질로서의 유추:2문단</w:t>
            </w:r>
          </w:p>
        </w:tc>
        <w:tc>
          <w:tcPr>
            <w:tcW w:type="dxa" w:w="4535"/>
          </w:tcPr>
          <w:p>
            <w:r>
              <w:t>통상적 이해와 비판:1~2문단 / 본질로서의 유추:3문단</w:t>
            </w:r>
          </w:p>
        </w:tc>
      </w:tr>
      <w:tr>
        <w:tc>
          <w:tcPr>
            <w:tcW w:type="dxa" w:w="1701"/>
          </w:tcPr>
          <w:p>
            <w:r>
              <w:t>인쇄 209쪽 / PDF 217쪽 / KN-063 / P408</w:t>
            </w:r>
          </w:p>
        </w:tc>
        <w:tc>
          <w:tcPr>
            <w:tcW w:type="dxa" w:w="3402"/>
          </w:tcPr>
          <w:p>
            <w:r/>
            <w:r>
              <w:rPr>
                <w:b/>
              </w:rPr>
              <w:t>2번 정답·해설·채점표의 빈칸 접속과 개념</w:t>
            </w:r>
          </w:p>
          <w:p>
            <w:r>
              <w:t>㉠ 법 해석의 본질 그 자체 허용 / ㉡ 제3의 비교점</w:t>
            </w:r>
          </w:p>
        </w:tc>
        <w:tc>
          <w:tcPr>
            <w:tcW w:type="dxa" w:w="4535"/>
          </w:tcPr>
          <w:p>
            <w:r>
              <w:t>㉠ 법 해석의 본질만 인정 / ㉡ 동화 과정</w:t>
            </w:r>
          </w:p>
        </w:tc>
      </w:tr>
      <w:tr>
        <w:tc>
          <w:tcPr>
            <w:tcW w:type="dxa" w:w="1701"/>
          </w:tcPr>
          <w:p>
            <w:r>
              <w:t>인쇄 211쪽 / PDF 219쪽 / KN-063 / P409</w:t>
            </w:r>
          </w:p>
        </w:tc>
        <w:tc>
          <w:tcPr>
            <w:tcW w:type="dxa" w:w="3402"/>
          </w:tcPr>
          <w:p>
            <w:r/>
            <w:r>
              <w:rPr>
                <w:b/>
              </w:rPr>
              <w:t>5번㉠ 정의 문장의 첫 어절</w:t>
            </w:r>
          </w:p>
          <w:p>
            <w:r>
              <w:t>유추는, 것이다. / 첫 어절은 유추는</w:t>
            </w:r>
          </w:p>
        </w:tc>
        <w:tc>
          <w:tcPr>
            <w:tcW w:type="dxa" w:w="4535"/>
          </w:tcPr>
          <w:p>
            <w:r>
              <w:t>다시, 것이다. / 원문은 다시 말해서 유추는으로 시작</w:t>
            </w:r>
          </w:p>
        </w:tc>
      </w:tr>
      <w:tr>
        <w:tc>
          <w:tcPr>
            <w:tcW w:type="dxa" w:w="1701"/>
          </w:tcPr>
          <w:p>
            <w:r>
              <w:t>인쇄 212쪽 / PDF 220쪽 / KN-064 / P413</w:t>
            </w:r>
          </w:p>
        </w:tc>
        <w:tc>
          <w:tcPr>
            <w:tcW w:type="dxa" w:w="3402"/>
          </w:tcPr>
          <w:p>
            <w:r/>
            <w:r>
              <w:rPr>
                <w:b/>
              </w:rPr>
              <w:t>(가) 요약의 실제 근거 문단</w:t>
            </w:r>
          </w:p>
          <w:p>
            <w:r>
              <w:t>발견1/연구중단2/플로리팀3문단</w:t>
            </w:r>
          </w:p>
        </w:tc>
        <w:tc>
          <w:tcPr>
            <w:tcW w:type="dxa" w:w="4535"/>
          </w:tcPr>
          <w:p>
            <w:r>
              <w:t>발견1~2/연구중단3/플로리팀4문단</w:t>
            </w:r>
          </w:p>
        </w:tc>
      </w:tr>
      <w:tr>
        <w:tc>
          <w:tcPr>
            <w:tcW w:type="dxa" w:w="1701"/>
          </w:tcPr>
          <w:p>
            <w:r>
              <w:t>인쇄 213쪽 / PDF 221쪽 / KN-064 / P414</w:t>
            </w:r>
          </w:p>
        </w:tc>
        <w:tc>
          <w:tcPr>
            <w:tcW w:type="dxa" w:w="3402"/>
          </w:tcPr>
          <w:p>
            <w:r/>
            <w:r>
              <w:rPr>
                <w:b/>
              </w:rPr>
              <w:t>(나) 구조·작용 원리 요약의 근거 문단</w:t>
            </w:r>
          </w:p>
          <w:p>
            <w:r>
              <w:t>구조와 작용 원리 모두1문단</w:t>
            </w:r>
          </w:p>
        </w:tc>
        <w:tc>
          <w:tcPr>
            <w:tcW w:type="dxa" w:w="4535"/>
          </w:tcPr>
          <w:p>
            <w:r>
              <w:t>구조1·작용원리2이므로1~2문단</w:t>
            </w:r>
          </w:p>
        </w:tc>
      </w:tr>
      <w:tr>
        <w:tc>
          <w:tcPr>
            <w:tcW w:type="dxa" w:w="1701"/>
          </w:tcPr>
          <w:p>
            <w:r>
              <w:t>인쇄 215쪽 / PDF 223쪽 / KN-064 / P415</w:t>
            </w:r>
          </w:p>
        </w:tc>
        <w:tc>
          <w:tcPr>
            <w:tcW w:type="dxa" w:w="3402"/>
          </w:tcPr>
          <w:p>
            <w:r/>
            <w:r>
              <w:rPr>
                <w:b/>
              </w:rPr>
              <w:t>3번 직접 결합 대상과 형성 억제 대상 혼동</w:t>
            </w:r>
          </w:p>
          <w:p>
            <w:r>
              <w:t>실질적인 작용 대상에 상응하는 용어 요구</w:t>
            </w:r>
          </w:p>
        </w:tc>
        <w:tc>
          <w:tcPr>
            <w:tcW w:type="dxa" w:w="4535"/>
          </w:tcPr>
          <w:p>
            <w:r>
              <w:t>정답이 형성을 방해받는 세포벽 주요 성분임을 명확히 함</w:t>
            </w:r>
          </w:p>
        </w:tc>
      </w:tr>
      <w:tr>
        <w:tc>
          <w:tcPr>
            <w:tcW w:type="dxa" w:w="1701"/>
          </w:tcPr>
          <w:p>
            <w:r>
              <w:t>인쇄 218쪽 / PDF 226쪽 / KN-064 / P416</w:t>
            </w:r>
          </w:p>
        </w:tc>
        <w:tc>
          <w:tcPr>
            <w:tcW w:type="dxa" w:w="3402"/>
          </w:tcPr>
          <w:p>
            <w:r/>
            <w:r>
              <w:rPr>
                <w:b/>
              </w:rPr>
              <w:t>3번 해설의 결합 효소·억제 성분 구분</w:t>
            </w:r>
          </w:p>
          <w:p>
            <w:r>
              <w:t>포도상 구균 집락과 펩티도글리칸이 구조적으로 상응한다고 설명</w:t>
            </w:r>
          </w:p>
        </w:tc>
        <w:tc>
          <w:tcPr>
            <w:tcW w:type="dxa" w:w="4535"/>
          </w:tcPr>
          <w:p>
            <w:r>
              <w:t>효소와 결합하여 펩티도글리칸 형성을 방해하는 인과관계로 설명</w:t>
              <w:br/>
              <w:t>반영 문구</w:t>
              <w:br/>
              <w:t>㉠ (가)에서 플레밍은 포도상 구균의 집락이 파괴되는 현상을 관찰했다. (나)에 따르면 페니실린의 베타-락탐은 펩타이드 전이 효소인 트랜스펩티데이스와 결합하여 펩티도글리칸의 형성을 방해한다. 그 결과 세포벽이 약화되어 박테리아가 죽는다. 문제에서 묻는 것은 결합하는 효소가 아니라 형성이 억제되는 세포벽의 주요 성분이므로, 답은 '펩티도글리칸'이다.</w:t>
            </w:r>
          </w:p>
        </w:tc>
      </w:tr>
      <w:tr>
        <w:tc>
          <w:tcPr>
            <w:tcW w:type="dxa" w:w="1701"/>
          </w:tcPr>
          <w:p>
            <w:r>
              <w:t>인쇄 226쪽 / PDF 234쪽 / KN-065 / P417</w:t>
            </w:r>
          </w:p>
        </w:tc>
        <w:tc>
          <w:tcPr>
            <w:tcW w:type="dxa" w:w="3402"/>
          </w:tcPr>
          <w:p>
            <w:r/>
            <w:r>
              <w:rPr>
                <w:b/>
              </w:rPr>
              <w:t>5번 품사 제한과 정답 불일치</w:t>
            </w:r>
          </w:p>
          <w:p>
            <w:r>
              <w:t>수식하는 명사형 단어일 것</w:t>
            </w:r>
          </w:p>
        </w:tc>
        <w:tc>
          <w:tcPr>
            <w:tcW w:type="dxa" w:w="4535"/>
          </w:tcPr>
          <w:p>
            <w:r>
              <w:t>수식하는 표현일 것</w:t>
            </w:r>
          </w:p>
        </w:tc>
      </w:tr>
      <w:tr>
        <w:tc>
          <w:tcPr>
            <w:tcW w:type="dxa" w:w="1701"/>
          </w:tcPr>
          <w:p>
            <w:r>
              <w:t>인쇄 228쪽 / PDF 236쪽 / KN-065 / P418</w:t>
            </w:r>
          </w:p>
        </w:tc>
        <w:tc>
          <w:tcPr>
            <w:tcW w:type="dxa" w:w="3402"/>
          </w:tcPr>
          <w:p>
            <w:r/>
            <w:r>
              <w:rPr>
                <w:b/>
              </w:rPr>
              <w:t>4번① 문장에 맞지 않는 정답</w:t>
            </w:r>
          </w:p>
          <w:p>
            <w:r>
              <w:t>본원적 독서를 위해 존재</w:t>
            </w:r>
          </w:p>
        </w:tc>
        <w:tc>
          <w:tcPr>
            <w:tcW w:type="dxa" w:w="4535"/>
          </w:tcPr>
          <w:p>
            <w:r>
              <w:t>본래 독서를 위해 존재</w:t>
            </w:r>
          </w:p>
        </w:tc>
      </w:tr>
      <w:tr>
        <w:tc>
          <w:tcPr>
            <w:tcW w:type="dxa" w:w="1701"/>
          </w:tcPr>
          <w:p>
            <w:r>
              <w:t>인쇄 233쪽 / PDF 241쪽 / KN-066 / P426</w:t>
            </w:r>
          </w:p>
        </w:tc>
        <w:tc>
          <w:tcPr>
            <w:tcW w:type="dxa" w:w="3402"/>
          </w:tcPr>
          <w:p>
            <w:r/>
            <w:r>
              <w:rPr>
                <w:b/>
              </w:rPr>
              <w:t>4번 표의 마크다운 기호 노출</w:t>
            </w:r>
          </w:p>
          <w:p>
            <w:r>
              <w:t>**( ② )**</w:t>
            </w:r>
          </w:p>
        </w:tc>
        <w:tc>
          <w:tcPr>
            <w:tcW w:type="dxa" w:w="4535"/>
          </w:tcPr>
          <w:p>
            <w:r>
              <w:t>( ② )</w:t>
            </w:r>
          </w:p>
        </w:tc>
      </w:tr>
      <w:tr>
        <w:tc>
          <w:tcPr>
            <w:tcW w:type="dxa" w:w="1701"/>
          </w:tcPr>
          <w:p>
            <w:r>
              <w:t>인쇄 237쪽 / PDF 245쪽 / KN-066 / P427</w:t>
            </w:r>
          </w:p>
        </w:tc>
        <w:tc>
          <w:tcPr>
            <w:tcW w:type="dxa" w:w="3402"/>
          </w:tcPr>
          <w:p>
            <w:r/>
            <w:r>
              <w:rPr>
                <w:b/>
              </w:rPr>
              <w:t>5번㉢ 뒤의 함과 맞지 않는 대체 정답</w:t>
            </w:r>
          </w:p>
          <w:p>
            <w:r>
              <w:t>실존을 회복 / 실존의 회복</w:t>
            </w:r>
          </w:p>
        </w:tc>
        <w:tc>
          <w:tcPr>
            <w:tcW w:type="dxa" w:w="4535"/>
          </w:tcPr>
          <w:p>
            <w:r>
              <w:t>실존을 회복</w:t>
            </w:r>
          </w:p>
        </w:tc>
      </w:tr>
      <w:tr>
        <w:tc>
          <w:tcPr>
            <w:tcW w:type="dxa" w:w="1701"/>
          </w:tcPr>
          <w:p>
            <w:r>
              <w:t>인쇄 242쪽 / PDF 250쪽 / KN-067 / P447</w:t>
            </w:r>
          </w:p>
        </w:tc>
        <w:tc>
          <w:tcPr>
            <w:tcW w:type="dxa" w:w="3402"/>
          </w:tcPr>
          <w:p>
            <w:r/>
            <w:r>
              <w:rPr>
                <w:b/>
              </w:rPr>
              <w:t>6번㉢ 조사 생략 조건 누락</w:t>
            </w:r>
          </w:p>
          <w:p>
            <w:r>
              <w:t>지문 단어 그대로 쓰기만 허용</w:t>
            </w:r>
          </w:p>
        </w:tc>
        <w:tc>
          <w:tcPr>
            <w:tcW w:type="dxa" w:w="4535"/>
          </w:tcPr>
          <w:p>
            <w:r>
              <w:t>문맥에 맞춘 조사 생략 허용</w:t>
              <w:br/>
              <w:t>반영 문구</w:t>
              <w:br/>
              <w:t>• 지문 단어를 쓰되, 조사는 문맥에 맞게 생략할 수 있다.</w:t>
            </w:r>
          </w:p>
        </w:tc>
      </w:tr>
      <w:tr>
        <w:tc>
          <w:tcPr>
            <w:tcW w:type="dxa" w:w="1701"/>
          </w:tcPr>
          <w:p>
            <w:r>
              <w:t>인쇄 245쪽 / PDF 253쪽 / KN-067 / P448</w:t>
            </w:r>
          </w:p>
        </w:tc>
        <w:tc>
          <w:tcPr>
            <w:tcW w:type="dxa" w:w="3402"/>
          </w:tcPr>
          <w:p>
            <w:r/>
            <w:r>
              <w:rPr>
                <w:b/>
              </w:rPr>
              <w:t>6번㉢ 문장 접속·㉡ 잘못된 원문 인용</w:t>
            </w:r>
          </w:p>
          <w:p>
            <w:r>
              <w:t>정부 수입을 극대화라는 / 새로운 문제가 발생하였다</w:t>
            </w:r>
          </w:p>
        </w:tc>
        <w:tc>
          <w:tcPr>
            <w:tcW w:type="dxa" w:w="4535"/>
          </w:tcPr>
          <w:p>
            <w:r>
              <w:t>정부 수입 극대화라는 / 새로운 문제를 낳았다</w:t>
            </w:r>
          </w:p>
        </w:tc>
      </w:tr>
      <w:tr>
        <w:tc>
          <w:tcPr>
            <w:tcW w:type="dxa" w:w="1701"/>
          </w:tcPr>
          <w:p>
            <w:r>
              <w:t>인쇄 251쪽 / PDF 259쪽 / KN-068 / P476</w:t>
            </w:r>
          </w:p>
        </w:tc>
        <w:tc>
          <w:tcPr>
            <w:tcW w:type="dxa" w:w="3402"/>
          </w:tcPr>
          <w:p>
            <w:r/>
            <w:r>
              <w:rPr>
                <w:b/>
              </w:rPr>
              <w:t>1번③ 조건을 충족하는 대체 정답 보충</w:t>
            </w:r>
          </w:p>
          <w:p>
            <w:r>
              <w:t>헬륨 II만 제시</w:t>
            </w:r>
          </w:p>
        </w:tc>
        <w:tc>
          <w:tcPr>
            <w:tcW w:type="dxa" w:w="4535"/>
          </w:tcPr>
          <w:p>
            <w:r>
              <w:t>헬륨 II / 초유체</w:t>
            </w:r>
          </w:p>
        </w:tc>
      </w:tr>
      <w:tr>
        <w:tc>
          <w:tcPr>
            <w:tcW w:type="dxa" w:w="1701"/>
          </w:tcPr>
          <w:p>
            <w:r>
              <w:t>인쇄 252쪽 / PDF 260쪽 / KN-068 / P465</w:t>
            </w:r>
          </w:p>
        </w:tc>
        <w:tc>
          <w:tcPr>
            <w:tcW w:type="dxa" w:w="3402"/>
          </w:tcPr>
          <w:p>
            <w:r/>
            <w:r>
              <w:rPr>
                <w:b/>
              </w:rPr>
              <w:t>4번 부분 점수 기준 중복</w:t>
            </w:r>
          </w:p>
          <w:p>
            <w:r>
              <w:t>두 요소 중 하나만 포함하면5점이지만특징만쓰면3점</w:t>
            </w:r>
          </w:p>
        </w:tc>
        <w:tc>
          <w:tcPr>
            <w:tcW w:type="dxa" w:w="4535"/>
          </w:tcPr>
          <w:p>
            <w:r>
              <w:t>5점은 초전도체와의 유사성만 쓴 경우로 구별</w:t>
            </w:r>
          </w:p>
        </w:tc>
      </w:tr>
      <w:tr>
        <w:tc>
          <w:tcPr>
            <w:tcW w:type="dxa" w:w="1701"/>
          </w:tcPr>
          <w:p>
            <w:r>
              <w:t>인쇄 256쪽 / PDF 264쪽 / KN-069 / P477</w:t>
            </w:r>
          </w:p>
        </w:tc>
        <w:tc>
          <w:tcPr>
            <w:tcW w:type="dxa" w:w="3402"/>
          </w:tcPr>
          <w:p>
            <w:r/>
            <w:r>
              <w:rPr>
                <w:b/>
              </w:rPr>
              <w:t>1번③ 동사 성분 작성 조건과 정답 불일치</w:t>
            </w:r>
          </w:p>
          <w:p>
            <w:r>
              <w:t>③은 문맥에 맞는 동사 성분을 포함하여 작성할 것.</w:t>
            </w:r>
          </w:p>
        </w:tc>
        <w:tc>
          <w:tcPr>
            <w:tcW w:type="dxa" w:w="4535"/>
          </w:tcPr>
          <w:p>
            <w:r>
              <w:t>③은 문맥에 맞는 명사 형태로 작성할 것.</w:t>
            </w:r>
          </w:p>
        </w:tc>
      </w:tr>
      <w:tr>
        <w:tc>
          <w:tcPr>
            <w:tcW w:type="dxa" w:w="1701"/>
          </w:tcPr>
          <w:p>
            <w:r>
              <w:t>인쇄 265쪽 / PDF 273쪽 / KN-070 / P484</w:t>
            </w:r>
          </w:p>
        </w:tc>
        <w:tc>
          <w:tcPr>
            <w:tcW w:type="dxa" w:w="3402"/>
          </w:tcPr>
          <w:p>
            <w:r/>
            <w:r>
              <w:rPr>
                <w:b/>
              </w:rPr>
              <w:t>4번 여러 단어로 된 개념어와 한 단어 조건 불일치</w:t>
            </w:r>
          </w:p>
          <w:p>
            <w:r>
              <w:t>㉡~㉣ 한 단어로 각각 쓰시오</w:t>
            </w:r>
          </w:p>
        </w:tc>
        <w:tc>
          <w:tcPr>
            <w:tcW w:type="dxa" w:w="4535"/>
          </w:tcPr>
          <w:p>
            <w:r>
              <w:t>㉡~㉣ 단어나 어구로 쓰시오</w:t>
            </w:r>
          </w:p>
        </w:tc>
      </w:tr>
      <w:tr>
        <w:tc>
          <w:tcPr>
            <w:tcW w:type="dxa" w:w="1701"/>
          </w:tcPr>
          <w:p>
            <w:r>
              <w:t>인쇄 268쪽 / PDF 276쪽 / KN-070 / P485</w:t>
            </w:r>
          </w:p>
        </w:tc>
        <w:tc>
          <w:tcPr>
            <w:tcW w:type="dxa" w:w="3402"/>
          </w:tcPr>
          <w:p>
            <w:r/>
            <w:r>
              <w:rPr>
                <w:b/>
              </w:rPr>
              <w:t>4번㉠ 계산 기능주의 정의 문장 위치</w:t>
            </w:r>
          </w:p>
          <w:p>
            <w:r>
              <w:t>(가)2문단 첫 번째 문장</w:t>
            </w:r>
          </w:p>
        </w:tc>
        <w:tc>
          <w:tcPr>
            <w:tcW w:type="dxa" w:w="4535"/>
          </w:tcPr>
          <w:p>
            <w:r>
              <w:t>(가)2문단 두 번째 문장</w:t>
            </w:r>
          </w:p>
        </w:tc>
      </w:tr>
      <w:tr>
        <w:tc>
          <w:tcPr>
            <w:tcW w:type="dxa" w:w="1701"/>
          </w:tcPr>
          <w:p>
            <w:r>
              <w:t>인쇄 269쪽 / PDF 277쪽 / KN-070 / P486</w:t>
            </w:r>
          </w:p>
        </w:tc>
        <w:tc>
          <w:tcPr>
            <w:tcW w:type="dxa" w:w="3402"/>
          </w:tcPr>
          <w:p>
            <w:r/>
            <w:r>
              <w:rPr>
                <w:b/>
              </w:rPr>
              <w:t>6번㉡ 일부 단어만 고치면 남는 의미 오류</w:t>
            </w:r>
          </w:p>
          <w:p>
            <w:r>
              <w:t>하나의→여러 가지만 바꾸면 오직 여러 가지 형태여야 함이라는 단정이 남음</w:t>
            </w:r>
          </w:p>
        </w:tc>
        <w:tc>
          <w:tcPr>
            <w:tcW w:type="dxa" w:w="4535"/>
          </w:tcPr>
          <w:p>
            <w:r>
              <w:t>오직·여야 함까지 포함한 진술을 여러 물리적 상태로 실현될 수 있음으로 교정</w:t>
            </w:r>
          </w:p>
        </w:tc>
      </w:tr>
      <w:tr>
        <w:tc>
          <w:tcPr>
            <w:tcW w:type="dxa" w:w="1701"/>
          </w:tcPr>
          <w:p>
            <w:r>
              <w:t>인쇄 271쪽 / PDF 279쪽 / KN-071 / P511</w:t>
            </w:r>
          </w:p>
        </w:tc>
        <w:tc>
          <w:tcPr>
            <w:tcW w:type="dxa" w:w="3402"/>
          </w:tcPr>
          <w:p>
            <w:r/>
            <w:r>
              <w:rPr>
                <w:b/>
              </w:rPr>
              <w:t>요약④ 정답 중복·⑬ 문장 성분 누락</w:t>
            </w:r>
          </w:p>
          <w:p>
            <w:r>
              <w:t>④자본에 대한 과세, 역사적 비용 뒤 함.</w:t>
            </w:r>
          </w:p>
        </w:tc>
        <w:tc>
          <w:tcPr>
            <w:tcW w:type="dxa" w:w="4535"/>
          </w:tcPr>
          <w:p>
            <w:r>
              <w:t>④자본, 역사적 비용 뒤 에 기초함.</w:t>
            </w:r>
          </w:p>
        </w:tc>
      </w:tr>
      <w:tr>
        <w:tc>
          <w:tcPr>
            <w:tcW w:type="dxa" w:w="1701"/>
          </w:tcPr>
          <w:p>
            <w:r>
              <w:t>인쇄 274쪽 / PDF 282쪽 / KN-071 / P512</w:t>
            </w:r>
          </w:p>
        </w:tc>
        <w:tc>
          <w:tcPr>
            <w:tcW w:type="dxa" w:w="3402"/>
          </w:tcPr>
          <w:p>
            <w:r/>
            <w:r>
              <w:rPr>
                <w:b/>
              </w:rPr>
              <w:t>6번 어구 답과 단어 조건 불일치</w:t>
            </w:r>
          </w:p>
          <w:p>
            <w:r>
              <w:t>단어를 윗</w:t>
            </w:r>
          </w:p>
        </w:tc>
        <w:tc>
          <w:tcPr>
            <w:tcW w:type="dxa" w:w="4535"/>
          </w:tcPr>
          <w:p>
            <w:r>
              <w:t>말을 윗</w:t>
            </w:r>
          </w:p>
        </w:tc>
      </w:tr>
      <w:tr>
        <w:tc>
          <w:tcPr>
            <w:tcW w:type="dxa" w:w="1701"/>
          </w:tcPr>
          <w:p>
            <w:r>
              <w:t>인쇄 279쪽 / PDF 287쪽 / KN-072 / P529</w:t>
            </w:r>
          </w:p>
        </w:tc>
        <w:tc>
          <w:tcPr>
            <w:tcW w:type="dxa" w:w="3402"/>
          </w:tcPr>
          <w:p>
            <w:r/>
            <w:r>
              <w:rPr>
                <w:b/>
              </w:rPr>
              <w:t>요약 리프로그래밍 기간 범위 기호 누락</w:t>
            </w:r>
          </w:p>
          <w:p>
            <w:r>
              <w:t>23주·24일</w:t>
            </w:r>
          </w:p>
        </w:tc>
        <w:tc>
          <w:tcPr>
            <w:tcW w:type="dxa" w:w="4535"/>
          </w:tcPr>
          <w:p>
            <w:r>
              <w:t>2~3주·2~4일</w:t>
            </w:r>
          </w:p>
        </w:tc>
      </w:tr>
      <w:tr>
        <w:tc>
          <w:tcPr>
            <w:tcW w:type="dxa" w:w="1701"/>
          </w:tcPr>
          <w:p>
            <w:r>
              <w:t>인쇄 280쪽 / PDF 288쪽 / KN-072 / P530</w:t>
            </w:r>
          </w:p>
        </w:tc>
        <w:tc>
          <w:tcPr>
            <w:tcW w:type="dxa" w:w="3402"/>
          </w:tcPr>
          <w:p>
            <w:r/>
            <w:r>
              <w:rPr>
                <w:b/>
              </w:rPr>
              <w:t>1번 표 ①의 두 위치가 다른 답을 요구</w:t>
            </w:r>
          </w:p>
          <w:p>
            <w:r>
              <w:t>왼쪽은 줄기세포,오른쪽은 가역적을 요구하는 같은①</w:t>
            </w:r>
          </w:p>
        </w:tc>
        <w:tc>
          <w:tcPr>
            <w:tcW w:type="dxa" w:w="4535"/>
          </w:tcPr>
          <w:p>
            <w:r>
              <w:t>①가역적이 두 위치에 모두 맞도록 왼쪽 문구 교정</w:t>
            </w:r>
          </w:p>
        </w:tc>
      </w:tr>
      <w:tr>
        <w:tc>
          <w:tcPr>
            <w:tcW w:type="dxa" w:w="1701"/>
          </w:tcPr>
          <w:p>
            <w:r>
              <w:t>인쇄 283쪽 / PDF 291쪽 / KN-072 / P531</w:t>
            </w:r>
          </w:p>
        </w:tc>
        <w:tc>
          <w:tcPr>
            <w:tcW w:type="dxa" w:w="3402"/>
          </w:tcPr>
          <w:p>
            <w:r/>
            <w:r>
              <w:rPr>
                <w:b/>
              </w:rPr>
              <w:t>2번③ 테라토마를 악성 종양으로 단정</w:t>
            </w:r>
          </w:p>
          <w:p>
            <w:r>
              <w:t>기형종이자 악성 종양을 테라토마라고 부름</w:t>
            </w:r>
          </w:p>
        </w:tc>
        <w:tc>
          <w:tcPr>
            <w:tcW w:type="dxa" w:w="4535"/>
          </w:tcPr>
          <w:p>
            <w:r>
              <w:t>기형종 테라토마는 악성 종양이 될 수 있음</w:t>
            </w:r>
          </w:p>
        </w:tc>
      </w:tr>
    </w:tbl>
    <w:p>
      <w:r>
        <w:br w:type="page"/>
      </w:r>
    </w:p>
    <w:p>
      <w:pPr>
        <w:pStyle w:val="Heading1"/>
      </w:pPr>
      <w:r>
        <w:t>문학 1권 (고전문학)</w:t>
      </w:r>
    </w:p>
    <w:p>
      <w:r>
        <w:rPr>
          <w:i/>
        </w:rPr>
        <w:t>수록 307건 (단순 오타·편집 수정 5건 제외)</w:t>
      </w:r>
    </w:p>
    <w:tbl>
      <w:tblPr>
        <w:tblStyle w:val="LightGrid-Accent1"/>
        <w:tblW w:type="auto" w:w="0"/>
        <w:tblLayout w:type="fixed"/>
        <w:tblLook w:firstColumn="1" w:firstRow="1" w:lastColumn="0" w:lastRow="0" w:noHBand="0" w:noVBand="1" w:val="04A0"/>
      </w:tblPr>
      <w:tblGrid>
        <w:gridCol w:w="2880"/>
        <w:gridCol w:w="2880"/>
        <w:gridCol w:w="2880"/>
      </w:tblGrid>
      <w:tr>
        <w:tc>
          <w:tcPr>
            <w:tcW w:type="dxa" w:w="1701"/>
          </w:tcPr>
          <w:p>
            <w:r>
              <w:rPr>
                <w:b/>
              </w:rPr>
              <w:t>쪽수</w:t>
            </w:r>
          </w:p>
        </w:tc>
        <w:tc>
          <w:tcPr>
            <w:tcW w:type="dxa" w:w="3402"/>
          </w:tcPr>
          <w:p>
            <w:r>
              <w:rPr>
                <w:b/>
              </w:rPr>
              <w:t>무엇이 문제였나</w:t>
            </w:r>
          </w:p>
        </w:tc>
        <w:tc>
          <w:tcPr>
            <w:tcW w:type="dxa" w:w="4535"/>
          </w:tcPr>
          <w:p>
            <w:r>
              <w:rPr>
                <w:b/>
              </w:rPr>
              <w:t>고쳐야 할 내용</w:t>
            </w:r>
          </w:p>
        </w:tc>
      </w:tr>
      <w:tr>
        <w:tc>
          <w:tcPr>
            <w:tcW w:type="dxa" w:w="1701"/>
          </w:tcPr>
          <w:p>
            <w:r>
              <w:t>쪽수 미표기 / PDF 11쪽 / 문학1 목차·넘버링 / P1538</w:t>
            </w:r>
          </w:p>
        </w:tc>
        <w:tc>
          <w:tcPr>
            <w:tcW w:type="dxa" w:w="3402"/>
          </w:tcPr>
          <w:p>
            <w:r/>
            <w:r>
              <w:rPr>
                <w:b/>
              </w:rPr>
              <w:t>한정록 서 목차 번호151→150</w:t>
            </w:r>
          </w:p>
          <w:p>
            <w:r>
              <w:t>수정 전: 151</w:t>
            </w:r>
          </w:p>
        </w:tc>
        <w:tc>
          <w:tcPr>
            <w:tcW w:type="dxa" w:w="4535"/>
          </w:tcPr>
          <w:p>
            <w:r>
              <w:t>150</w:t>
            </w:r>
          </w:p>
        </w:tc>
      </w:tr>
      <w:tr>
        <w:tc>
          <w:tcPr>
            <w:tcW w:type="dxa" w:w="1701"/>
          </w:tcPr>
          <w:p>
            <w:r>
              <w:t>인쇄 6쪽 / PDF 14쪽 / 문학1 편집 / P1605</w:t>
            </w:r>
          </w:p>
        </w:tc>
        <w:tc>
          <w:tcPr>
            <w:tcW w:type="dxa" w:w="3402"/>
          </w:tcPr>
          <w:p>
            <w:r/>
            <w:r>
              <w:rPr>
                <w:b/>
              </w:rPr>
              <w:t>교재 소개와 어절 추출 안내</w:t>
            </w:r>
          </w:p>
          <w:p>
            <w:r>
              <w:t>수정 전: 네 권으로 나눈 가이드북이라는 소개; 추출 단위 미구분</w:t>
            </w:r>
          </w:p>
        </w:tc>
        <w:tc>
          <w:tcPr>
            <w:tcW w:type="dxa" w:w="4535"/>
          </w:tcPr>
          <w:p>
            <w:r>
              <w:t>고전문학 훈련 교재 소개; 문장 처음·끝과 N어절 추출 구분</w:t>
              <w:br/>
              <w:t>반영 문구</w:t>
              <w:br/>
              <w:t>파워업 문학1은 고전문학 중심의 약술형 논술 훈련 교재입니다. 아래 가이드는 학습 순서와 교재 활용 방법을 안내합니다.</w:t>
              <w:br/>
              <w:t>완결 문장의 첫·끝 어절과 N어절 조건을 구분한다.</w:t>
            </w:r>
          </w:p>
        </w:tc>
      </w:tr>
      <w:tr>
        <w:tc>
          <w:tcPr>
            <w:tcW w:type="dxa" w:w="1701"/>
          </w:tcPr>
          <w:p>
            <w:r>
              <w:t>인쇄 8쪽 / PDF 16쪽 / 문학1 편집 / P1606</w:t>
            </w:r>
          </w:p>
        </w:tc>
        <w:tc>
          <w:tcPr>
            <w:tcW w:type="dxa" w:w="3402"/>
          </w:tcPr>
          <w:p>
            <w:r/>
            <w:r>
              <w:rPr>
                <w:b/>
              </w:rPr>
              <w:t>학습 루틴 문장 경계 명시</w:t>
            </w:r>
          </w:p>
          <w:p>
            <w:r>
              <w:t>수정 전: 구절 발췌 문제는 첫 어절·마지막 어절 확인</w:t>
            </w:r>
          </w:p>
        </w:tc>
        <w:tc>
          <w:tcPr>
            <w:tcW w:type="dxa" w:w="4535"/>
          </w:tcPr>
          <w:p>
            <w:r>
              <w:t>완결 문장의 첫·끝 어절 확인</w:t>
            </w:r>
          </w:p>
        </w:tc>
      </w:tr>
      <w:tr>
        <w:tc>
          <w:tcPr>
            <w:tcW w:type="dxa" w:w="1701"/>
          </w:tcPr>
          <w:p>
            <w:r>
              <w:t>인쇄 9쪽 / PDF 17쪽 / 문학1 목차·넘버링 / P1539</w:t>
            </w:r>
          </w:p>
        </w:tc>
        <w:tc>
          <w:tcPr>
            <w:tcW w:type="dxa" w:w="3402"/>
          </w:tcPr>
          <w:p>
            <w:r/>
            <w:r>
              <w:rPr>
                <w:b/>
              </w:rPr>
              <w:t>체크표 한정록서 번호와 작품·갈래 정정</w:t>
            </w:r>
          </w:p>
          <w:p>
            <w:r>
              <w:t>수정 전: 151 한정록 서 / 고향,고전수필 / 현대소설</w:t>
            </w:r>
          </w:p>
        </w:tc>
        <w:tc>
          <w:tcPr>
            <w:tcW w:type="dxa" w:w="4535"/>
          </w:tcPr>
          <w:p>
            <w:r>
              <w:t>150 한정록 서,고전수필; 고전수필 / 고전산문→고전수필 / 현대소설; 고전시가→고전시가 / 고전수필</w:t>
            </w:r>
          </w:p>
        </w:tc>
      </w:tr>
      <w:tr>
        <w:tc>
          <w:tcPr>
            <w:tcW w:type="dxa" w:w="1701"/>
          </w:tcPr>
          <w:p>
            <w:r>
              <w:t>인쇄 9쪽 / PDF 17쪽 / 문학1 편집 / P1607</w:t>
            </w:r>
          </w:p>
        </w:tc>
        <w:tc>
          <w:tcPr>
            <w:tcW w:type="dxa" w:w="3402"/>
          </w:tcPr>
          <w:p>
            <w:r/>
            <w:r>
              <w:rPr>
                <w:b/>
              </w:rPr>
              <w:t>갈래복합 현대 작품의 수록 권 안내</w:t>
            </w:r>
          </w:p>
          <w:p>
            <w:r>
              <w:t>수정 전: 연계 작품 모두 이 권의 학습 목록으로 소개</w:t>
            </w:r>
          </w:p>
        </w:tc>
        <w:tc>
          <w:tcPr>
            <w:tcW w:type="dxa" w:w="4535"/>
          </w:tcPr>
          <w:p>
            <w:r>
              <w:t>고전 작품은 문학1, 함께 묶인 현대 작품은 문학2</w:t>
            </w:r>
          </w:p>
        </w:tc>
      </w:tr>
      <w:tr>
        <w:tc>
          <w:tcPr>
            <w:tcW w:type="dxa" w:w="1701"/>
          </w:tcPr>
          <w:p>
            <w:r>
              <w:t>인쇄 12쪽 / PDF 20쪽 / 문학1 목차·넘버링 / P1540</w:t>
            </w:r>
          </w:p>
        </w:tc>
        <w:tc>
          <w:tcPr>
            <w:tcW w:type="dxa" w:w="3402"/>
          </w:tcPr>
          <w:p>
            <w:r/>
            <w:r>
              <w:rPr>
                <w:b/>
              </w:rPr>
              <w:t>EBS2027 실제 원문 쪽수 및 매칭 교정</w:t>
            </w:r>
          </w:p>
          <w:p>
            <w:r>
              <w:t>수정 전: 구판 쪽수 및 한정록서와 고향 합침</w:t>
            </w:r>
          </w:p>
        </w:tc>
        <w:tc>
          <w:tcPr>
            <w:tcW w:type="dxa" w:w="4535"/>
          </w:tcPr>
          <w:p>
            <w:r>
              <w:t>KN73 8→9; KN74 10→13; KN75 13→16; KN76 17→20; KN77 20→24; KN78 25→29; KN79 28→32; KN80 30→36; KN81 34→41; KN82 40→46; KN83 44→48; KN84 47→51; KN85 49→53; KN86 52→55</w:t>
            </w:r>
          </w:p>
        </w:tc>
      </w:tr>
      <w:tr>
        <w:tc>
          <w:tcPr>
            <w:tcW w:type="dxa" w:w="1701"/>
          </w:tcPr>
          <w:p>
            <w:r>
              <w:t>인쇄 12쪽 / PDF 20쪽 / 문학1 편집 / P1608</w:t>
            </w:r>
          </w:p>
        </w:tc>
        <w:tc>
          <w:tcPr>
            <w:tcW w:type="dxa" w:w="3402"/>
          </w:tcPr>
          <w:p>
            <w:r/>
            <w:r>
              <w:rPr>
                <w:b/>
              </w:rPr>
              <w:t>원문 번호표 범위 표제</w:t>
            </w:r>
          </w:p>
          <w:p>
            <w:r>
              <w:t>수정 전: 문학 넘버링 199 / EBS 수특 수완</w:t>
            </w:r>
          </w:p>
        </w:tc>
        <w:tc>
          <w:tcPr>
            <w:tcW w:type="dxa" w:w="4535"/>
          </w:tcPr>
          <w:p>
            <w:r>
              <w:t>문학 넘버링 / EBS 수특</w:t>
            </w:r>
          </w:p>
        </w:tc>
      </w:tr>
      <w:tr>
        <w:tc>
          <w:tcPr>
            <w:tcW w:type="dxa" w:w="1701"/>
          </w:tcPr>
          <w:p>
            <w:r>
              <w:t>인쇄 13쪽 / PDF 21쪽 / 문학1 목차·넘버링 / P1541</w:t>
            </w:r>
          </w:p>
        </w:tc>
        <w:tc>
          <w:tcPr>
            <w:tcW w:type="dxa" w:w="3402"/>
          </w:tcPr>
          <w:p>
            <w:r/>
            <w:r>
              <w:rPr>
                <w:b/>
              </w:rPr>
              <w:t>EBS2027 실제 원문 쪽수 및 매칭 교정</w:t>
            </w:r>
          </w:p>
          <w:p>
            <w:r>
              <w:t>수정 전: 구판 쪽수 및 한정록서와 고향 합침</w:t>
            </w:r>
          </w:p>
        </w:tc>
        <w:tc>
          <w:tcPr>
            <w:tcW w:type="dxa" w:w="4535"/>
          </w:tcPr>
          <w:p>
            <w:r>
              <w:t>KN87 55→59; KN88 58→63; KN89 62→67; KN90 66→71; KN91 70→74; KN92 74→78; KN93 76→81; KN94 80→84; KN95 84→87; KN96 88→90; KN97 92→93; KN99 100→99; KN100 104→103; KN101 108→106; KN102 112→109; KN103 116→112; KN104 120→116; KN105 125→120; KN106 130→125; KN107 134→129; KN108 138→133; KN109 143→138; KN110 146→142; KN111 151→146; KN112 155→150; KN113 159→154; KN114 163→159; KN115 168→164; KN116 172→169; KN117 176→173; KN118 180→177; KN119 184→181; KN120 188→185; KN121 192→189</w:t>
            </w:r>
          </w:p>
        </w:tc>
      </w:tr>
      <w:tr>
        <w:tc>
          <w:tcPr>
            <w:tcW w:type="dxa" w:w="1701"/>
          </w:tcPr>
          <w:p>
            <w:r>
              <w:t>인쇄 14쪽 / PDF 22쪽 / 문학1 목차·넘버링 / P1542</w:t>
            </w:r>
          </w:p>
        </w:tc>
        <w:tc>
          <w:tcPr>
            <w:tcW w:type="dxa" w:w="3402"/>
          </w:tcPr>
          <w:p>
            <w:r/>
            <w:r>
              <w:rPr>
                <w:b/>
              </w:rPr>
              <w:t>EBS2027 실제 원문 쪽수 및 매칭 교정</w:t>
            </w:r>
          </w:p>
          <w:p>
            <w:r>
              <w:t>수정 전: 구판 쪽수 및 한정록서와 고향 합침</w:t>
            </w:r>
          </w:p>
        </w:tc>
        <w:tc>
          <w:tcPr>
            <w:tcW w:type="dxa" w:w="4535"/>
          </w:tcPr>
          <w:p>
            <w:r>
              <w:t>KN122 196→193; KN123 200→197; KN124 204→202; KN125 208→207; KN130 231→230; KN131 235→234; KN132 240→238; KN133 243→241; KN134 246→244; KN135 254→250; KN136 260→256; KN137 266→261; KN138 274→267; KN139 283→273; KN140 289→278; KN141 296→283; KN142 301→288; KN143 307→293; KN144 314→298; KN145 304; KN146 308; KN147 327→314; KN148 339→319; 고전산문→현대소설; 고전시가→고전수필; 현대수필→현대시</w:t>
            </w:r>
          </w:p>
        </w:tc>
      </w:tr>
      <w:tr>
        <w:tc>
          <w:tcPr>
            <w:tcW w:type="dxa" w:w="1701"/>
          </w:tcPr>
          <w:p>
            <w:r>
              <w:t>인쇄 14쪽 / PDF 22쪽 / 문학1 편집 / P1609</w:t>
            </w:r>
          </w:p>
        </w:tc>
        <w:tc>
          <w:tcPr>
            <w:tcW w:type="dxa" w:w="3402"/>
          </w:tcPr>
          <w:p>
            <w:r/>
            <w:r>
              <w:rPr>
                <w:b/>
              </w:rPr>
              <w:t>원문 번호표 범위 표제</w:t>
            </w:r>
          </w:p>
          <w:p>
            <w:r>
              <w:t>수정 전: 문학 넘버링 199 / EBS 수특 수완</w:t>
            </w:r>
          </w:p>
        </w:tc>
        <w:tc>
          <w:tcPr>
            <w:tcW w:type="dxa" w:w="4535"/>
          </w:tcPr>
          <w:p>
            <w:r>
              <w:t>문학 넘버링 / EBS 수특</w:t>
            </w:r>
          </w:p>
        </w:tc>
      </w:tr>
      <w:tr>
        <w:tc>
          <w:tcPr>
            <w:tcW w:type="dxa" w:w="1701"/>
          </w:tcPr>
          <w:p>
            <w:r>
              <w:t>인쇄 15쪽 / PDF 23쪽 / 문학1 목차·넘버링 / P1543</w:t>
            </w:r>
          </w:p>
        </w:tc>
        <w:tc>
          <w:tcPr>
            <w:tcW w:type="dxa" w:w="3402"/>
          </w:tcPr>
          <w:p>
            <w:r/>
            <w:r>
              <w:rPr>
                <w:b/>
              </w:rPr>
              <w:t>EBS2027 실제 원문 쪽수 및 매칭 교정</w:t>
            </w:r>
          </w:p>
          <w:p>
            <w:r>
              <w:t>수정 전: 구판 쪽수 및 한정록서와 고향 합침</w:t>
            </w:r>
          </w:p>
        </w:tc>
        <w:tc>
          <w:tcPr>
            <w:tcW w:type="dxa" w:w="4535"/>
          </w:tcPr>
          <w:p>
            <w:r>
              <w:t>KN149 343→322; KN150 346→326; KN150 327; KN151 330; KN152 357→335</w:t>
            </w:r>
          </w:p>
        </w:tc>
      </w:tr>
      <w:tr>
        <w:tc>
          <w:tcPr>
            <w:tcW w:type="dxa" w:w="1701"/>
          </w:tcPr>
          <w:p>
            <w:r>
              <w:t>인쇄 18쪽 / PDF 26쪽 / KN-074 / P703</w:t>
            </w:r>
          </w:p>
        </w:tc>
        <w:tc>
          <w:tcPr>
            <w:tcW w:type="dxa" w:w="3402"/>
          </w:tcPr>
          <w:p>
            <w:r/>
            <w:r>
              <w:rPr>
                <w:b/>
              </w:rPr>
              <w:t>요약 (가) 꽃의 상태·행위 주체 오류</w:t>
            </w:r>
          </w:p>
          <w:p>
            <w:r>
              <w:t>수정 전: 반쯤 핀 꽃, 꽃이 나비를 맞이함</w:t>
            </w:r>
          </w:p>
        </w:tc>
        <w:tc>
          <w:tcPr>
            <w:tcW w:type="dxa" w:w="4535"/>
          </w:tcPr>
          <w:p>
            <w:r>
              <w:t>여윈 꽃, 화자가 나비를 맞이함</w:t>
            </w:r>
          </w:p>
        </w:tc>
      </w:tr>
      <w:tr>
        <w:tc>
          <w:tcPr>
            <w:tcW w:type="dxa" w:w="1701"/>
          </w:tcPr>
          <w:p>
            <w:r>
              <w:t>인쇄 20쪽 / PDF 28쪽 / KN-074 / P704</w:t>
            </w:r>
          </w:p>
        </w:tc>
        <w:tc>
          <w:tcPr>
            <w:tcW w:type="dxa" w:w="3402"/>
          </w:tcPr>
          <w:p>
            <w:r/>
            <w:r>
              <w:rPr>
                <w:b/>
              </w:rPr>
              <w:t>1번 완결 문장 범위 명시·2번 출처 범위</w:t>
            </w:r>
          </w:p>
          <w:p>
            <w:r>
              <w:t>수정 전: 문장을 찾기, 비유와 의문형, (나)와(다)로 제작</w:t>
            </w:r>
          </w:p>
        </w:tc>
        <w:tc>
          <w:tcPr>
            <w:tcW w:type="dxa" w:w="4535"/>
          </w:tcPr>
          <w:p>
            <w:r>
              <w:t>㉠ 비~마오 / ㉡ 힘써~침탈하는가</w:t>
            </w:r>
          </w:p>
        </w:tc>
      </w:tr>
      <w:tr>
        <w:tc>
          <w:tcPr>
            <w:tcW w:type="dxa" w:w="1701"/>
          </w:tcPr>
          <w:p>
            <w:r>
              <w:t>인쇄 22쪽 / PDF 30쪽 / KN-074 / P705</w:t>
            </w:r>
          </w:p>
        </w:tc>
        <w:tc>
          <w:tcPr>
            <w:tcW w:type="dxa" w:w="3402"/>
          </w:tcPr>
          <w:p>
            <w:r/>
            <w:r>
              <w:rPr>
                <w:b/>
              </w:rPr>
              <w:t>6번② 표현 설명의 근거 불명확</w:t>
            </w:r>
          </w:p>
          <w:p>
            <w:r>
              <w:t>수정 전: 꽃의 인격화로 시행 특정</w:t>
            </w:r>
          </w:p>
        </w:tc>
        <w:tc>
          <w:tcPr>
            <w:tcW w:type="dxa" w:w="4535"/>
          </w:tcPr>
          <w:p>
            <w:r>
              <w:t>춘풍과 나비를 통해 드러나는 조화·만족감으로 시행 특정</w:t>
            </w:r>
          </w:p>
        </w:tc>
      </w:tr>
      <w:tr>
        <w:tc>
          <w:tcPr>
            <w:tcW w:type="dxa" w:w="1701"/>
          </w:tcPr>
          <w:p>
            <w:r>
              <w:t>인쇄 22쪽 / PDF 30쪽 / KN-074 / P1544</w:t>
            </w:r>
          </w:p>
        </w:tc>
        <w:tc>
          <w:tcPr>
            <w:tcW w:type="dxa" w:w="3402"/>
          </w:tcPr>
          <w:p>
            <w:r/>
            <w:r>
              <w:rPr>
                <w:b/>
              </w:rPr>
              <w:t>5번 첫·마지막 어절의 완결 문장 기준 명시</w:t>
            </w:r>
          </w:p>
          <w:p>
            <w:r>
              <w:t>수정 전: 시행의 첫·마지막 어절</w:t>
            </w:r>
          </w:p>
        </w:tc>
        <w:tc>
          <w:tcPr>
            <w:tcW w:type="dxa" w:w="4535"/>
          </w:tcPr>
          <w:p>
            <w:r>
              <w:t>연결 어미 앞부분을 포함한 완결 문장의 첫·마지막 어절</w:t>
              <w:br/>
              <w:t>반영 문구</w:t>
              <w:br/>
              <w:t>㉠, ㉡에 해당하는 완결된 문장을 찾아 첫 어절과 마지막 어절을 쓰시오. 연결 어미 앞부분도 포함할 것.</w:t>
            </w:r>
          </w:p>
        </w:tc>
      </w:tr>
      <w:tr>
        <w:tc>
          <w:tcPr>
            <w:tcW w:type="dxa" w:w="1701"/>
          </w:tcPr>
          <w:p>
            <w:r>
              <w:t>인쇄 23쪽 / PDF 31쪽 / KN-074 / P706</w:t>
            </w:r>
          </w:p>
        </w:tc>
        <w:tc>
          <w:tcPr>
            <w:tcW w:type="dxa" w:w="3402"/>
          </w:tcPr>
          <w:p>
            <w:r/>
            <w:r>
              <w:rPr>
                <w:b/>
              </w:rPr>
              <w:t>1번 문장 중간에서 잘린 양쪽 정답·해설·채점 수정</w:t>
            </w:r>
          </w:p>
          <w:p>
            <w:r>
              <w:t>수정 전: 비유적(설의적), 문장, 모습이랴/만으로 잘린 어절</w:t>
            </w:r>
          </w:p>
        </w:tc>
        <w:tc>
          <w:tcPr>
            <w:tcW w:type="dxa" w:w="4535"/>
          </w:tcPr>
          <w:p>
            <w:r>
              <w:t>㉠ 비~마오 / ㉡ 힘써~침탈하는가</w:t>
            </w:r>
          </w:p>
        </w:tc>
      </w:tr>
      <w:tr>
        <w:tc>
          <w:tcPr>
            <w:tcW w:type="dxa" w:w="1701"/>
          </w:tcPr>
          <w:p>
            <w:r>
              <w:t>인쇄 23쪽 / PDF 31쪽 / KN-074 / P707</w:t>
            </w:r>
          </w:p>
        </w:tc>
        <w:tc>
          <w:tcPr>
            <w:tcW w:type="dxa" w:w="3402"/>
          </w:tcPr>
          <w:p>
            <w:r/>
            <w:r>
              <w:rPr>
                <w:b/>
              </w:rPr>
              <w:t>2번 두 문장의 연결된 앞부분 포함</w:t>
            </w:r>
          </w:p>
          <w:p>
            <w:r>
              <w:t>수정 전: 왕손공자들아가 첫 어절</w:t>
            </w:r>
          </w:p>
        </w:tc>
        <w:tc>
          <w:tcPr>
            <w:tcW w:type="dxa" w:w="4535"/>
          </w:tcPr>
          <w:p>
            <w:r>
              <w:t>① 비~마오 / ② 힘써~침탈하는가</w:t>
            </w:r>
          </w:p>
        </w:tc>
      </w:tr>
      <w:tr>
        <w:tc>
          <w:tcPr>
            <w:tcW w:type="dxa" w:w="1701"/>
          </w:tcPr>
          <w:p>
            <w:r>
              <w:t>인쇄 24쪽 / PDF 32쪽 / KN-074 / P708</w:t>
            </w:r>
          </w:p>
        </w:tc>
        <w:tc>
          <w:tcPr>
            <w:tcW w:type="dxa" w:w="3402"/>
          </w:tcPr>
          <w:p>
            <w:r/>
            <w:r>
              <w:rPr>
                <w:b/>
              </w:rPr>
              <w:t>4번 햇곡식의 원문 행 번호 오기</w:t>
            </w:r>
          </w:p>
          <w:p>
            <w:r>
              <w:t>수정 전: 6행과8행</w:t>
            </w:r>
          </w:p>
        </w:tc>
        <w:tc>
          <w:tcPr>
            <w:tcW w:type="dxa" w:w="4535"/>
          </w:tcPr>
          <w:p>
            <w:r>
              <w:t>5행과8행</w:t>
            </w:r>
          </w:p>
        </w:tc>
      </w:tr>
      <w:tr>
        <w:tc>
          <w:tcPr>
            <w:tcW w:type="dxa" w:w="1701"/>
          </w:tcPr>
          <w:p>
            <w:r>
              <w:t>인쇄 25쪽 / PDF 33쪽 / KN-074 / P709</w:t>
            </w:r>
          </w:p>
        </w:tc>
        <w:tc>
          <w:tcPr>
            <w:tcW w:type="dxa" w:w="3402"/>
          </w:tcPr>
          <w:p>
            <w:r/>
            <w:r>
              <w:rPr>
                <w:b/>
              </w:rPr>
              <w:t>5번 연결 어미에서 끊긴 문장 답·해설·채점 수정</w:t>
            </w:r>
          </w:p>
          <w:p>
            <w:r>
              <w:t>수정 전: 농촌의 아침 풍경</w:t>
            </w:r>
          </w:p>
        </w:tc>
        <w:tc>
          <w:tcPr>
            <w:tcW w:type="dxa" w:w="4535"/>
          </w:tcPr>
          <w:p>
            <w:r>
              <w:t>㉠ 꾀꼴꾀꼴~꽃놀이한다 / ㉡ 힘써~침탈하는가</w:t>
            </w:r>
          </w:p>
        </w:tc>
      </w:tr>
      <w:tr>
        <w:tc>
          <w:tcPr>
            <w:tcW w:type="dxa" w:w="1701"/>
          </w:tcPr>
          <w:p>
            <w:r>
              <w:t>인쇄 25쪽 / PDF 33쪽 / KN-074 / P710</w:t>
            </w:r>
          </w:p>
        </w:tc>
        <w:tc>
          <w:tcPr>
            <w:tcW w:type="dxa" w:w="3402"/>
          </w:tcPr>
          <w:p>
            <w:r/>
            <w:r>
              <w:rPr>
                <w:b/>
              </w:rPr>
              <w:t>6번② 첫 두 어절 정답·의인 주체 오류</w:t>
            </w:r>
          </w:p>
          <w:p>
            <w:r>
              <w:t>수정 전: 향기 좇는, 나비가 웃으며 맞이함</w:t>
            </w:r>
          </w:p>
        </w:tc>
        <w:tc>
          <w:tcPr>
            <w:tcW w:type="dxa" w:w="4535"/>
          </w:tcPr>
          <w:p>
            <w:r>
              <w:t>춘풍에 향기, 화자가 나비를 맞이함</w:t>
            </w:r>
          </w:p>
        </w:tc>
      </w:tr>
      <w:tr>
        <w:tc>
          <w:tcPr>
            <w:tcW w:type="dxa" w:w="1701"/>
          </w:tcPr>
          <w:p>
            <w:r>
              <w:t>인쇄 26쪽 / PDF 34쪽 / KN-076 / P743</w:t>
            </w:r>
          </w:p>
        </w:tc>
        <w:tc>
          <w:tcPr>
            <w:tcW w:type="dxa" w:w="3402"/>
          </w:tcPr>
          <w:p>
            <w:r/>
            <w:r>
              <w:rPr>
                <w:b/>
              </w:rPr>
              <w:t>장면1 종일 군사의 생사</w:t>
            </w:r>
          </w:p>
          <w:p>
            <w:r>
              <w:t>수정 전: 꼼짝 못 하고 성안으로 후퇴함.</w:t>
            </w:r>
          </w:p>
        </w:tc>
        <w:tc>
          <w:tcPr>
            <w:tcW w:type="dxa" w:w="4535"/>
          </w:tcPr>
          <w:p>
            <w:r>
              <w:t>꼼짝 못 하다가 죽고, 종일은 성안으로 후퇴함.</w:t>
            </w:r>
          </w:p>
        </w:tc>
      </w:tr>
      <w:tr>
        <w:tc>
          <w:tcPr>
            <w:tcW w:type="dxa" w:w="1701"/>
          </w:tcPr>
          <w:p>
            <w:r>
              <w:t>인쇄 28쪽 / PDF 36쪽 / KN-076 / P744</w:t>
            </w:r>
          </w:p>
        </w:tc>
        <w:tc>
          <w:tcPr>
            <w:tcW w:type="dxa" w:w="3402"/>
          </w:tcPr>
          <w:p>
            <w:r/>
            <w:r>
              <w:rPr>
                <w:b/>
              </w:rPr>
              <w:t>1번 서술자 평가의 사례·답 추출 범위</w:t>
            </w:r>
          </w:p>
          <w:p>
            <w:r>
              <w:t>수정 전: 군사의 대사를 서술자 평가로 제시, ①도 제시문에서 추출</w:t>
            </w:r>
          </w:p>
        </w:tc>
        <w:tc>
          <w:tcPr>
            <w:tcW w:type="dxa" w:w="4535"/>
          </w:tcPr>
          <w:p>
            <w:r>
              <w:t>실제 서술자 평가 구절로 교체, ①은 보기1의 용어</w:t>
            </w:r>
          </w:p>
        </w:tc>
      </w:tr>
      <w:tr>
        <w:tc>
          <w:tcPr>
            <w:tcW w:type="dxa" w:w="1701"/>
          </w:tcPr>
          <w:p>
            <w:r>
              <w:t>인쇄 29쪽 / PDF 37쪽 / KN-076 / P747</w:t>
            </w:r>
          </w:p>
        </w:tc>
        <w:tc>
          <w:tcPr>
            <w:tcW w:type="dxa" w:w="3402"/>
          </w:tcPr>
          <w:p>
            <w:r/>
            <w:r>
              <w:rPr>
                <w:b/>
              </w:rPr>
              <w:t>3번① 원문 어절과 빈칸 뒤 문장 불일치</w:t>
            </w:r>
          </w:p>
          <w:p>
            <w:r>
              <w:t>수정 전: (국세 위태하니)한 국가 상황</w:t>
            </w:r>
          </w:p>
        </w:tc>
        <w:tc>
          <w:tcPr>
            <w:tcW w:type="dxa" w:w="4535"/>
          </w:tcPr>
          <w:p>
            <w:r>
              <w:t>국세 위태하니라는 설득에 응하는 내용</w:t>
            </w:r>
          </w:p>
        </w:tc>
      </w:tr>
      <w:tr>
        <w:tc>
          <w:tcPr>
            <w:tcW w:type="dxa" w:w="1701"/>
          </w:tcPr>
          <w:p>
            <w:r>
              <w:t>인쇄 29쪽 / PDF 37쪽 / KN-076 / P749</w:t>
            </w:r>
          </w:p>
        </w:tc>
        <w:tc>
          <w:tcPr>
            <w:tcW w:type="dxa" w:w="3402"/>
          </w:tcPr>
          <w:p>
            <w:r/>
            <w:r>
              <w:rPr>
                <w:b/>
              </w:rPr>
              <w:t>4번 보기2 발화 주체·국세의 의미</w:t>
            </w:r>
          </w:p>
          <w:p>
            <w:r>
              <w:t>수정 전: 김응서가 사사로운 정이라고 표현, 현재 국세 상황</w:t>
            </w:r>
          </w:p>
        </w:tc>
        <w:tc>
          <w:tcPr>
            <w:tcW w:type="dxa" w:w="4535"/>
          </w:tcPr>
          <w:p>
            <w:r>
              <w:t>이원익이 사사로운 정이라고 말함, 국세가 위태로움</w:t>
            </w:r>
          </w:p>
        </w:tc>
      </w:tr>
      <w:tr>
        <w:tc>
          <w:tcPr>
            <w:tcW w:type="dxa" w:w="1701"/>
          </w:tcPr>
          <w:p>
            <w:r>
              <w:t>인쇄 30쪽 / PDF 38쪽 / KN-076 / P751</w:t>
            </w:r>
          </w:p>
        </w:tc>
        <w:tc>
          <w:tcPr>
            <w:tcW w:type="dxa" w:w="3402"/>
          </w:tcPr>
          <w:p>
            <w:r/>
            <w:r>
              <w:rPr>
                <w:b/>
              </w:rPr>
              <w:t>5번① 중복 빈칸 충돌·② 발화 주체</w:t>
            </w:r>
          </w:p>
          <w:p>
            <w:r>
              <w:t>수정 전: 부친의 사사로운 정에 있음, 서술자가 장사라고 평가</w:t>
            </w:r>
          </w:p>
        </w:tc>
        <w:tc>
          <w:tcPr>
            <w:tcW w:type="dxa" w:w="4535"/>
          </w:tcPr>
          <w:p>
            <w:r>
              <w:t>사사로운 정을 뒤로함, 군사가 장사라고 평가</w:t>
            </w:r>
          </w:p>
        </w:tc>
      </w:tr>
      <w:tr>
        <w:tc>
          <w:tcPr>
            <w:tcW w:type="dxa" w:w="1701"/>
          </w:tcPr>
          <w:p>
            <w:r>
              <w:t>인쇄 30쪽 / PDF 38쪽 / KN-076 / P753</w:t>
            </w:r>
          </w:p>
        </w:tc>
        <w:tc>
          <w:tcPr>
            <w:tcW w:type="dxa" w:w="3402"/>
          </w:tcPr>
          <w:p>
            <w:r/>
            <w:r>
              <w:rPr>
                <w:b/>
              </w:rPr>
              <w:t>6번 군사의 평가를 서술자의 개입으로 오인</w:t>
            </w:r>
          </w:p>
          <w:p>
            <w:r>
              <w:t>수정 전: 서술자의 개입, 서술자가 직접 평가함</w:t>
            </w:r>
          </w:p>
        </w:tc>
        <w:tc>
          <w:tcPr>
            <w:tcW w:type="dxa" w:w="4535"/>
          </w:tcPr>
          <w:p>
            <w:r>
              <w:t>인물의 평가, 군사가 직접 평가함</w:t>
            </w:r>
          </w:p>
        </w:tc>
      </w:tr>
      <w:tr>
        <w:tc>
          <w:tcPr>
            <w:tcW w:type="dxa" w:w="1701"/>
          </w:tcPr>
          <w:p>
            <w:r>
              <w:t>인쇄 31쪽 / PDF 39쪽 / KN-076 / P745</w:t>
            </w:r>
          </w:p>
        </w:tc>
        <w:tc>
          <w:tcPr>
            <w:tcW w:type="dxa" w:w="3402"/>
          </w:tcPr>
          <w:p>
            <w:r/>
            <w:r>
              <w:rPr>
                <w:b/>
              </w:rPr>
              <w:t>1번 정답·해설·채점표</w:t>
            </w:r>
          </w:p>
          <w:p>
            <w:r>
              <w:t>수정 전: ①군사 대사=서술자 논평, ②국세 위태</w:t>
            </w:r>
          </w:p>
        </w:tc>
        <w:tc>
          <w:tcPr>
            <w:tcW w:type="dxa" w:w="4535"/>
          </w:tcPr>
          <w:p>
            <w:r>
              <w:t>①주관적 평가의 실제 사례, ②국세 위태하니</w:t>
            </w:r>
          </w:p>
        </w:tc>
      </w:tr>
      <w:tr>
        <w:tc>
          <w:tcPr>
            <w:tcW w:type="dxa" w:w="1701"/>
          </w:tcPr>
          <w:p>
            <w:r>
              <w:t>인쇄 31쪽 / PDF 39쪽 / KN-076 / P746</w:t>
            </w:r>
          </w:p>
        </w:tc>
        <w:tc>
          <w:tcPr>
            <w:tcW w:type="dxa" w:w="3402"/>
          </w:tcPr>
          <w:p>
            <w:r/>
            <w:r>
              <w:rPr>
                <w:b/>
              </w:rPr>
              <w:t>2번 문장 첫·끝 어절 및 해설</w:t>
            </w:r>
          </w:p>
          <w:p>
            <w:r>
              <w:t>수정 전: 곧바로/붙는지라., 응서/물러가거늘,</w:t>
            </w:r>
          </w:p>
        </w:tc>
        <w:tc>
          <w:tcPr>
            <w:tcW w:type="dxa" w:w="4535"/>
          </w:tcPr>
          <w:p>
            <w:r>
              <w:t>하고,/붙는지라., 하며/기진한지라.</w:t>
            </w:r>
          </w:p>
        </w:tc>
      </w:tr>
      <w:tr>
        <w:tc>
          <w:tcPr>
            <w:tcW w:type="dxa" w:w="1701"/>
          </w:tcPr>
          <w:p>
            <w:r>
              <w:t>인쇄 32쪽 / PDF 40쪽 / KN-076 / P748</w:t>
            </w:r>
          </w:p>
        </w:tc>
        <w:tc>
          <w:tcPr>
            <w:tcW w:type="dxa" w:w="3402"/>
          </w:tcPr>
          <w:p>
            <w:r/>
            <w:r>
              <w:rPr>
                <w:b/>
              </w:rPr>
              <w:t>3번① 원문 어미 누락</w:t>
            </w:r>
          </w:p>
          <w:p>
            <w:r>
              <w:t>수정 전: 국세 위태</w:t>
            </w:r>
          </w:p>
        </w:tc>
        <w:tc>
          <w:tcPr>
            <w:tcW w:type="dxa" w:w="4535"/>
          </w:tcPr>
          <w:p>
            <w:r>
              <w:t>국세 위태하니</w:t>
            </w:r>
          </w:p>
        </w:tc>
      </w:tr>
      <w:tr>
        <w:tc>
          <w:tcPr>
            <w:tcW w:type="dxa" w:w="1701"/>
          </w:tcPr>
          <w:p>
            <w:r>
              <w:t>인쇄 32쪽 / PDF 40쪽 / KN-076 / P750</w:t>
            </w:r>
          </w:p>
        </w:tc>
        <w:tc>
          <w:tcPr>
            <w:tcW w:type="dxa" w:w="3402"/>
          </w:tcPr>
          <w:p>
            <w:r/>
            <w:r>
              <w:rPr>
                <w:b/>
              </w:rPr>
              <w:t>4번 해설 국세의 뜻</w:t>
            </w:r>
          </w:p>
          <w:p>
            <w:r>
              <w:t>수정 전: 국세는 국가적 위기 상황을 의미</w:t>
            </w:r>
          </w:p>
        </w:tc>
        <w:tc>
          <w:tcPr>
            <w:tcW w:type="dxa" w:w="4535"/>
          </w:tcPr>
          <w:p>
            <w:r>
              <w:t>국세는 나라의 형세이며 이것이 위태로운 상황</w:t>
            </w:r>
          </w:p>
        </w:tc>
      </w:tr>
      <w:tr>
        <w:tc>
          <w:tcPr>
            <w:tcW w:type="dxa" w:w="1701"/>
          </w:tcPr>
          <w:p>
            <w:r>
              <w:t>인쇄 33쪽 / PDF 41쪽 / KN-076 / P752</w:t>
            </w:r>
          </w:p>
        </w:tc>
        <w:tc>
          <w:tcPr>
            <w:tcW w:type="dxa" w:w="3402"/>
          </w:tcPr>
          <w:p>
            <w:r/>
            <w:r>
              <w:rPr>
                <w:b/>
              </w:rPr>
              <w:t>5번 출제의도·허용 답·② 발화 주체</w:t>
            </w:r>
          </w:p>
          <w:p>
            <w:r>
              <w:t>수정 전: 서술자의 개입, 상중 허용, 서술자가 직접 평가</w:t>
            </w:r>
          </w:p>
        </w:tc>
        <w:tc>
          <w:tcPr>
            <w:tcW w:type="dxa" w:w="4535"/>
          </w:tcPr>
          <w:p>
            <w:r>
              <w:t>인물의 평가, 사사로운 정, 군사가 직접 평가</w:t>
            </w:r>
          </w:p>
        </w:tc>
      </w:tr>
      <w:tr>
        <w:tc>
          <w:tcPr>
            <w:tcW w:type="dxa" w:w="1701"/>
          </w:tcPr>
          <w:p>
            <w:r>
              <w:t>인쇄 33쪽 / PDF 41쪽 / KN-076 / P754</w:t>
            </w:r>
          </w:p>
        </w:tc>
        <w:tc>
          <w:tcPr>
            <w:tcW w:type="dxa" w:w="3402"/>
          </w:tcPr>
          <w:p>
            <w:r/>
            <w:r>
              <w:rPr>
                <w:b/>
              </w:rPr>
              <w:t>6번 출제의도·해설 발화 주체</w:t>
            </w:r>
          </w:p>
          <w:p>
            <w:r>
              <w:t>수정 전: 서술자의 개입, 서술자는</w:t>
            </w:r>
          </w:p>
        </w:tc>
        <w:tc>
          <w:tcPr>
            <w:tcW w:type="dxa" w:w="4535"/>
          </w:tcPr>
          <w:p>
            <w:r>
              <w:t>인물의 평가, 군사는</w:t>
            </w:r>
          </w:p>
        </w:tc>
      </w:tr>
      <w:tr>
        <w:tc>
          <w:tcPr>
            <w:tcW w:type="dxa" w:w="1701"/>
          </w:tcPr>
          <w:p>
            <w:r>
              <w:t>인쇄 35쪽 / PDF 43쪽 / KN-078 / P802</w:t>
            </w:r>
          </w:p>
        </w:tc>
        <w:tc>
          <w:tcPr>
            <w:tcW w:type="dxa" w:w="3402"/>
          </w:tcPr>
          <w:p>
            <w:r/>
            <w:r>
              <w:rPr>
                <w:b/>
              </w:rPr>
              <w:t>요약5문단 문장 성분·⑨ 영달 뜻</w:t>
            </w:r>
          </w:p>
          <w:p>
            <w:r>
              <w:t>수정 전: 뿌리가 싹이 깊으면,영달=벼슬길에 나아감</w:t>
            </w:r>
          </w:p>
        </w:tc>
        <w:tc>
          <w:tcPr>
            <w:tcW w:type="dxa" w:w="4535"/>
          </w:tcPr>
          <w:p>
            <w:r>
              <w:t>뿌리가 흙에 묻힌 채 싹이 깊으면,영달=높은 지위 얻음</w:t>
            </w:r>
          </w:p>
        </w:tc>
      </w:tr>
      <w:tr>
        <w:tc>
          <w:tcPr>
            <w:tcW w:type="dxa" w:w="1701"/>
          </w:tcPr>
          <w:p>
            <w:r>
              <w:t>인쇄 37쪽 / PDF 45쪽 / KN-078 / P805</w:t>
            </w:r>
          </w:p>
        </w:tc>
        <w:tc>
          <w:tcPr>
            <w:tcW w:type="dxa" w:w="3402"/>
          </w:tcPr>
          <w:p>
            <w:r/>
            <w:r>
              <w:rPr>
                <w:b/>
              </w:rPr>
              <w:t>3번 문장 조건과 구절 답안·빈칸 접속 충돌</w:t>
            </w:r>
          </w:p>
          <w:p>
            <w:r>
              <w:t>수정 전: 문장 그대로, (된 것) 점, (더해지는 것)라는</w:t>
            </w:r>
          </w:p>
        </w:tc>
        <w:tc>
          <w:tcPr>
            <w:tcW w:type="dxa" w:w="4535"/>
          </w:tcPr>
          <w:p>
            <w:r>
              <w:t>구절 추출, 조사·어미 제외 허용, 인용형 접속</w:t>
            </w:r>
          </w:p>
        </w:tc>
      </w:tr>
      <w:tr>
        <w:tc>
          <w:tcPr>
            <w:tcW w:type="dxa" w:w="1701"/>
          </w:tcPr>
          <w:p>
            <w:r>
              <w:t>인쇄 37쪽 / PDF 45쪽 / KN-078 / P807</w:t>
            </w:r>
          </w:p>
        </w:tc>
        <w:tc>
          <w:tcPr>
            <w:tcW w:type="dxa" w:w="3402"/>
          </w:tcPr>
          <w:p>
            <w:r/>
            <w:r>
              <w:rPr>
                <w:b/>
              </w:rPr>
              <w:t>4번㉡ 문장 추출 범위</w:t>
            </w:r>
          </w:p>
          <w:p>
            <w:r>
              <w:t>수정 전: 관직 생활·성취와 닮은 문장 일반</w:t>
            </w:r>
          </w:p>
        </w:tc>
        <w:tc>
          <w:tcPr>
            <w:tcW w:type="dxa" w:w="4535"/>
          </w:tcPr>
          <w:p>
            <w:r>
              <w:t>처음의 기틀과 뒤의 성취를 대조하는 문장</w:t>
              <w:br/>
              <w:t>반영 문구</w:t>
              <w:br/>
              <w:t>&lt;보기1&gt;의 ㉠·㉡에 해당하는 문장을 찾아 &lt;조건&gt;에 맞게 쓰시오. ㉡은 기틀을 세우는 처음과 성취하는 뒤를 대조하는 문장이다.</w:t>
            </w:r>
          </w:p>
        </w:tc>
      </w:tr>
      <w:tr>
        <w:tc>
          <w:tcPr>
            <w:tcW w:type="dxa" w:w="1701"/>
          </w:tcPr>
          <w:p>
            <w:r>
              <w:t>인쇄 38쪽 / PDF 46쪽 / KN-078 / P809</w:t>
            </w:r>
          </w:p>
        </w:tc>
        <w:tc>
          <w:tcPr>
            <w:tcW w:type="dxa" w:w="3402"/>
          </w:tcPr>
          <w:p>
            <w:r/>
            <w:r>
              <w:rPr>
                <w:b/>
              </w:rPr>
              <w:t>6번 지칭어 범위·단위</w:t>
            </w:r>
          </w:p>
          <w:p>
            <w:r>
              <w:t>수정 전: 윤택 지칭3개 단어(공 등 복수 답 가능)</w:t>
            </w:r>
          </w:p>
        </w:tc>
        <w:tc>
          <w:tcPr>
            <w:tcW w:type="dxa" w:w="4535"/>
          </w:tcPr>
          <w:p>
            <w:r>
              <w:t>윤을 포함한 호칭2개와 대명사1개</w:t>
            </w:r>
          </w:p>
        </w:tc>
      </w:tr>
      <w:tr>
        <w:tc>
          <w:tcPr>
            <w:tcW w:type="dxa" w:w="1701"/>
          </w:tcPr>
          <w:p>
            <w:r>
              <w:t>인쇄 39쪽 / PDF 47쪽 / KN-078 / P803</w:t>
            </w:r>
          </w:p>
        </w:tc>
        <w:tc>
          <w:tcPr>
            <w:tcW w:type="dxa" w:w="3402"/>
          </w:tcPr>
          <w:p>
            <w:r/>
            <w:r>
              <w:rPr>
                <w:b/>
              </w:rPr>
              <w:t>1번③ 샘물 근거 문단</w:t>
            </w:r>
          </w:p>
          <w:p>
            <w:r>
              <w:t>수정 전: 네 번째 문단</w:t>
            </w:r>
          </w:p>
        </w:tc>
        <w:tc>
          <w:tcPr>
            <w:tcW w:type="dxa" w:w="4535"/>
          </w:tcPr>
          <w:p>
            <w:r>
              <w:t>다섯 번째 문단</w:t>
            </w:r>
          </w:p>
        </w:tc>
      </w:tr>
      <w:tr>
        <w:tc>
          <w:tcPr>
            <w:tcW w:type="dxa" w:w="1701"/>
          </w:tcPr>
          <w:p>
            <w:r>
              <w:t>인쇄 39쪽 / PDF 47쪽 / KN-078 / P804</w:t>
            </w:r>
          </w:p>
        </w:tc>
        <w:tc>
          <w:tcPr>
            <w:tcW w:type="dxa" w:w="3402"/>
          </w:tcPr>
          <w:p>
            <w:r/>
            <w:r>
              <w:rPr>
                <w:b/>
              </w:rPr>
              <w:t>2번 문장 마지막 어절</w:t>
            </w:r>
          </w:p>
          <w:p>
            <w:r>
              <w:t>수정 전: 것이니</w:t>
            </w:r>
          </w:p>
        </w:tc>
        <w:tc>
          <w:tcPr>
            <w:tcW w:type="dxa" w:w="4535"/>
          </w:tcPr>
          <w:p>
            <w:r>
              <w:t>있다.</w:t>
            </w:r>
          </w:p>
        </w:tc>
      </w:tr>
      <w:tr>
        <w:tc>
          <w:tcPr>
            <w:tcW w:type="dxa" w:w="1701"/>
          </w:tcPr>
          <w:p>
            <w:r>
              <w:t>인쇄 40쪽 / PDF 48쪽 / KN-078 / P806</w:t>
            </w:r>
          </w:p>
        </w:tc>
        <w:tc>
          <w:tcPr>
            <w:tcW w:type="dxa" w:w="3402"/>
          </w:tcPr>
          <w:p>
            <w:r/>
            <w:r>
              <w:rPr>
                <w:b/>
              </w:rPr>
              <w:t>3번 출제의도 답안 단위</w:t>
            </w:r>
          </w:p>
          <w:p>
            <w:r>
              <w:t>수정 전: 핵심 문장</w:t>
            </w:r>
          </w:p>
        </w:tc>
        <w:tc>
          <w:tcPr>
            <w:tcW w:type="dxa" w:w="4535"/>
          </w:tcPr>
          <w:p>
            <w:r>
              <w:t>핵심 구절</w:t>
            </w:r>
          </w:p>
        </w:tc>
      </w:tr>
      <w:tr>
        <w:tc>
          <w:tcPr>
            <w:tcW w:type="dxa" w:w="1701"/>
          </w:tcPr>
          <w:p>
            <w:r>
              <w:t>인쇄 40쪽 / PDF 48쪽 / KN-078 / P808</w:t>
            </w:r>
          </w:p>
        </w:tc>
        <w:tc>
          <w:tcPr>
            <w:tcW w:type="dxa" w:w="3402"/>
          </w:tcPr>
          <w:p>
            <w:r/>
            <w:r>
              <w:rPr>
                <w:b/>
              </w:rPr>
              <w:t>4번㉡ 문장 마지막 어절</w:t>
            </w:r>
          </w:p>
          <w:p>
            <w:r>
              <w:t>수정 전: 것이니</w:t>
            </w:r>
          </w:p>
        </w:tc>
        <w:tc>
          <w:tcPr>
            <w:tcW w:type="dxa" w:w="4535"/>
          </w:tcPr>
          <w:p>
            <w:r>
              <w:t>있다.</w:t>
            </w:r>
          </w:p>
        </w:tc>
      </w:tr>
      <w:tr>
        <w:tc>
          <w:tcPr>
            <w:tcW w:type="dxa" w:w="1701"/>
          </w:tcPr>
          <w:p>
            <w:r>
              <w:t>인쇄 41쪽 / PDF 49쪽 / KN-078 / P810</w:t>
            </w:r>
          </w:p>
        </w:tc>
        <w:tc>
          <w:tcPr>
            <w:tcW w:type="dxa" w:w="3402"/>
          </w:tcPr>
          <w:p>
            <w:r/>
            <w:r>
              <w:rPr>
                <w:b/>
              </w:rPr>
              <w:t>6번 호칭 띄어쓰기·이름 오인</w:t>
            </w:r>
          </w:p>
          <w:p>
            <w:r>
              <w:t>수정 전: 윤상군·윤공,인물의 이름인 윤상군</w:t>
            </w:r>
          </w:p>
        </w:tc>
        <w:tc>
          <w:tcPr>
            <w:tcW w:type="dxa" w:w="4535"/>
          </w:tcPr>
          <w:p>
            <w:r>
              <w:t>윤 상군·윤 공,호칭인 윤 상군</w:t>
            </w:r>
          </w:p>
        </w:tc>
      </w:tr>
      <w:tr>
        <w:tc>
          <w:tcPr>
            <w:tcW w:type="dxa" w:w="1701"/>
          </w:tcPr>
          <w:p>
            <w:r>
              <w:t>인쇄 46쪽 / PDF 54쪽 / KN-082 / P896</w:t>
            </w:r>
          </w:p>
        </w:tc>
        <w:tc>
          <w:tcPr>
            <w:tcW w:type="dxa" w:w="3402"/>
          </w:tcPr>
          <w:p>
            <w:r/>
            <w:r>
              <w:rPr>
                <w:b/>
              </w:rPr>
              <w:t>2번 완결 문장 기준 복원</w:t>
            </w:r>
          </w:p>
          <w:p>
            <w:r>
              <w:t>수정 전: 문장을 찾아 첫·끝 어절</w:t>
            </w:r>
          </w:p>
        </w:tc>
        <w:tc>
          <w:tcPr>
            <w:tcW w:type="dxa" w:w="4535"/>
          </w:tcPr>
          <w:p>
            <w:r>
              <w:t>① 달이~모래로다. / ② 어느~태평해질까</w:t>
            </w:r>
          </w:p>
        </w:tc>
      </w:tr>
      <w:tr>
        <w:tc>
          <w:tcPr>
            <w:tcW w:type="dxa" w:w="1701"/>
          </w:tcPr>
          <w:p>
            <w:r>
              <w:t>인쇄 47쪽 / PDF 55쪽 / KN-082 / P897</w:t>
            </w:r>
          </w:p>
        </w:tc>
        <w:tc>
          <w:tcPr>
            <w:tcW w:type="dxa" w:w="3402"/>
          </w:tcPr>
          <w:p>
            <w:r/>
            <w:r>
              <w:rPr>
                <w:b/>
              </w:rPr>
              <w:t>4번 원문 인용 표기</w:t>
            </w:r>
          </w:p>
          <w:p>
            <w:r>
              <w:t>수정 전: 여의여 버린</w:t>
            </w:r>
          </w:p>
        </w:tc>
        <w:tc>
          <w:tcPr>
            <w:tcW w:type="dxa" w:w="4535"/>
          </w:tcPr>
          <w:p>
            <w:r>
              <w:t>여희여 버린</w:t>
            </w:r>
          </w:p>
        </w:tc>
      </w:tr>
      <w:tr>
        <w:tc>
          <w:tcPr>
            <w:tcW w:type="dxa" w:w="1701"/>
          </w:tcPr>
          <w:p>
            <w:r>
              <w:t>인쇄 47쪽 / PDF 55쪽 / KN-082 / P1545</w:t>
            </w:r>
          </w:p>
        </w:tc>
        <w:tc>
          <w:tcPr>
            <w:tcW w:type="dxa" w:w="3402"/>
          </w:tcPr>
          <w:p>
            <w:r/>
            <w:r>
              <w:rPr>
                <w:b/>
              </w:rPr>
              <w:t>4번③④ 시행에서 완결 문장으로 범위 명시</w:t>
            </w:r>
          </w:p>
          <w:p>
            <w:r>
              <w:t>수정 전: 홀로~잠기네, 시행 범위</w:t>
            </w:r>
          </w:p>
        </w:tc>
        <w:tc>
          <w:tcPr>
            <w:tcW w:type="dxa" w:w="4535"/>
          </w:tcPr>
          <w:p>
            <w:r>
              <w:t>한바다에~잠기네, 완결 문장 범위</w:t>
            </w:r>
          </w:p>
        </w:tc>
      </w:tr>
      <w:tr>
        <w:tc>
          <w:tcPr>
            <w:tcW w:type="dxa" w:w="1701"/>
          </w:tcPr>
          <w:p>
            <w:r>
              <w:t>인쇄 48쪽 / PDF 56쪽 / KN-082 / P898</w:t>
            </w:r>
          </w:p>
        </w:tc>
        <w:tc>
          <w:tcPr>
            <w:tcW w:type="dxa" w:w="3402"/>
          </w:tcPr>
          <w:p>
            <w:r/>
            <w:r>
              <w:rPr>
                <w:b/>
              </w:rPr>
              <w:t>5번 완결 문장 범위 복원</w:t>
            </w:r>
          </w:p>
          <w:p>
            <w:r>
              <w:t>수정 전: 문장을 찾아·각 문장</w:t>
            </w:r>
          </w:p>
        </w:tc>
        <w:tc>
          <w:tcPr>
            <w:tcW w:type="dxa" w:w="4535"/>
          </w:tcPr>
          <w:p>
            <w:r>
              <w:t>㉠ 모습이야~처지여. / ㉡ 지금~때라네</w:t>
            </w:r>
          </w:p>
        </w:tc>
      </w:tr>
      <w:tr>
        <w:tc>
          <w:tcPr>
            <w:tcW w:type="dxa" w:w="1701"/>
          </w:tcPr>
          <w:p>
            <w:r>
              <w:t>인쇄 49쪽 / PDF 57쪽 / KN-082 / P899</w:t>
            </w:r>
          </w:p>
        </w:tc>
        <w:tc>
          <w:tcPr>
            <w:tcW w:type="dxa" w:w="3402"/>
          </w:tcPr>
          <w:p>
            <w:r/>
            <w:r>
              <w:rPr>
                <w:b/>
              </w:rPr>
              <w:t>2번① 앞 행이 빠진 문장 시작 수정</w:t>
            </w:r>
          </w:p>
          <w:p>
            <w:r>
              <w:t>수정 전: 지나가는~모래로다를 문장으로 칭함</w:t>
            </w:r>
          </w:p>
        </w:tc>
        <w:tc>
          <w:tcPr>
            <w:tcW w:type="dxa" w:w="4535"/>
          </w:tcPr>
          <w:p>
            <w:r>
              <w:t>달이~모래로다. (종결 부호 생략 허용)</w:t>
            </w:r>
          </w:p>
        </w:tc>
      </w:tr>
      <w:tr>
        <w:tc>
          <w:tcPr>
            <w:tcW w:type="dxa" w:w="1701"/>
          </w:tcPr>
          <w:p>
            <w:r>
              <w:t>인쇄 50쪽 / PDF 58쪽 / KN-082 / P1546</w:t>
            </w:r>
          </w:p>
        </w:tc>
        <w:tc>
          <w:tcPr>
            <w:tcW w:type="dxa" w:w="3402"/>
          </w:tcPr>
          <w:p>
            <w:r/>
            <w:r>
              <w:rPr>
                <w:b/>
              </w:rPr>
              <w:t>4번③ 첫 어절 홀로→한바다에·해설 일치</w:t>
            </w:r>
          </w:p>
          <w:p>
            <w:r>
              <w:t>수정 전: 홀로~잠기네, 시행 범위</w:t>
            </w:r>
          </w:p>
        </w:tc>
        <w:tc>
          <w:tcPr>
            <w:tcW w:type="dxa" w:w="4535"/>
          </w:tcPr>
          <w:p>
            <w:r>
              <w:t>한바다에~잠기네, 완결 문장 범위</w:t>
              <w:br/>
              <w:t>반영 문구</w:t>
              <w:br/>
              <w:t>③, ④ '한바다에 가을바람 불어오는 이 밤'부터 '홀로 높은 누각에 앉아 하염없이 생각에 잠기네'까지가 한 문장이다. 시간·공간의 배경을 포함하여 첫 어절은 '한바다에', 마지막 어절은 '잠기네'이다.</w:t>
            </w:r>
          </w:p>
        </w:tc>
      </w:tr>
      <w:tr>
        <w:tc>
          <w:tcPr>
            <w:tcW w:type="dxa" w:w="1701"/>
          </w:tcPr>
          <w:p>
            <w:r>
              <w:t>인쇄 51쪽 / PDF 59쪽 / KN-082 / P900</w:t>
            </w:r>
          </w:p>
        </w:tc>
        <w:tc>
          <w:tcPr>
            <w:tcW w:type="dxa" w:w="3402"/>
          </w:tcPr>
          <w:p>
            <w:r/>
            <w:r>
              <w:rPr>
                <w:b/>
              </w:rPr>
              <w:t>5번㉠ 연결 어미 앞부분 포함</w:t>
            </w:r>
          </w:p>
          <w:p>
            <w:r>
              <w:t>수정 전: 문장을 특정</w:t>
            </w:r>
          </w:p>
        </w:tc>
        <w:tc>
          <w:tcPr>
            <w:tcW w:type="dxa" w:w="4535"/>
          </w:tcPr>
          <w:p>
            <w:r>
              <w:t>모습이야~처지여.</w:t>
            </w:r>
          </w:p>
        </w:tc>
      </w:tr>
      <w:tr>
        <w:tc>
          <w:tcPr>
            <w:tcW w:type="dxa" w:w="1701"/>
          </w:tcPr>
          <w:p>
            <w:r>
              <w:t>인쇄 52쪽 / PDF 60쪽 / KN-083 / P917</w:t>
            </w:r>
          </w:p>
        </w:tc>
        <w:tc>
          <w:tcPr>
            <w:tcW w:type="dxa" w:w="3402"/>
          </w:tcPr>
          <w:p>
            <w:r/>
            <w:r>
              <w:rPr>
                <w:b/>
              </w:rPr>
              <w:t>요약⑤ 번호·빈칸 누락</w:t>
            </w:r>
          </w:p>
          <w:p>
            <w:r>
              <w:t>수정 전: ⑤원망 정답만 있고 해당 빈칸 없음</w:t>
            </w:r>
          </w:p>
        </w:tc>
        <w:tc>
          <w:tcPr>
            <w:tcW w:type="dxa" w:w="4535"/>
          </w:tcPr>
          <w:p>
            <w:r>
              <w:t>3연 제목에⑤ 빈칸 복원</w:t>
            </w:r>
          </w:p>
        </w:tc>
      </w:tr>
      <w:tr>
        <w:tc>
          <w:tcPr>
            <w:tcW w:type="dxa" w:w="1701"/>
          </w:tcPr>
          <w:p>
            <w:r>
              <w:t>인쇄 54쪽 / PDF 62쪽 / KN-083 / P918</w:t>
            </w:r>
          </w:p>
        </w:tc>
        <w:tc>
          <w:tcPr>
            <w:tcW w:type="dxa" w:w="3402"/>
          </w:tcPr>
          <w:p>
            <w:r/>
            <w:r>
              <w:rPr>
                <w:b/>
              </w:rPr>
              <w:t>1·2번 완결 문장 추출 기준 복원</w:t>
            </w:r>
          </w:p>
          <w:p>
            <w:r>
              <w:t>수정 전: 죽을망정으로 끝나는 문장</w:t>
            </w:r>
          </w:p>
        </w:tc>
        <w:tc>
          <w:tcPr>
            <w:tcW w:type="dxa" w:w="4535"/>
          </w:tcPr>
          <w:p>
            <w:r>
              <w:t>1㉠ 및2① 얼음~새오시라</w:t>
            </w:r>
          </w:p>
        </w:tc>
      </w:tr>
      <w:tr>
        <w:tc>
          <w:tcPr>
            <w:tcW w:type="dxa" w:w="1701"/>
          </w:tcPr>
          <w:p>
            <w:r>
              <w:t>인쇄 56쪽 / PDF 64쪽 / KN-083 / P1549</w:t>
            </w:r>
          </w:p>
        </w:tc>
        <w:tc>
          <w:tcPr>
            <w:tcW w:type="dxa" w:w="3402"/>
          </w:tcPr>
          <w:p>
            <w:r/>
            <w:r>
              <w:rPr>
                <w:b/>
              </w:rPr>
              <w:t>5번 완결 문장 범위 명시</w:t>
            </w:r>
          </w:p>
          <w:p>
            <w:r>
              <w:t>수정 전: 얼음~죽을망정 /내~흘러들어</w:t>
            </w:r>
          </w:p>
        </w:tc>
        <w:tc>
          <w:tcPr>
            <w:tcW w:type="dxa" w:w="4535"/>
          </w:tcPr>
          <w:p>
            <w:r>
              <w:t>얼음~새오시라 /내~하노라</w:t>
            </w:r>
          </w:p>
        </w:tc>
      </w:tr>
      <w:tr>
        <w:tc>
          <w:tcPr>
            <w:tcW w:type="dxa" w:w="1701"/>
          </w:tcPr>
          <w:p>
            <w:r>
              <w:t>인쇄 56쪽 / PDF 64쪽 / 문학1 편집 / P1610</w:t>
            </w:r>
          </w:p>
        </w:tc>
        <w:tc>
          <w:tcPr>
            <w:tcW w:type="dxa" w:w="3402"/>
          </w:tcPr>
          <w:p>
            <w:r/>
            <w:r>
              <w:rPr>
                <w:b/>
              </w:rPr>
              <w:t>6번 반복 단위 용어 통일</w:t>
            </w:r>
          </w:p>
          <w:p>
            <w:r>
              <w:t>수정 전: 동일한 문장을 반복</w:t>
            </w:r>
          </w:p>
        </w:tc>
        <w:tc>
          <w:tcPr>
            <w:tcW w:type="dxa" w:w="4535"/>
          </w:tcPr>
          <w:p>
            <w:r>
              <w:t>동일한 구절을 반복</w:t>
            </w:r>
          </w:p>
        </w:tc>
      </w:tr>
      <w:tr>
        <w:tc>
          <w:tcPr>
            <w:tcW w:type="dxa" w:w="1701"/>
          </w:tcPr>
          <w:p>
            <w:r>
              <w:t>인쇄 57쪽 / PDF 65쪽 / KN-083 / P919</w:t>
            </w:r>
          </w:p>
        </w:tc>
        <w:tc>
          <w:tcPr>
            <w:tcW w:type="dxa" w:w="3402"/>
          </w:tcPr>
          <w:p>
            <w:r/>
            <w:r>
              <w:rPr>
                <w:b/>
              </w:rPr>
              <w:t>1㉠·2① 문장 끝과 시작 수정</w:t>
            </w:r>
          </w:p>
          <w:p>
            <w:r>
              <w:t>수정 전: 문장 단위;정(情)든</w:t>
            </w:r>
          </w:p>
        </w:tc>
        <w:tc>
          <w:tcPr>
            <w:tcW w:type="dxa" w:w="4535"/>
          </w:tcPr>
          <w:p>
            <w:r>
              <w:t>1㉠ 얼음~새오시라 /2① 얼음~새오시라</w:t>
            </w:r>
          </w:p>
        </w:tc>
      </w:tr>
      <w:tr>
        <w:tc>
          <w:tcPr>
            <w:tcW w:type="dxa" w:w="1701"/>
          </w:tcPr>
          <w:p>
            <w:r>
              <w:t>인쇄 58쪽 / PDF 66쪽 / KN-083 / P920</w:t>
            </w:r>
          </w:p>
        </w:tc>
        <w:tc>
          <w:tcPr>
            <w:tcW w:type="dxa" w:w="3402"/>
          </w:tcPr>
          <w:p>
            <w:r/>
            <w:r>
              <w:rPr>
                <w:b/>
              </w:rPr>
              <w:t>4번① 자연물 정답 오류</w:t>
            </w:r>
          </w:p>
          <w:p>
            <w:r>
              <w:t>수정 전: ①소춘풍</w:t>
            </w:r>
          </w:p>
        </w:tc>
        <w:tc>
          <w:tcPr>
            <w:tcW w:type="dxa" w:w="4535"/>
          </w:tcPr>
          <w:p>
            <w:r>
              <w:t>①도화</w:t>
            </w:r>
          </w:p>
        </w:tc>
      </w:tr>
      <w:tr>
        <w:tc>
          <w:tcPr>
            <w:tcW w:type="dxa" w:w="1701"/>
          </w:tcPr>
          <w:p>
            <w:r>
              <w:t>인쇄 59쪽 / PDF 67쪽 / KN-083 / P1550</w:t>
            </w:r>
          </w:p>
        </w:tc>
        <w:tc>
          <w:tcPr>
            <w:tcW w:type="dxa" w:w="3402"/>
          </w:tcPr>
          <w:p>
            <w:r/>
            <w:r>
              <w:rPr>
                <w:b/>
              </w:rPr>
              <w:t>5번 마지막 어절 두 곳 수정·6번 반복 표현 설명</w:t>
            </w:r>
          </w:p>
          <w:p>
            <w:r>
              <w:t>수정 전: 얼음~죽을망정 /내~흘러들어</w:t>
            </w:r>
          </w:p>
        </w:tc>
        <w:tc>
          <w:tcPr>
            <w:tcW w:type="dxa" w:w="4535"/>
          </w:tcPr>
          <w:p>
            <w:r>
              <w:t>얼음~새오시라 /내~하노라</w:t>
            </w:r>
          </w:p>
        </w:tc>
      </w:tr>
      <w:tr>
        <w:tc>
          <w:tcPr>
            <w:tcW w:type="dxa" w:w="1701"/>
          </w:tcPr>
          <w:p>
            <w:r>
              <w:t>인쇄 62쪽 / PDF 70쪽 / KN-084 / P921</w:t>
            </w:r>
          </w:p>
        </w:tc>
        <w:tc>
          <w:tcPr>
            <w:tcW w:type="dxa" w:w="3402"/>
          </w:tcPr>
          <w:p>
            <w:r/>
            <w:r>
              <w:rPr>
                <w:b/>
              </w:rPr>
              <w:t>2번 대구를 이루는 두 행 전체 문장 기준</w:t>
            </w:r>
          </w:p>
          <w:p>
            <w:r>
              <w:t>수정 전: 제6수 두 대구 행 모두 조건 충족, 첫 행만 정답</w:t>
            </w:r>
          </w:p>
        </w:tc>
        <w:tc>
          <w:tcPr>
            <w:tcW w:type="dxa" w:w="4535"/>
          </w:tcPr>
          <w:p>
            <w:r>
              <w:t>① 달이~그리노라 /② 산중에~어떠하리</w:t>
            </w:r>
          </w:p>
        </w:tc>
      </w:tr>
      <w:tr>
        <w:tc>
          <w:tcPr>
            <w:tcW w:type="dxa" w:w="1701"/>
          </w:tcPr>
          <w:p>
            <w:r>
              <w:t>인쇄 63쪽 / PDF 71쪽 / KN-084 / P922</w:t>
            </w:r>
          </w:p>
        </w:tc>
        <w:tc>
          <w:tcPr>
            <w:tcW w:type="dxa" w:w="3402"/>
          </w:tcPr>
          <w:p>
            <w:r/>
            <w:r>
              <w:rPr>
                <w:b/>
              </w:rPr>
              <w:t>4번 어구 답에 단어 요구</w:t>
            </w:r>
          </w:p>
          <w:p>
            <w:r>
              <w:t>수정 전: 적절한 단어</w:t>
            </w:r>
          </w:p>
        </w:tc>
        <w:tc>
          <w:tcPr>
            <w:tcW w:type="dxa" w:w="4535"/>
          </w:tcPr>
          <w:p>
            <w:r>
              <w:t>단어 한정 대신 적절한 말을 찾도록 수정(말를→말을 포함)</w:t>
            </w:r>
          </w:p>
        </w:tc>
      </w:tr>
      <w:tr>
        <w:tc>
          <w:tcPr>
            <w:tcW w:type="dxa" w:w="1701"/>
          </w:tcPr>
          <w:p>
            <w:r>
              <w:t>인쇄 64쪽 / PDF 72쪽 / KN-084 / P923</w:t>
            </w:r>
          </w:p>
        </w:tc>
        <w:tc>
          <w:tcPr>
            <w:tcW w:type="dxa" w:w="3402"/>
          </w:tcPr>
          <w:p>
            <w:r/>
            <w:r>
              <w:rPr>
                <w:b/>
              </w:rPr>
              <w:t>5번②③ 빈칸 뒤 문장 호응</w:t>
            </w:r>
          </w:p>
          <w:p>
            <w:r>
              <w:t>수정 전: 생각하고 행위를 하고/그리노라 행위를 하며</w:t>
            </w:r>
          </w:p>
        </w:tc>
        <w:tc>
          <w:tcPr>
            <w:tcW w:type="dxa" w:w="4535"/>
          </w:tcPr>
          <w:p>
            <w:r>
              <w:t>원문을 인용하는 형식으로 정리</w:t>
            </w:r>
          </w:p>
        </w:tc>
      </w:tr>
      <w:tr>
        <w:tc>
          <w:tcPr>
            <w:tcW w:type="dxa" w:w="1701"/>
          </w:tcPr>
          <w:p>
            <w:r>
              <w:t>인쇄 65쪽 / PDF 73쪽 / KN-084 / P924</w:t>
            </w:r>
          </w:p>
        </w:tc>
        <w:tc>
          <w:tcPr>
            <w:tcW w:type="dxa" w:w="3402"/>
          </w:tcPr>
          <w:p>
            <w:r/>
            <w:r>
              <w:rPr>
                <w:b/>
              </w:rPr>
              <w:t>1번① 제5수의 다른 지명도 정답 인정</w:t>
            </w:r>
          </w:p>
          <w:p>
            <w:r>
              <w:t>수정 전: ①용추동만 정답</w:t>
            </w:r>
          </w:p>
        </w:tc>
        <w:tc>
          <w:tcPr>
            <w:tcW w:type="dxa" w:w="4535"/>
          </w:tcPr>
          <w:p>
            <w:r>
              <w:t>용추동 또는 구름다리</w:t>
            </w:r>
          </w:p>
        </w:tc>
      </w:tr>
      <w:tr>
        <w:tc>
          <w:tcPr>
            <w:tcW w:type="dxa" w:w="1701"/>
          </w:tcPr>
          <w:p>
            <w:r>
              <w:t>인쇄 65쪽 / PDF 73쪽 / KN-084 / P1551</w:t>
            </w:r>
          </w:p>
        </w:tc>
        <w:tc>
          <w:tcPr>
            <w:tcW w:type="dxa" w:w="3402"/>
          </w:tcPr>
          <w:p>
            <w:r/>
            <w:r>
              <w:rPr>
                <w:b/>
              </w:rPr>
              <w:t>2번① 문장 끝 생각하고→그리노라</w:t>
            </w:r>
          </w:p>
          <w:p>
            <w:r>
              <w:t>수정 전: 첫째 행과 둘째 행을 각 문장으로 처리</w:t>
            </w:r>
          </w:p>
        </w:tc>
        <w:tc>
          <w:tcPr>
            <w:tcW w:type="dxa" w:w="4535"/>
          </w:tcPr>
          <w:p>
            <w:r>
              <w:t>달이~그리노라 전체 문장</w:t>
              <w:br/>
              <w:t>반영 문구</w:t>
              <w:br/>
              <w:t>① '달이 밝은 제는 잔을 들고 생각하고'와 '시절이 좋은 제는 경을 보고 그리노라'가 대구를 이루며 이어지는 한 문장이다. 특정 상황에 대응하는 행위로 그리움을 드러낸다. '생각하고'에서 끊지 않고 '달이'부터 '그리노라'까지를 찾는다.</w:t>
            </w:r>
          </w:p>
        </w:tc>
      </w:tr>
      <w:tr>
        <w:tc>
          <w:tcPr>
            <w:tcW w:type="dxa" w:w="1701"/>
          </w:tcPr>
          <w:p>
            <w:r>
              <w:t>인쇄 67쪽 / PDF 75쪽 / KN-084 / P925</w:t>
            </w:r>
          </w:p>
        </w:tc>
        <w:tc>
          <w:tcPr>
            <w:tcW w:type="dxa" w:w="3402"/>
          </w:tcPr>
          <w:p>
            <w:r/>
            <w:r>
              <w:rPr>
                <w:b/>
              </w:rPr>
              <w:t>5번④ 불완전한 인용 답</w:t>
            </w:r>
          </w:p>
          <w:p>
            <w:r>
              <w:t>수정 전: 산중에 타시는 청학을 나도 타다라고 말함</w:t>
            </w:r>
          </w:p>
        </w:tc>
        <w:tc>
          <w:tcPr>
            <w:tcW w:type="dxa" w:w="4535"/>
          </w:tcPr>
          <w:p>
            <w:r>
              <w:t>청학을 나도 타다 어떠하리(14자)</w:t>
            </w:r>
          </w:p>
        </w:tc>
      </w:tr>
      <w:tr>
        <w:tc>
          <w:tcPr>
            <w:tcW w:type="dxa" w:w="1701"/>
          </w:tcPr>
          <w:p>
            <w:r>
              <w:t>인쇄 70쪽 / PDF 78쪽 / KN-085 / P928</w:t>
            </w:r>
          </w:p>
        </w:tc>
        <w:tc>
          <w:tcPr>
            <w:tcW w:type="dxa" w:w="3402"/>
          </w:tcPr>
          <w:p>
            <w:r/>
            <w:r>
              <w:rPr>
                <w:b/>
              </w:rPr>
              <w:t>2번 두 장에 걸친 추출 범위</w:t>
            </w:r>
          </w:p>
          <w:p>
            <w:r>
              <w:t>수정 전: 적절한 문장</w:t>
            </w:r>
          </w:p>
        </w:tc>
        <w:tc>
          <w:tcPr>
            <w:tcW w:type="dxa" w:w="4535"/>
          </w:tcPr>
          <w:p>
            <w:r>
              <w:t>적절한 부분</w:t>
            </w:r>
          </w:p>
        </w:tc>
      </w:tr>
      <w:tr>
        <w:tc>
          <w:tcPr>
            <w:tcW w:type="dxa" w:w="1701"/>
          </w:tcPr>
          <w:p>
            <w:r>
              <w:t>인쇄 71쪽 / PDF 79쪽 / KN-085 / P929</w:t>
            </w:r>
          </w:p>
        </w:tc>
        <w:tc>
          <w:tcPr>
            <w:tcW w:type="dxa" w:w="3402"/>
          </w:tcPr>
          <w:p>
            <w:r/>
            <w:r>
              <w:rPr>
                <w:b/>
              </w:rPr>
              <w:t>3·4번 답안 조건 표현</w:t>
            </w:r>
          </w:p>
          <w:p>
            <w:r>
              <w:t>수정 전: 단어만 요구/풍요를 지문 어휘로 지칭</w:t>
            </w:r>
          </w:p>
        </w:tc>
        <w:tc>
          <w:tcPr>
            <w:tcW w:type="dxa" w:w="4535"/>
          </w:tcPr>
          <w:p>
            <w:r>
              <w:t>말을 사용/공과 풍요를 포함</w:t>
            </w:r>
          </w:p>
        </w:tc>
      </w:tr>
      <w:tr>
        <w:tc>
          <w:tcPr>
            <w:tcW w:type="dxa" w:w="1701"/>
          </w:tcPr>
          <w:p>
            <w:r>
              <w:t>인쇄 72쪽 / PDF 80쪽 / KN-085 / P930</w:t>
            </w:r>
          </w:p>
        </w:tc>
        <w:tc>
          <w:tcPr>
            <w:tcW w:type="dxa" w:w="3402"/>
          </w:tcPr>
          <w:p>
            <w:r/>
            <w:r>
              <w:rPr>
                <w:b/>
              </w:rPr>
              <w:t>5번① 명사 즐거움을 용언으로 한정</w:t>
            </w:r>
          </w:p>
          <w:p>
            <w:r>
              <w:t>수정 전: 시어(용언)</w:t>
            </w:r>
          </w:p>
        </w:tc>
        <w:tc>
          <w:tcPr>
            <w:tcW w:type="dxa" w:w="4535"/>
          </w:tcPr>
          <w:p>
            <w:r>
              <w:t>시어</w:t>
            </w:r>
          </w:p>
        </w:tc>
      </w:tr>
      <w:tr>
        <w:tc>
          <w:tcPr>
            <w:tcW w:type="dxa" w:w="1701"/>
          </w:tcPr>
          <w:p>
            <w:r>
              <w:t>인쇄 75쪽 / PDF 83쪽 / KN-085 / P931</w:t>
            </w:r>
          </w:p>
        </w:tc>
        <w:tc>
          <w:tcPr>
            <w:tcW w:type="dxa" w:w="3402"/>
          </w:tcPr>
          <w:p>
            <w:r/>
            <w:r>
              <w:rPr>
                <w:b/>
              </w:rPr>
              <w:t>5번② 마지막 세 어절 중 하나 누락</w:t>
            </w:r>
          </w:p>
          <w:p>
            <w:r>
              <w:t>수정 전: 이뿐인가 하노라(두 어절)</w:t>
            </w:r>
          </w:p>
        </w:tc>
        <w:tc>
          <w:tcPr>
            <w:tcW w:type="dxa" w:w="4535"/>
          </w:tcPr>
          <w:p>
            <w:r>
              <w:t>즐거움은 이뿐인가 하노라(세 어절)</w:t>
              <w:br/>
              <w:t>반영 문구</w:t>
              <w:br/>
              <w:t>어절은 '보고 듣기 좋음과'이며, 마지막 세 어절은</w:t>
              <w:br/>
              <w:t>'즐거움은 이뿐인가 하노라'이다.</w:t>
            </w:r>
          </w:p>
        </w:tc>
      </w:tr>
      <w:tr>
        <w:tc>
          <w:tcPr>
            <w:tcW w:type="dxa" w:w="1701"/>
          </w:tcPr>
          <w:p>
            <w:r>
              <w:t>인쇄 75쪽 / PDF 83쪽 / KN-085 / P932</w:t>
            </w:r>
          </w:p>
        </w:tc>
        <w:tc>
          <w:tcPr>
            <w:tcW w:type="dxa" w:w="3402"/>
          </w:tcPr>
          <w:p>
            <w:r/>
            <w:r>
              <w:rPr>
                <w:b/>
              </w:rPr>
              <w:t>6번 원문 띄어쓰기 불일치</w:t>
            </w:r>
          </w:p>
          <w:p>
            <w:r>
              <w:t>수정 전: 이 뿐인가</w:t>
            </w:r>
          </w:p>
        </w:tc>
        <w:tc>
          <w:tcPr>
            <w:tcW w:type="dxa" w:w="4535"/>
          </w:tcPr>
          <w:p>
            <w:r>
              <w:t>이뿐인가</w:t>
            </w:r>
          </w:p>
        </w:tc>
      </w:tr>
      <w:tr>
        <w:tc>
          <w:tcPr>
            <w:tcW w:type="dxa" w:w="1701"/>
          </w:tcPr>
          <w:p>
            <w:r>
              <w:t>인쇄 76쪽 / PDF 84쪽 / KN-086 / P969</w:t>
            </w:r>
          </w:p>
        </w:tc>
        <w:tc>
          <w:tcPr>
            <w:tcW w:type="dxa" w:w="3402"/>
          </w:tcPr>
          <w:p>
            <w:r/>
            <w:r>
              <w:rPr>
                <w:b/>
              </w:rPr>
              <w:t>요약(나) 비유를 실제 눈물로 오인할 표현</w:t>
            </w:r>
          </w:p>
          <w:p>
            <w:r>
              <w:t>수정 전: 빗방울을 보며 흘리는 화자의 눈물</w:t>
            </w:r>
          </w:p>
        </w:tc>
        <w:tc>
          <w:tcPr>
            <w:tcW w:type="dxa" w:w="4535"/>
          </w:tcPr>
          <w:p>
            <w:r>
              <w:t>빗방울에 투영된 화자의 슬픔</w:t>
            </w:r>
          </w:p>
        </w:tc>
      </w:tr>
      <w:tr>
        <w:tc>
          <w:tcPr>
            <w:tcW w:type="dxa" w:w="1701"/>
          </w:tcPr>
          <w:p>
            <w:r>
              <w:t>인쇄 77쪽 / PDF 85쪽 / KN-086 / P970</w:t>
            </w:r>
          </w:p>
        </w:tc>
        <w:tc>
          <w:tcPr>
            <w:tcW w:type="dxa" w:w="3402"/>
          </w:tcPr>
          <w:p>
            <w:r/>
            <w:r>
              <w:rPr>
                <w:b/>
              </w:rPr>
              <w:t>요약(다) 원문 어휘 오기</w:t>
            </w:r>
          </w:p>
          <w:p>
            <w:r>
              <w:t>수정 전: 주야장천</w:t>
            </w:r>
          </w:p>
        </w:tc>
        <w:tc>
          <w:tcPr>
            <w:tcW w:type="dxa" w:w="4535"/>
          </w:tcPr>
          <w:p>
            <w:r>
              <w:t>주야장상</w:t>
            </w:r>
          </w:p>
        </w:tc>
      </w:tr>
      <w:tr>
        <w:tc>
          <w:tcPr>
            <w:tcW w:type="dxa" w:w="1701"/>
          </w:tcPr>
          <w:p>
            <w:r>
              <w:t>인쇄 78쪽 / PDF 86쪽 / KN-086 / P971</w:t>
            </w:r>
          </w:p>
        </w:tc>
        <w:tc>
          <w:tcPr>
            <w:tcW w:type="dxa" w:w="3402"/>
          </w:tcPr>
          <w:p>
            <w:r/>
            <w:r>
              <w:rPr>
                <w:b/>
              </w:rPr>
              <w:t>1·2번 완결 문장 기준 복원</w:t>
            </w:r>
          </w:p>
          <w:p>
            <w:r>
              <w:t>수정 전: 해당하는 문장</w:t>
            </w:r>
          </w:p>
        </w:tc>
        <w:tc>
          <w:tcPr>
            <w:tcW w:type="dxa" w:w="4535"/>
          </w:tcPr>
          <w:p>
            <w:r>
              <w:t>㉡·② 임으란~있으랴</w:t>
            </w:r>
          </w:p>
        </w:tc>
      </w:tr>
      <w:tr>
        <w:tc>
          <w:tcPr>
            <w:tcW w:type="dxa" w:w="1701"/>
          </w:tcPr>
          <w:p>
            <w:r>
              <w:t>인쇄 78쪽 / PDF 86쪽 / KN-086 / P977</w:t>
            </w:r>
          </w:p>
        </w:tc>
        <w:tc>
          <w:tcPr>
            <w:tcW w:type="dxa" w:w="3402"/>
          </w:tcPr>
          <w:p>
            <w:r/>
            <w:r>
              <w:rPr>
                <w:b/>
              </w:rPr>
              <w:t>2번 낭독 메모 소제목과 첫 설명 줄 밀착</w:t>
            </w:r>
          </w:p>
          <w:p>
            <w:r>
              <w:t>수정 전: 소제목·본문 기준선 간격9pt로 글자 영역 중첩</w:t>
            </w:r>
          </w:p>
        </w:tc>
        <w:tc>
          <w:tcPr>
            <w:tcW w:type="dxa" w:w="4535"/>
          </w:tcPr>
          <w:p>
            <w:r>
              <w:t>소제목을 같은 상자 안에서5.4pt 위로 조정하여14.4pt 간격 확보</w:t>
            </w:r>
          </w:p>
        </w:tc>
      </w:tr>
      <w:tr>
        <w:tc>
          <w:tcPr>
            <w:tcW w:type="dxa" w:w="1701"/>
          </w:tcPr>
          <w:p>
            <w:r>
              <w:t>인쇄 80쪽 / PDF 88쪽 / KN-086 / P972</w:t>
            </w:r>
          </w:p>
        </w:tc>
        <w:tc>
          <w:tcPr>
            <w:tcW w:type="dxa" w:w="3402"/>
          </w:tcPr>
          <w:p>
            <w:r/>
            <w:r>
              <w:rPr>
                <w:b/>
              </w:rPr>
              <w:t>6번③ 비유 관계 불명확</w:t>
            </w:r>
          </w:p>
          <w:p>
            <w:r>
              <w:t>수정 전: 관계가 납거미처럼 촘촘하게 결합</w:t>
            </w:r>
          </w:p>
        </w:tc>
        <w:tc>
          <w:tcPr>
            <w:tcW w:type="dxa" w:w="4535"/>
          </w:tcPr>
          <w:p>
            <w:r>
              <w:t>납거미가 나비를 감듯 임과 자신이 결합</w:t>
            </w:r>
          </w:p>
        </w:tc>
      </w:tr>
      <w:tr>
        <w:tc>
          <w:tcPr>
            <w:tcW w:type="dxa" w:w="1701"/>
          </w:tcPr>
          <w:p>
            <w:r>
              <w:t>인쇄 81쪽 / PDF 89쪽 / KN-086 / P973</w:t>
            </w:r>
          </w:p>
        </w:tc>
        <w:tc>
          <w:tcPr>
            <w:tcW w:type="dxa" w:w="3402"/>
          </w:tcPr>
          <w:p>
            <w:r/>
            <w:r>
              <w:rPr>
                <w:b/>
              </w:rPr>
              <w:t>1·2번 전체 문장 정답·해설·채점표</w:t>
            </w:r>
          </w:p>
          <w:p>
            <w:r>
              <w:t>수정 전: 문장 / 歲寒高節</w:t>
            </w:r>
          </w:p>
        </w:tc>
        <w:tc>
          <w:tcPr>
            <w:tcW w:type="dxa" w:w="4535"/>
          </w:tcPr>
          <w:p>
            <w:r>
              <w:t>㉡·② 임으란~있으랴 / 歲寒孤節</w:t>
            </w:r>
          </w:p>
        </w:tc>
      </w:tr>
      <w:tr>
        <w:tc>
          <w:tcPr>
            <w:tcW w:type="dxa" w:w="1701"/>
          </w:tcPr>
          <w:p>
            <w:r>
              <w:t>인쇄 82쪽 / PDF 90쪽 / KN-086 / P974</w:t>
            </w:r>
          </w:p>
        </w:tc>
        <w:tc>
          <w:tcPr>
            <w:tcW w:type="dxa" w:w="3402"/>
          </w:tcPr>
          <w:p>
            <w:r/>
            <w:r>
              <w:rPr>
                <w:b/>
              </w:rPr>
              <w:t>3번 원문에 없는 인용 및 4번 복수 정답 누락</w:t>
            </w:r>
          </w:p>
          <w:p>
            <w:r>
              <w:t>수정 전: 납거미 줄 치듯 / ③ 눈서리만 인정</w:t>
            </w:r>
          </w:p>
        </w:tc>
        <w:tc>
          <w:tcPr>
            <w:tcW w:type="dxa" w:w="4535"/>
          </w:tcPr>
          <w:p>
            <w:r>
              <w:t>납거미 나비 감듯 / ③ 눈서리 또는 비</w:t>
            </w:r>
          </w:p>
        </w:tc>
      </w:tr>
      <w:tr>
        <w:tc>
          <w:tcPr>
            <w:tcW w:type="dxa" w:w="1701"/>
          </w:tcPr>
          <w:p>
            <w:r>
              <w:t>인쇄 83쪽 / PDF 91쪽 / KN-086 / P975</w:t>
            </w:r>
          </w:p>
        </w:tc>
        <w:tc>
          <w:tcPr>
            <w:tcW w:type="dxa" w:w="3402"/>
          </w:tcPr>
          <w:p>
            <w:r/>
            <w:r>
              <w:rPr>
                <w:b/>
              </w:rPr>
              <w:t>5번 빈칸 뒤 임을 접속·비유 주체 혼동</w:t>
            </w:r>
          </w:p>
          <w:p>
            <w:r>
              <w:t>수정 전: 않음임을 / 임(그 나무 또는 그 칡)</w:t>
            </w:r>
          </w:p>
        </w:tc>
        <w:tc>
          <w:tcPr>
            <w:tcW w:type="dxa" w:w="4535"/>
          </w:tcPr>
          <w:p>
            <w:r>
              <w:t>관계임을·상태임을 / 임=그 나무, 나=그 칡</w:t>
            </w:r>
          </w:p>
        </w:tc>
      </w:tr>
      <w:tr>
        <w:tc>
          <w:tcPr>
            <w:tcW w:type="dxa" w:w="1701"/>
          </w:tcPr>
          <w:p>
            <w:r>
              <w:t>인쇄 83쪽 / PDF 91쪽 / KN-086 / P976</w:t>
            </w:r>
          </w:p>
        </w:tc>
        <w:tc>
          <w:tcPr>
            <w:tcW w:type="dxa" w:w="3402"/>
          </w:tcPr>
          <w:p>
            <w:r/>
            <w:r>
              <w:rPr>
                <w:b/>
              </w:rPr>
              <w:t>6번② 자연물 정답 오류</w:t>
            </w:r>
          </w:p>
          <w:p>
            <w:r>
              <w:t>수정 전: ② 세한고절</w:t>
            </w:r>
          </w:p>
        </w:tc>
        <w:tc>
          <w:tcPr>
            <w:tcW w:type="dxa" w:w="4535"/>
          </w:tcPr>
          <w:p>
            <w:r>
              <w:t>② 대</w:t>
            </w:r>
          </w:p>
        </w:tc>
      </w:tr>
      <w:tr>
        <w:tc>
          <w:tcPr>
            <w:tcW w:type="dxa" w:w="1701"/>
          </w:tcPr>
          <w:p>
            <w:r>
              <w:t>인쇄 86쪽 / PDF 94쪽 / KN-087 / P978</w:t>
            </w:r>
          </w:p>
        </w:tc>
        <w:tc>
          <w:tcPr>
            <w:tcW w:type="dxa" w:w="3402"/>
          </w:tcPr>
          <w:p>
            <w:r/>
            <w:r>
              <w:rPr>
                <w:b/>
              </w:rPr>
              <w:t>1번 시선의 이동을 실제 장소 이동으로 제시</w:t>
            </w:r>
          </w:p>
          <w:p>
            <w:r>
              <w:t>수정 전: 장소의 이동 및 시선의 변화 / 장소의 이동</w:t>
            </w:r>
          </w:p>
        </w:tc>
        <w:tc>
          <w:tcPr>
            <w:tcW w:type="dxa" w:w="4535"/>
          </w:tcPr>
          <w:p>
            <w:r>
              <w:t>시선의 변화 / 시선의 이동</w:t>
            </w:r>
          </w:p>
        </w:tc>
      </w:tr>
      <w:tr>
        <w:tc>
          <w:tcPr>
            <w:tcW w:type="dxa" w:w="1701"/>
          </w:tcPr>
          <w:p>
            <w:r>
              <w:t>인쇄 86쪽 / PDF 94쪽 / KN-087 / P1566</w:t>
            </w:r>
          </w:p>
        </w:tc>
        <w:tc>
          <w:tcPr>
            <w:tcW w:type="dxa" w:w="3402"/>
          </w:tcPr>
          <w:p>
            <w:r/>
            <w:r>
              <w:rPr>
                <w:b/>
              </w:rPr>
              <w:t>2번 행 한정 대신 완결 문장 조건</w:t>
            </w:r>
          </w:p>
          <w:p>
            <w:r>
              <w:t>수정 전: 시행을 문장으로 간주하여 연결 부분 생략 또는 별도 의문문 포함</w:t>
            </w:r>
          </w:p>
        </w:tc>
        <w:tc>
          <w:tcPr>
            <w:tcW w:type="dxa" w:w="4535"/>
          </w:tcPr>
          <w:p>
            <w:r>
              <w:t>2번 행 한정 대신 완결 문장 조건</w:t>
              <w:br/>
              <w:t>반영 문구</w:t>
              <w:br/>
              <w:t>&lt;보기&gt;의 ㉠과 ㉡에 해당하는 완결된 문장을 찾아 첫 어절과 마지막 어절을 순서대로 쓰시오. 한자 병기는 생략할 수 있다.</w:t>
            </w:r>
          </w:p>
        </w:tc>
      </w:tr>
      <w:tr>
        <w:tc>
          <w:tcPr>
            <w:tcW w:type="dxa" w:w="1701"/>
          </w:tcPr>
          <w:p>
            <w:r>
              <w:t>인쇄 86쪽 / PDF 94쪽 / KN-087 / P1574</w:t>
            </w:r>
          </w:p>
        </w:tc>
        <w:tc>
          <w:tcPr>
            <w:tcW w:type="dxa" w:w="3402"/>
          </w:tcPr>
          <w:p>
            <w:r/>
            <w:r>
              <w:rPr>
                <w:b/>
              </w:rPr>
              <w:t>1번 표 설명 글줄 중첩</w:t>
            </w:r>
          </w:p>
          <w:p>
            <w:r>
              <w:t>수정 전: 9pt 글꼴에 9pt 기준선 간격으로 글자 영역 중첩</w:t>
            </w:r>
          </w:p>
        </w:tc>
        <w:tc>
          <w:tcPr>
            <w:tcW w:type="dxa" w:w="4535"/>
          </w:tcPr>
          <w:p>
            <w:r>
              <w:t>표 크기·위치와 글꼴 유지, 각 칸의 설명을 간결하게 정리하여 행간 확보</w:t>
              <w:br/>
              <w:t>반영 문구</w:t>
              <w:br/>
              <w:t>무등산 동쪽 줄기가 뻗어 내려와 이룬 봉우리. 정자가 세워진 바탕.</w:t>
              <w:br/>
              <w:t>산에서 내린 물이 비단처럼 밤낮으로 흐르고, 모래밭에 기러기가 노니는 풍경.</w:t>
              <w:br/>
              <w:t>하늘도 두려워 않는 듯 우뚝 서서, 주변 산봉우리들을 거느리는 우두머리.</w:t>
            </w:r>
          </w:p>
        </w:tc>
      </w:tr>
      <w:tr>
        <w:tc>
          <w:tcPr>
            <w:tcW w:type="dxa" w:w="1701"/>
          </w:tcPr>
          <w:p>
            <w:r>
              <w:t>인쇄 87쪽 / PDF 95쪽 / KN-087 / P979</w:t>
            </w:r>
          </w:p>
        </w:tc>
        <w:tc>
          <w:tcPr>
            <w:tcW w:type="dxa" w:w="3402"/>
          </w:tcPr>
          <w:p>
            <w:r/>
            <w:r>
              <w:rPr>
                <w:b/>
              </w:rPr>
              <w:t>4번 없는 조건 참조와 추출 범위</w:t>
            </w:r>
          </w:p>
          <w:p>
            <w:r>
              <w:t>수정 전: &lt;조건&gt;에 맞게</w:t>
            </w:r>
          </w:p>
        </w:tc>
        <w:tc>
          <w:tcPr>
            <w:tcW w:type="dxa" w:w="4535"/>
          </w:tcPr>
          <w:p>
            <w:r>
              <w:t>㉠ 이~없다 /㉡ 이~그로구나</w:t>
            </w:r>
          </w:p>
        </w:tc>
      </w:tr>
      <w:tr>
        <w:tc>
          <w:tcPr>
            <w:tcW w:type="dxa" w:w="1701"/>
          </w:tcPr>
          <w:p>
            <w:r>
              <w:t>인쇄 88쪽 / PDF 96쪽 / KN-087 / P980</w:t>
            </w:r>
          </w:p>
        </w:tc>
        <w:tc>
          <w:tcPr>
            <w:tcW w:type="dxa" w:w="3402"/>
          </w:tcPr>
          <w:p>
            <w:r/>
            <w:r>
              <w:rPr>
                <w:b/>
              </w:rPr>
              <w:t>6번 빙설과 비유적 표현 구별</w:t>
            </w:r>
          </w:p>
          <w:p>
            <w:r>
              <w:t>수정 전: 눈 덮인 산천의 비유적 시어3개</w:t>
            </w:r>
          </w:p>
        </w:tc>
        <w:tc>
          <w:tcPr>
            <w:tcW w:type="dxa" w:w="4535"/>
          </w:tcPr>
          <w:p>
            <w:r>
              <w:t>겨울 경관의 소재 및 비유적 시어3개</w:t>
            </w:r>
          </w:p>
        </w:tc>
      </w:tr>
      <w:tr>
        <w:tc>
          <w:tcPr>
            <w:tcW w:type="dxa" w:w="1701"/>
          </w:tcPr>
          <w:p>
            <w:r>
              <w:t>인쇄 89쪽 / PDF 97쪽 / KN-087 / P981</w:t>
            </w:r>
          </w:p>
        </w:tc>
        <w:tc>
          <w:tcPr>
            <w:tcW w:type="dxa" w:w="3402"/>
          </w:tcPr>
          <w:p>
            <w:r/>
            <w:r>
              <w:rPr>
                <w:b/>
              </w:rPr>
              <w:t>2번 마지막 어절 일부만 정답 처리</w:t>
            </w:r>
          </w:p>
          <w:p>
            <w:r>
              <w:t>수정 전: 마지막 어절 이샷다</w:t>
            </w:r>
          </w:p>
        </w:tc>
        <w:tc>
          <w:tcPr>
            <w:tcW w:type="dxa" w:w="4535"/>
          </w:tcPr>
          <w:p>
            <w:r>
              <w:t>마지막 어절 역군은이샷다(한자 병기 가능)</w:t>
            </w:r>
          </w:p>
        </w:tc>
      </w:tr>
      <w:tr>
        <w:tc>
          <w:tcPr>
            <w:tcW w:type="dxa" w:w="1701"/>
          </w:tcPr>
          <w:p>
            <w:r>
              <w:t>인쇄 89쪽 / PDF 97쪽 / KN-087 / P1567</w:t>
            </w:r>
          </w:p>
        </w:tc>
        <w:tc>
          <w:tcPr>
            <w:tcW w:type="dxa" w:w="3402"/>
          </w:tcPr>
          <w:p>
            <w:r/>
            <w:r>
              <w:rPr>
                <w:b/>
              </w:rPr>
              <w:t>2번 문장 단위 해설 일치</w:t>
            </w:r>
          </w:p>
          <w:p>
            <w:r>
              <w:t>수정 전: 시행을 문장으로 간주하여 연결 부분 생략 또는 별도 의문문 포함</w:t>
            </w:r>
          </w:p>
        </w:tc>
        <w:tc>
          <w:tcPr>
            <w:tcW w:type="dxa" w:w="4535"/>
          </w:tcPr>
          <w:p>
            <w:r>
              <w:t>2번 문장 단위 해설 일치</w:t>
            </w:r>
          </w:p>
        </w:tc>
      </w:tr>
      <w:tr>
        <w:tc>
          <w:tcPr>
            <w:tcW w:type="dxa" w:w="1701"/>
          </w:tcPr>
          <w:p>
            <w:r>
              <w:t>인쇄 90쪽 / PDF 98쪽 / KN-087 / P982</w:t>
            </w:r>
          </w:p>
        </w:tc>
        <w:tc>
          <w:tcPr>
            <w:tcW w:type="dxa" w:w="3402"/>
          </w:tcPr>
          <w:p>
            <w:r/>
            <w:r>
              <w:rPr>
                <w:b/>
              </w:rPr>
              <w:t>3번 번거로운 마음이 사라진다고 단정</w:t>
            </w:r>
          </w:p>
          <w:p>
            <w:r>
              <w:t>수정 전: 마음의 번거로움이 사라지고</w:t>
            </w:r>
          </w:p>
        </w:tc>
        <w:tc>
          <w:tcPr>
            <w:tcW w:type="dxa" w:w="4535"/>
          </w:tcPr>
          <w:p>
            <w:r>
              <w:t>마음이 번거로워도 모든 것이 소중함</w:t>
            </w:r>
          </w:p>
        </w:tc>
      </w:tr>
      <w:tr>
        <w:tc>
          <w:tcPr>
            <w:tcW w:type="dxa" w:w="1701"/>
          </w:tcPr>
          <w:p>
            <w:r>
              <w:t>인쇄 90쪽 / PDF 98쪽 / KN-087 / P1568</w:t>
            </w:r>
          </w:p>
        </w:tc>
        <w:tc>
          <w:tcPr>
            <w:tcW w:type="dxa" w:w="3402"/>
          </w:tcPr>
          <w:p>
            <w:r/>
            <w:r>
              <w:rPr>
                <w:b/>
              </w:rPr>
              <w:t>4번㉡ 신선이→이·독립 의문문 분리</w:t>
            </w:r>
          </w:p>
          <w:p>
            <w:r>
              <w:t>수정 전: 시행을 문장으로 간주하여 연결 부분 생략 또는 별도 의문문 포함</w:t>
            </w:r>
          </w:p>
        </w:tc>
        <w:tc>
          <w:tcPr>
            <w:tcW w:type="dxa" w:w="4535"/>
          </w:tcPr>
          <w:p>
            <w:r>
              <w:t>4번㉡ 신선이→이·독립 의문문 분리</w:t>
            </w:r>
          </w:p>
        </w:tc>
      </w:tr>
      <w:tr>
        <w:tc>
          <w:tcPr>
            <w:tcW w:type="dxa" w:w="1701"/>
          </w:tcPr>
          <w:p>
            <w:r>
              <w:t>인쇄 91쪽 / PDF 99쪽 / KN-087 / P983</w:t>
            </w:r>
          </w:p>
        </w:tc>
        <w:tc>
          <w:tcPr>
            <w:tcW w:type="dxa" w:w="3402"/>
          </w:tcPr>
          <w:p>
            <w:r/>
            <w:r>
              <w:rPr>
                <w:b/>
              </w:rPr>
              <w:t>5번 예시 분량 초과·6번 출제의도 원관념 혼동</w:t>
            </w:r>
          </w:p>
          <w:p>
            <w:r>
              <w:t>수정 전: 50자 제한을 넘는 예시 / 빙설도 보조 관념 취급</w:t>
            </w:r>
          </w:p>
        </w:tc>
        <w:tc>
          <w:tcPr>
            <w:tcW w:type="dxa" w:w="4535"/>
          </w:tcPr>
          <w:p>
            <w:r>
              <w:t>공백 포함 44자 예시 / 소재와 비유 구분</w:t>
              <w:br/>
              <w:t>반영 문구</w:t>
              <w:br/>
              <w:t>정답: ① 신선 ② 역군은</w:t>
              <w:br/>
              <w:t>③ 자연 속에서 신선처럼 누리는 즐거움이 임금의 은혜 덕분임을 드러내기 위해서이다.</w:t>
              <w:br/>
              <w:t>겨울 경관을 이루는 소재와 그 모습을 비유하는 표현을</w:t>
              <w:br/>
              <w:t>다른 계절의 시어와 구별하여, 지문에서 정확하게</w:t>
              <w:br/>
              <w:t>찾아낼 수 있는지 평가하고자 한다.</w:t>
            </w:r>
          </w:p>
        </w:tc>
      </w:tr>
      <w:tr>
        <w:tc>
          <w:tcPr>
            <w:tcW w:type="dxa" w:w="1701"/>
          </w:tcPr>
          <w:p>
            <w:r>
              <w:t>인쇄 94쪽 / PDF 102쪽 / KN-088 / P1010</w:t>
            </w:r>
          </w:p>
        </w:tc>
        <w:tc>
          <w:tcPr>
            <w:tcW w:type="dxa" w:w="3402"/>
          </w:tcPr>
          <w:p>
            <w:r/>
            <w:r>
              <w:rPr>
                <w:b/>
              </w:rPr>
              <w:t>2번 추출 단위 명확화</w:t>
            </w:r>
          </w:p>
          <w:p>
            <w:r>
              <w:t>수정 전: 적절한 문장 / 그중 문장 / 또한 문장</w:t>
            </w:r>
          </w:p>
        </w:tc>
        <w:tc>
          <w:tcPr>
            <w:tcW w:type="dxa" w:w="4535"/>
          </w:tcPr>
          <w:p>
            <w:r>
              <w:t>완결 문장 기준,② 우리~모르시나</w:t>
              <w:br/>
              <w:t>반영 문구</w:t>
              <w:br/>
              <w:t>&lt;보기1&gt;의 ①, ②에 들어갈 완결된 문장을 찾아 첫 어절과 마지막 어절을 쓰시오. ②는 감탄문 뒤에 이어지는 의문문을 찾고, 한자 병기는 생략할 수 있다.</w:t>
            </w:r>
          </w:p>
        </w:tc>
      </w:tr>
      <w:tr>
        <w:tc>
          <w:tcPr>
            <w:tcW w:type="dxa" w:w="1701"/>
          </w:tcPr>
          <w:p>
            <w:r>
              <w:t>인쇄 95쪽 / PDF 103쪽 / KN-088 / P1011</w:t>
            </w:r>
          </w:p>
        </w:tc>
        <w:tc>
          <w:tcPr>
            <w:tcW w:type="dxa" w:w="3402"/>
          </w:tcPr>
          <w:p>
            <w:r/>
            <w:r>
              <w:rPr>
                <w:b/>
              </w:rPr>
              <w:t>3번 단어와 어구 혼동·4번 추출 범위</w:t>
            </w:r>
          </w:p>
          <w:p>
            <w:r>
              <w:t>수정 전: 두 단어 / 공간만으로 시행 추출</w:t>
            </w:r>
          </w:p>
        </w:tc>
        <w:tc>
          <w:tcPr>
            <w:tcW w:type="dxa" w:w="4535"/>
          </w:tcPr>
          <w:p>
            <w:r>
              <w:t>두 어구 / 정월의 죽음 비유와 오월의 설움 직접 진술</w:t>
            </w:r>
          </w:p>
        </w:tc>
      </w:tr>
      <w:tr>
        <w:tc>
          <w:tcPr>
            <w:tcW w:type="dxa" w:w="1701"/>
          </w:tcPr>
          <w:p>
            <w:r>
              <w:t>인쇄 96쪽 / PDF 104쪽 / KN-088 / P1012</w:t>
            </w:r>
          </w:p>
        </w:tc>
        <w:tc>
          <w:tcPr>
            <w:tcW w:type="dxa" w:w="3402"/>
          </w:tcPr>
          <w:p>
            <w:r/>
            <w:r>
              <w:rPr>
                <w:b/>
              </w:rPr>
              <w:t>5번 존재하지 않는 연 기호 및 인용 단위</w:t>
            </w:r>
          </w:p>
          <w:p>
            <w:r>
              <w:t>수정 전: (가)연·(나)연 / 마지막 문장20자 내외</w:t>
            </w:r>
          </w:p>
        </w:tc>
        <w:tc>
          <w:tcPr>
            <w:tcW w:type="dxa" w:w="4535"/>
          </w:tcPr>
          <w:p>
            <w:r>
              <w:t>삼월령·사월령 / 마지막 시행20자</w:t>
            </w:r>
          </w:p>
        </w:tc>
      </w:tr>
      <w:tr>
        <w:tc>
          <w:tcPr>
            <w:tcW w:type="dxa" w:w="1701"/>
          </w:tcPr>
          <w:p>
            <w:r>
              <w:t>인쇄 97쪽 / PDF 105쪽 / KN-088 / P1013</w:t>
            </w:r>
          </w:p>
        </w:tc>
        <w:tc>
          <w:tcPr>
            <w:tcW w:type="dxa" w:w="3402"/>
          </w:tcPr>
          <w:p>
            <w:r/>
            <w:r>
              <w:rPr>
                <w:b/>
              </w:rPr>
              <w:t>2번 첫·끝 어절을 잘라 제시하고 원문 오인용</w:t>
            </w:r>
          </w:p>
          <w:p>
            <w:r>
              <w:t>수정 전: 애오생지/여류로다, 슬프다/모르시나</w:t>
            </w:r>
          </w:p>
        </w:tc>
        <w:tc>
          <w:tcPr>
            <w:tcW w:type="dxa" w:w="4535"/>
          </w:tcPr>
          <w:p>
            <w:r>
              <w:t>① 애오생지가련하니~탄광음지여류로다 /② 우리~모르시나</w:t>
            </w:r>
          </w:p>
        </w:tc>
      </w:tr>
      <w:tr>
        <w:tc>
          <w:tcPr>
            <w:tcW w:type="dxa" w:w="1701"/>
          </w:tcPr>
          <w:p>
            <w:r>
              <w:t>인쇄 99쪽 / PDF 107쪽 / KN-088 / P1014</w:t>
            </w:r>
          </w:p>
        </w:tc>
        <w:tc>
          <w:tcPr>
            <w:tcW w:type="dxa" w:w="3402"/>
          </w:tcPr>
          <w:p>
            <w:r/>
            <w:r>
              <w:rPr>
                <w:b/>
              </w:rPr>
              <w:t>5번 원문 전사와 글자 수 기준</w:t>
            </w:r>
          </w:p>
          <w:p>
            <w:r>
              <w:t>수정 전: 슬프다 / 7자·8자</w:t>
            </w:r>
          </w:p>
        </w:tc>
        <w:tc>
          <w:tcPr>
            <w:tcW w:type="dxa" w:w="4535"/>
          </w:tcPr>
          <w:p>
            <w:r>
              <w:t>슬프도다 / 공백 포함8자·9자</w:t>
            </w:r>
          </w:p>
        </w:tc>
      </w:tr>
      <w:tr>
        <w:tc>
          <w:tcPr>
            <w:tcW w:type="dxa" w:w="1701"/>
          </w:tcPr>
          <w:p>
            <w:r>
              <w:t>인쇄 100쪽 / PDF 108쪽 / KN-089 / P1038</w:t>
            </w:r>
          </w:p>
        </w:tc>
        <w:tc>
          <w:tcPr>
            <w:tcW w:type="dxa" w:w="3402"/>
          </w:tcPr>
          <w:p>
            <w:r/>
            <w:r>
              <w:rPr>
                <w:b/>
              </w:rPr>
              <w:t>요약 염장을 실제 먹은 음식으로 나열</w:t>
            </w:r>
          </w:p>
          <w:p>
            <w:r>
              <w:t>수정 전: 염장·솟국·갯물 배추 식사</w:t>
            </w:r>
          </w:p>
        </w:tc>
        <w:tc>
          <w:tcPr>
            <w:tcW w:type="dxa" w:w="4535"/>
          </w:tcPr>
          <w:p>
            <w:r>
              <w:t>염장은 구하지 못하며 솟국과 절인 배추로 끼니를 때움</w:t>
            </w:r>
          </w:p>
        </w:tc>
      </w:tr>
      <w:tr>
        <w:tc>
          <w:tcPr>
            <w:tcW w:type="dxa" w:w="1701"/>
          </w:tcPr>
          <w:p>
            <w:r>
              <w:t>인쇄 101쪽 / PDF 109쪽 / KN-089 / P1039</w:t>
            </w:r>
          </w:p>
        </w:tc>
        <w:tc>
          <w:tcPr>
            <w:tcW w:type="dxa" w:w="3402"/>
          </w:tcPr>
          <w:p>
            <w:r/>
            <w:r>
              <w:rPr>
                <w:b/>
              </w:rPr>
              <w:t>요약 주 문왕 가정·장문부 구입·닭 소리 오독</w:t>
            </w:r>
          </w:p>
          <w:p>
            <w:r>
              <w:t>수정 전: 주 문왕 정치 아래 / 백두음·장문부 지어 바칠 황금 / 두견새</w:t>
            </w:r>
          </w:p>
        </w:tc>
        <w:tc>
          <w:tcPr>
            <w:tcW w:type="dxa" w:w="4535"/>
          </w:tcPr>
          <w:p>
            <w:r>
              <w:t>어진 정치가 베풀어지면 구제받으리라는 기대 / 장문부 살 황금 / 어촌 닭</w:t>
            </w:r>
          </w:p>
        </w:tc>
      </w:tr>
      <w:tr>
        <w:tc>
          <w:tcPr>
            <w:tcW w:type="dxa" w:w="1701"/>
          </w:tcPr>
          <w:p>
            <w:r>
              <w:t>인쇄 103쪽 / PDF 111쪽 / KN-089 / P1041</w:t>
            </w:r>
          </w:p>
        </w:tc>
        <w:tc>
          <w:tcPr>
            <w:tcW w:type="dxa" w:w="3402"/>
          </w:tcPr>
          <w:p>
            <w:r/>
            <w:r>
              <w:rPr>
                <w:b/>
              </w:rPr>
              <w:t>3번 단어·어구 조건·4번 원문에 없는 용어 추출 및 태도 비교</w:t>
            </w:r>
          </w:p>
          <w:p>
            <w:r>
              <w:t>수정 전: 단어만 요구 / 원문에서 표현 용어 추출 / 환경과 결백 동일 태도</w:t>
            </w:r>
          </w:p>
        </w:tc>
        <w:tc>
          <w:tcPr>
            <w:tcW w:type="dxa" w:w="4535"/>
          </w:tcPr>
          <w:p>
            <w:r>
              <w:t>어구 허용 / 표현 용어와 원문 소재 구분 / 결백 호소 시행 특정</w:t>
            </w:r>
          </w:p>
        </w:tc>
      </w:tr>
      <w:tr>
        <w:tc>
          <w:tcPr>
            <w:tcW w:type="dxa" w:w="1701"/>
          </w:tcPr>
          <w:p>
            <w:r>
              <w:t>인쇄 104쪽 / PDF 112쪽 / KN-089 / P1042</w:t>
            </w:r>
          </w:p>
        </w:tc>
        <w:tc>
          <w:tcPr>
            <w:tcW w:type="dxa" w:w="3402"/>
          </w:tcPr>
          <w:p>
            <w:r/>
            <w:r>
              <w:rPr>
                <w:b/>
              </w:rPr>
              <w:t>5번 음식 근거 범위와 어구 조건</w:t>
            </w:r>
          </w:p>
          <w:p>
            <w:r>
              <w:t>수정 전: 특정한 음식 / 문장 / 명사 형태 시어</w:t>
            </w:r>
          </w:p>
        </w:tc>
        <w:tc>
          <w:tcPr>
            <w:tcW w:type="dxa" w:w="4535"/>
          </w:tcPr>
          <w:p>
            <w:r>
              <w:t>㉠ 설날~보네 완결 문장,㉡ 가을 부채 명사구</w:t>
            </w:r>
          </w:p>
        </w:tc>
      </w:tr>
      <w:tr>
        <w:tc>
          <w:tcPr>
            <w:tcW w:type="dxa" w:w="1701"/>
          </w:tcPr>
          <w:p>
            <w:r>
              <w:t>인쇄 105쪽 / PDF 113쪽 / KN-089 / P1043</w:t>
            </w:r>
          </w:p>
        </w:tc>
        <w:tc>
          <w:tcPr>
            <w:tcW w:type="dxa" w:w="3402"/>
          </w:tcPr>
          <w:p>
            <w:r/>
            <w:r>
              <w:rPr>
                <w:b/>
              </w:rPr>
              <w:t>1·2번 마지막 어절과 원문 인용·설의법 오자</w:t>
            </w:r>
          </w:p>
          <w:p>
            <w:r>
              <w:t>수정 전: 삼을건가 / 서리법 / 이 내 / 이룰 수 없음</w:t>
            </w:r>
          </w:p>
        </w:tc>
        <w:tc>
          <w:tcPr>
            <w:tcW w:type="dxa" w:w="4535"/>
          </w:tcPr>
          <w:p>
            <w:r>
              <w:t>건가 / 설의법 / 이내 / 현실화 희망</w:t>
            </w:r>
          </w:p>
        </w:tc>
      </w:tr>
      <w:tr>
        <w:tc>
          <w:tcPr>
            <w:tcW w:type="dxa" w:w="1701"/>
          </w:tcPr>
          <w:p>
            <w:r>
              <w:t>인쇄 105쪽 / PDF 113쪽 / KN-089 / P1582</w:t>
            </w:r>
          </w:p>
        </w:tc>
        <w:tc>
          <w:tcPr>
            <w:tcW w:type="dxa" w:w="3402"/>
          </w:tcPr>
          <w:p>
            <w:r/>
            <w:r>
              <w:rPr>
                <w:b/>
              </w:rPr>
              <w:t>1번㉠ 첫 어절 양식도→추운</w:t>
            </w:r>
          </w:p>
          <w:p>
            <w:r>
              <w:t>수정 전: 문장 앞뒤를 생략한 시행 단위 답안</w:t>
            </w:r>
          </w:p>
        </w:tc>
        <w:tc>
          <w:tcPr>
            <w:tcW w:type="dxa" w:w="4535"/>
          </w:tcPr>
          <w:p>
            <w:r>
              <w:t>1번㉠ 첫 어절 양식도→추운</w:t>
              <w:br/>
              <w:t>반영 문구</w:t>
              <w:br/>
              <w:t>㉠ '추운 겨울 깊어지고 옥치는 듯 동통하니'에서 시작하여 양식과 반찬, 염장과 어육의 부족을 나열하고 '바랄쏘냐'로 끝난다. '동통하니', '의논하며', '못 먹거든'은 뒤로 이어지므로 문장 중간의 '양식도'에서 시작하지 않는다.</w:t>
            </w:r>
          </w:p>
        </w:tc>
      </w:tr>
      <w:tr>
        <w:tc>
          <w:tcPr>
            <w:tcW w:type="dxa" w:w="1701"/>
          </w:tcPr>
          <w:p>
            <w:r>
              <w:t>인쇄 106쪽 / PDF 114쪽 / KN-089 / P1044</w:t>
            </w:r>
          </w:p>
        </w:tc>
        <w:tc>
          <w:tcPr>
            <w:tcW w:type="dxa" w:w="3402"/>
          </w:tcPr>
          <w:p>
            <w:r/>
            <w:r>
              <w:rPr>
                <w:b/>
              </w:rPr>
              <w:t>3번 원문 어형 및4번 설명</w:t>
            </w:r>
          </w:p>
          <w:p>
            <w:r>
              <w:t>수정 전: 백악만 구비</w:t>
            </w:r>
          </w:p>
        </w:tc>
        <w:tc>
          <w:tcPr>
            <w:tcW w:type="dxa" w:w="4535"/>
          </w:tcPr>
          <w:p>
            <w:r>
              <w:t>백악만 구비하다</w:t>
            </w:r>
          </w:p>
        </w:tc>
      </w:tr>
      <w:tr>
        <w:tc>
          <w:tcPr>
            <w:tcW w:type="dxa" w:w="1701"/>
          </w:tcPr>
          <w:p>
            <w:r>
              <w:t>인쇄 107쪽 / PDF 115쪽 / KN-089 / P1045</w:t>
            </w:r>
          </w:p>
        </w:tc>
        <w:tc>
          <w:tcPr>
            <w:tcW w:type="dxa" w:w="3402"/>
          </w:tcPr>
          <w:p>
            <w:r/>
            <w:r>
              <w:rPr>
                <w:b/>
              </w:rPr>
              <w:t>5번 원문 띄어쓰기와 추출 단위</w:t>
            </w:r>
          </w:p>
          <w:p>
            <w:r>
              <w:t>수정 전: 가을부채 / 문장의 첫 어절</w:t>
            </w:r>
          </w:p>
        </w:tc>
        <w:tc>
          <w:tcPr>
            <w:tcW w:type="dxa" w:w="4535"/>
          </w:tcPr>
          <w:p>
            <w:r>
              <w:t>㉠ 설날~보네 /㉡ 가을 부채</w:t>
            </w:r>
          </w:p>
        </w:tc>
      </w:tr>
      <w:tr>
        <w:tc>
          <w:tcPr>
            <w:tcW w:type="dxa" w:w="1701"/>
          </w:tcPr>
          <w:p>
            <w:r>
              <w:t>인쇄 109쪽 / PDF 117쪽 / KN-090 / P1086</w:t>
            </w:r>
          </w:p>
        </w:tc>
        <w:tc>
          <w:tcPr>
            <w:tcW w:type="dxa" w:w="3402"/>
          </w:tcPr>
          <w:p>
            <w:r/>
            <w:r>
              <w:rPr>
                <w:b/>
              </w:rPr>
              <w:t>요약 경륜과 제세할 이의 개념 혼동</w:t>
            </w:r>
          </w:p>
          <w:p>
            <w:r>
              <w:t>수정 전: 경륜(제세할 이)의 부재</w:t>
            </w:r>
          </w:p>
        </w:tc>
        <w:tc>
          <w:tcPr>
            <w:tcW w:type="dxa" w:w="4535"/>
          </w:tcPr>
          <w:p>
            <w:r>
              <w:t>경륜을 갖춘 이의 부재</w:t>
            </w:r>
          </w:p>
        </w:tc>
      </w:tr>
      <w:tr>
        <w:tc>
          <w:tcPr>
            <w:tcW w:type="dxa" w:w="1701"/>
          </w:tcPr>
          <w:p>
            <w:r>
              <w:t>인쇄 110쪽 / PDF 118쪽 / KN-090 / P1073</w:t>
            </w:r>
          </w:p>
        </w:tc>
        <w:tc>
          <w:tcPr>
            <w:tcW w:type="dxa" w:w="3402"/>
          </w:tcPr>
          <w:p>
            <w:r/>
            <w:r>
              <w:rPr>
                <w:b/>
              </w:rPr>
              <w:t>1번 공간 이동 단정·3행 상황 오독 및2번 시행 범위</w:t>
            </w:r>
          </w:p>
          <w:p>
            <w:r>
              <w:t>수정 전: 장소 이동 / 빈 공간 / 두 시행 중 추출 불명확 / 영원함</w:t>
            </w:r>
          </w:p>
        </w:tc>
        <w:tc>
          <w:tcPr>
            <w:tcW w:type="dxa" w:w="4535"/>
          </w:tcPr>
          <w:p>
            <w:r>
              <w:t>장소별 내용,2번㉠임~단다네㉡창산은~좋을쏘냐</w:t>
            </w:r>
          </w:p>
        </w:tc>
      </w:tr>
      <w:tr>
        <w:tc>
          <w:tcPr>
            <w:tcW w:type="dxa" w:w="1701"/>
          </w:tcPr>
          <w:p>
            <w:r>
              <w:t>인쇄 111쪽 / PDF 119쪽 / KN-090 / P1074</w:t>
            </w:r>
          </w:p>
        </w:tc>
        <w:tc>
          <w:tcPr>
            <w:tcW w:type="dxa" w:w="3402"/>
          </w:tcPr>
          <w:p>
            <w:r/>
            <w:r>
              <w:rPr>
                <w:b/>
              </w:rPr>
              <w:t>어구 답안에 단어만 요구·속세와 완전 단절 단정</w:t>
            </w:r>
          </w:p>
          <w:p>
            <w:r>
              <w:t>수정 전: 단어 / 속세와 단절된</w:t>
            </w:r>
          </w:p>
        </w:tc>
        <w:tc>
          <w:tcPr>
            <w:tcW w:type="dxa" w:w="4535"/>
          </w:tcPr>
          <w:p>
            <w:r>
              <w:t>말 / 속세와 구별된</w:t>
            </w:r>
          </w:p>
        </w:tc>
      </w:tr>
      <w:tr>
        <w:tc>
          <w:tcPr>
            <w:tcW w:type="dxa" w:w="1701"/>
          </w:tcPr>
          <w:p>
            <w:r>
              <w:t>인쇄 112쪽 / PDF 120쪽 / KN-090 / P1075</w:t>
            </w:r>
          </w:p>
        </w:tc>
        <w:tc>
          <w:tcPr>
            <w:tcW w:type="dxa" w:w="3402"/>
          </w:tcPr>
          <w:p>
            <w:r/>
            <w:r>
              <w:rPr>
                <w:b/>
              </w:rPr>
              <w:t>5번 한 시행 조건과2시행 답안·분량 초과·6번 봉죽 표현</w:t>
            </w:r>
          </w:p>
          <w:p>
            <w:r>
              <w:t>수정 전: ㉠한시행35자 / 원문36자 / 한자 포함㉡20자 초과 / 봉죽을 누림</w:t>
            </w:r>
          </w:p>
        </w:tc>
        <w:tc>
          <w:tcPr>
            <w:tcW w:type="dxa" w:w="4535"/>
          </w:tcPr>
          <w:p>
            <w:r>
              <w:t>㉠두시행40자 / 한자 제외㉡20자 / 봉죽을 받고 돌아옴</w:t>
            </w:r>
          </w:p>
        </w:tc>
      </w:tr>
      <w:tr>
        <w:tc>
          <w:tcPr>
            <w:tcW w:type="dxa" w:w="1701"/>
          </w:tcPr>
          <w:p>
            <w:r>
              <w:t>인쇄 113쪽 / PDF 121쪽 / KN-090 / P1076</w:t>
            </w:r>
          </w:p>
        </w:tc>
        <w:tc>
          <w:tcPr>
            <w:tcW w:type="dxa" w:w="3402"/>
          </w:tcPr>
          <w:p>
            <w:r/>
            <w:r>
              <w:rPr>
                <w:b/>
              </w:rPr>
              <w:t>지명·원문 인용·연 번호 오기 및 자연 속성</w:t>
            </w:r>
          </w:p>
          <w:p>
            <w:r>
              <w:t>수정 전: 장산곳마루 / 말고 요 / 가소래 /8연 / 영원함</w:t>
            </w:r>
          </w:p>
        </w:tc>
        <w:tc>
          <w:tcPr>
            <w:tcW w:type="dxa" w:w="4535"/>
          </w:tcPr>
          <w:p>
            <w:r>
              <w:t>지명·원문 표기 보정 유지,2번전체문장㉠임~단다네㉡창산은~좋을쏘냐</w:t>
              <w:br/>
              <w:t>반영 문구</w:t>
              <w:br/>
              <w:t>정답: ㉠ 임 / 단다네</w:t>
              <w:br/>
              <w:t>㉡ 창산은 / 좋을쏘냐 (첫 어절 / 마지막 어절)</w:t>
              <w:br/>
              <w:t>㉠ '임 실러 갈 적엔 반돛을 달고요'와 '임 싣고 올 적엔 온 돛을 단다네'는 대조를 이루며 한 문장으로 이어진다. '달고요'에서 끊지 않는다. 첫 어절은 앞 행의 '임', 마지막 어절은 '단다네'이다.</w:t>
              <w:br/>
              <w:t>㉡ '창산은 높고 높고 유수는 길고 길고'부터 '산고수장하니 그 아니 좋을쏘냐'까지 이어진다. 높은 산과 긴 물을 예찬하며 설의로 만족감을 강조한다. '길고', '산고수장하니'를 문장 끝으로 보지 않는다.</w:t>
              <w:br/>
              <w:t>㉡ 창산은 / 좋을쏘냐</w:t>
            </w:r>
          </w:p>
        </w:tc>
      </w:tr>
      <w:tr>
        <w:tc>
          <w:tcPr>
            <w:tcW w:type="dxa" w:w="1701"/>
          </w:tcPr>
          <w:p>
            <w:r>
              <w:t>인쇄 114쪽 / PDF 122쪽 / KN-090 / P1077</w:t>
            </w:r>
          </w:p>
        </w:tc>
        <w:tc>
          <w:tcPr>
            <w:tcW w:type="dxa" w:w="3402"/>
          </w:tcPr>
          <w:p>
            <w:r/>
            <w:r>
              <w:rPr>
                <w:b/>
              </w:rPr>
              <w:t>반돛 표기·배의 이동 주체·설의법적 중복 답안</w:t>
            </w:r>
          </w:p>
          <w:p>
            <w:r>
              <w:t>수정 전: 반 돛 / 임이 갈 때 / 설의법 허용</w:t>
            </w:r>
          </w:p>
        </w:tc>
        <w:tc>
          <w:tcPr>
            <w:tcW w:type="dxa" w:w="4535"/>
          </w:tcPr>
          <w:p>
            <w:r>
              <w:t>반돛 / 임을 맞으러 갈 때 / 설의만 허용</w:t>
            </w:r>
          </w:p>
        </w:tc>
      </w:tr>
      <w:tr>
        <w:tc>
          <w:tcPr>
            <w:tcW w:type="dxa" w:w="1701"/>
          </w:tcPr>
          <w:p>
            <w:r>
              <w:t>인쇄 115쪽 / PDF 123쪽 / KN-090 / P1078</w:t>
            </w:r>
          </w:p>
        </w:tc>
        <w:tc>
          <w:tcPr>
            <w:tcW w:type="dxa" w:w="3402"/>
          </w:tcPr>
          <w:p>
            <w:r/>
            <w:r>
              <w:rPr>
                <w:b/>
              </w:rPr>
              <w:t>온 돛 원문 공백·5번 한자 제외 조건에 맞춘 답안</w:t>
            </w:r>
          </w:p>
          <w:p>
            <w:r>
              <w:t>수정 전: 온돛 / 한자 병기20자 초과</w:t>
            </w:r>
          </w:p>
        </w:tc>
        <w:tc>
          <w:tcPr>
            <w:tcW w:type="dxa" w:w="4535"/>
          </w:tcPr>
          <w:p>
            <w:r>
              <w:t>온 돛 / 일한인되어 한글표기</w:t>
            </w:r>
          </w:p>
        </w:tc>
      </w:tr>
      <w:tr>
        <w:tc>
          <w:tcPr>
            <w:tcW w:type="dxa" w:w="1701"/>
          </w:tcPr>
          <w:p>
            <w:r>
              <w:t>인쇄 116쪽 / PDF 124쪽 / KN-091 / P1092</w:t>
            </w:r>
          </w:p>
        </w:tc>
        <w:tc>
          <w:tcPr>
            <w:tcW w:type="dxa" w:w="3402"/>
          </w:tcPr>
          <w:p>
            <w:r/>
            <w:r>
              <w:rPr>
                <w:b/>
              </w:rPr>
              <w:t>유산가 요약의 은거 오해</w:t>
            </w:r>
          </w:p>
          <w:p>
            <w:r>
              <w:t>수정 전: 탈속적 은거의 기쁨</w:t>
            </w:r>
          </w:p>
        </w:tc>
        <w:tc>
          <w:tcPr>
            <w:tcW w:type="dxa" w:w="4535"/>
          </w:tcPr>
          <w:p>
            <w:r>
              <w:t>탈속적 흥취</w:t>
            </w:r>
          </w:p>
        </w:tc>
      </w:tr>
      <w:tr>
        <w:tc>
          <w:tcPr>
            <w:tcW w:type="dxa" w:w="1701"/>
          </w:tcPr>
          <w:p>
            <w:r>
              <w:t>인쇄 118쪽 / PDF 126쪽 / KN-091 / P1087</w:t>
            </w:r>
          </w:p>
        </w:tc>
        <w:tc>
          <w:tcPr>
            <w:tcW w:type="dxa" w:w="3402"/>
          </w:tcPr>
          <w:p>
            <w:r/>
            <w:r>
              <w:rPr>
                <w:b/>
              </w:rPr>
              <w:t>2번 추출 범위와 벌어진 마지막 줄</w:t>
            </w:r>
          </w:p>
          <w:p>
            <w:r>
              <w:t>수정 전: ②화평한 풍미 시행과 중복 가능 / 막 어절을 쓰시오 과도한 벌림</w:t>
            </w:r>
          </w:p>
        </w:tc>
        <w:tc>
          <w:tcPr>
            <w:tcW w:type="dxa" w:w="4535"/>
          </w:tcPr>
          <w:p>
            <w:r>
              <w:t>① 지담에~무지개로다②낚싯줄에~부러우랴</w:t>
            </w:r>
          </w:p>
        </w:tc>
      </w:tr>
      <w:tr>
        <w:tc>
          <w:tcPr>
            <w:tcW w:type="dxa" w:w="1701"/>
          </w:tcPr>
          <w:p>
            <w:r>
              <w:t>인쇄 119쪽 / PDF 127쪽 / KN-091 / P1088</w:t>
            </w:r>
          </w:p>
        </w:tc>
        <w:tc>
          <w:tcPr>
            <w:tcW w:type="dxa" w:w="3402"/>
          </w:tcPr>
          <w:p>
            <w:r/>
            <w:r>
              <w:rPr>
                <w:b/>
              </w:rPr>
              <w:t>4번 원문에 없는 쾌락을 원문 추출 요구</w:t>
            </w:r>
          </w:p>
          <w:p>
            <w:r>
              <w:t>수정 전: ②③④모두 윗글에서 찾기</w:t>
            </w:r>
          </w:p>
        </w:tc>
        <w:tc>
          <w:tcPr>
            <w:tcW w:type="dxa" w:w="4535"/>
          </w:tcPr>
          <w:p>
            <w:r>
              <w:t>②는감상 용어,③④는원문 시어</w:t>
            </w:r>
          </w:p>
        </w:tc>
      </w:tr>
      <w:tr>
        <w:tc>
          <w:tcPr>
            <w:tcW w:type="dxa" w:w="1701"/>
          </w:tcPr>
          <w:p>
            <w:r>
              <w:t>인쇄 119쪽 / PDF 127쪽 / KN-091 / P1093</w:t>
            </w:r>
          </w:p>
        </w:tc>
        <w:tc>
          <w:tcPr>
            <w:tcW w:type="dxa" w:w="3402"/>
          </w:tcPr>
          <w:p>
            <w:r/>
            <w:r>
              <w:rPr>
                <w:b/>
              </w:rPr>
              <w:t>4번 수정 조건의 앞 문장 연결</w:t>
            </w:r>
          </w:p>
          <w:p>
            <w:r>
              <w:t>수정 전: ②③④에 /②는</w:t>
            </w:r>
          </w:p>
        </w:tc>
        <w:tc>
          <w:tcPr>
            <w:tcW w:type="dxa" w:w="4535"/>
          </w:tcPr>
          <w:p>
            <w:r>
              <w:t>빈칸에 들어갈 말을 쓰되 /②는</w:t>
            </w:r>
          </w:p>
        </w:tc>
      </w:tr>
      <w:tr>
        <w:tc>
          <w:tcPr>
            <w:tcW w:type="dxa" w:w="1701"/>
          </w:tcPr>
          <w:p>
            <w:r>
              <w:t>인쇄 120쪽 / PDF 128쪽 / KN-091 / P1089</w:t>
            </w:r>
          </w:p>
        </w:tc>
        <w:tc>
          <w:tcPr>
            <w:tcW w:type="dxa" w:w="3402"/>
          </w:tcPr>
          <w:p>
            <w:r/>
            <w:r>
              <w:rPr>
                <w:b/>
              </w:rPr>
              <w:t>5번 추출 단위·6번 편집용 밑줄 기호 노출</w:t>
            </w:r>
          </w:p>
          <w:p>
            <w:r>
              <w:t>수정 전: 문장 / __</w:t>
            </w:r>
          </w:p>
        </w:tc>
        <w:tc>
          <w:tcPr>
            <w:tcW w:type="dxa" w:w="4535"/>
          </w:tcPr>
          <w:p>
            <w:r>
              <w:t>㉠지담에~무지개로다㉡소쇄한~몰라라</w:t>
            </w:r>
          </w:p>
        </w:tc>
      </w:tr>
      <w:tr>
        <w:tc>
          <w:tcPr>
            <w:tcW w:type="dxa" w:w="1701"/>
          </w:tcPr>
          <w:p>
            <w:r>
              <w:t>인쇄 121쪽 / PDF 129쪽 / KN-091 / P1090</w:t>
            </w:r>
          </w:p>
        </w:tc>
        <w:tc>
          <w:tcPr>
            <w:tcW w:type="dxa" w:w="3402"/>
          </w:tcPr>
          <w:p>
            <w:r/>
            <w:r>
              <w:rPr>
                <w:b/>
              </w:rPr>
              <w:t>원문 음성상징어 오자</w:t>
            </w:r>
          </w:p>
          <w:p>
            <w:r>
              <w:t>수정 전: 괄괄</w:t>
            </w:r>
          </w:p>
        </w:tc>
        <w:tc>
          <w:tcPr>
            <w:tcW w:type="dxa" w:w="4535"/>
          </w:tcPr>
          <w:p>
            <w:r>
              <w:t>콸콸</w:t>
            </w:r>
          </w:p>
        </w:tc>
      </w:tr>
      <w:tr>
        <w:tc>
          <w:tcPr>
            <w:tcW w:type="dxa" w:w="1701"/>
          </w:tcPr>
          <w:p>
            <w:r>
              <w:t>인쇄 121쪽 / PDF 129쪽 / KN-091 / P1590</w:t>
            </w:r>
          </w:p>
        </w:tc>
        <w:tc>
          <w:tcPr>
            <w:tcW w:type="dxa" w:w="3402"/>
          </w:tcPr>
          <w:p>
            <w:r/>
            <w:r>
              <w:rPr>
                <w:b/>
              </w:rPr>
              <w:t>2번①지담에·②낚싯줄에로 문장 첫 어절 수정</w:t>
            </w:r>
          </w:p>
          <w:p>
            <w:r>
              <w:t>수정 전: 연결된 문장의 앞부분을 생략하고 한 시행만 추출</w:t>
            </w:r>
          </w:p>
        </w:tc>
        <w:tc>
          <w:tcPr>
            <w:tcW w:type="dxa" w:w="4535"/>
          </w:tcPr>
          <w:p>
            <w:r>
              <w:t>2번①지담에·②낚싯줄에로 문장 첫 어절 수정</w:t>
              <w:br/>
              <w:t>반영 문구</w:t>
              <w:br/>
              <w:t>정답: ① 지담에 / 무지개로다</w:t>
              <w:br/>
              <w:t>② 낚싯줄에 / 부러우랴 (첫 어절 / 마지막 어절)</w:t>
              <w:br/>
              <w:t>① '지담에 뜨는 배는 일엽이 가볍고'와 '물결에 비친 다리 반공에 무지개로다'가 한 문장으로 이어진다. 다리와 무지개의 비유만 떼지 않고 '지담에'부터 찾는다.</w:t>
              <w:br/>
              <w:t>② '낚싯줄에 오른 고기 난간 위에 올려 두고'에서 시작하여 회와 술을 즐기는 모습, '공명을 다 잊으니 부귀인들 부러우랴'까지 이어진다. '두고', '놓고', '하여', '누웠으니' 등의 연결 부분을 생략하지 않는다.</w:t>
            </w:r>
          </w:p>
        </w:tc>
      </w:tr>
      <w:tr>
        <w:tc>
          <w:tcPr>
            <w:tcW w:type="dxa" w:w="1701"/>
          </w:tcPr>
          <w:p>
            <w:r>
              <w:t>인쇄 122쪽 / PDF 130쪽 / KN-091 / P1091</w:t>
            </w:r>
          </w:p>
        </w:tc>
        <w:tc>
          <w:tcPr>
            <w:tcW w:type="dxa" w:w="3402"/>
          </w:tcPr>
          <w:p>
            <w:r/>
            <w:r>
              <w:rPr>
                <w:b/>
              </w:rPr>
              <w:t>4번 감상 용어로 바뀐 조건에 대응</w:t>
            </w:r>
          </w:p>
          <w:p>
            <w:r>
              <w:t>수정 전: ②쾌락만 제시</w:t>
            </w:r>
          </w:p>
        </w:tc>
        <w:tc>
          <w:tcPr>
            <w:tcW w:type="dxa" w:w="4535"/>
          </w:tcPr>
          <w:p>
            <w:r>
              <w:t>쾌락·유흥 동등 인정</w:t>
            </w:r>
          </w:p>
        </w:tc>
      </w:tr>
      <w:tr>
        <w:tc>
          <w:tcPr>
            <w:tcW w:type="dxa" w:w="1701"/>
          </w:tcPr>
          <w:p>
            <w:r>
              <w:t>인쇄 123쪽 / PDF 131쪽 / KN-091 / P1591</w:t>
            </w:r>
          </w:p>
        </w:tc>
        <w:tc>
          <w:tcPr>
            <w:tcW w:type="dxa" w:w="3402"/>
          </w:tcPr>
          <w:p>
            <w:r/>
            <w:r>
              <w:rPr>
                <w:b/>
              </w:rPr>
              <w:t>5번㉠지담에·㉡소쇄한으로 문장 첫 어절 수정</w:t>
            </w:r>
          </w:p>
          <w:p>
            <w:r>
              <w:t>수정 전: 연결된 문장의 앞부분을 생략하고 한 시행만 추출</w:t>
            </w:r>
          </w:p>
        </w:tc>
        <w:tc>
          <w:tcPr>
            <w:tcW w:type="dxa" w:w="4535"/>
          </w:tcPr>
          <w:p>
            <w:r>
              <w:t>5번㉠지담에·㉡소쇄한으로 문장 첫 어절 수정</w:t>
              <w:br/>
              <w:t>반영 문구</w:t>
              <w:br/>
              <w:t>정답: ㉠ 지담에 / 무지개로다</w:t>
              <w:br/>
              <w:t>㉡ 소쇄한 / 몰라라 (첫 어절 / 마지막 어절)</w:t>
              <w:br/>
              <w:t>㉠ '지담에 뜨는 배는 일엽이 가볍고'부터 '물결에 비친 다리 반공에 무지개로다'까지 이어지는 문장이다. 물 위의 다리를 무지개에 비유한 부분의 앞에 연결된 배의 묘사를 함께 포함한다.</w:t>
              <w:br/>
              <w:t>㉡ '소쇄한 정자 속의 매학으로 벗을 삼아'부터 '연하의 병이 들어 백 년을 지내오니'를 거쳐 '있으나 없으나 세사도 나 몰라라'까지 이어진 문장이다.</w:t>
            </w:r>
          </w:p>
        </w:tc>
      </w:tr>
      <w:tr>
        <w:tc>
          <w:tcPr>
            <w:tcW w:type="dxa" w:w="1701"/>
          </w:tcPr>
          <w:p>
            <w:r>
              <w:t>인쇄 126쪽 / PDF 134쪽 / KN-092 / P1114</w:t>
            </w:r>
          </w:p>
        </w:tc>
        <w:tc>
          <w:tcPr>
            <w:tcW w:type="dxa" w:w="3402"/>
          </w:tcPr>
          <w:p>
            <w:r/>
            <w:r>
              <w:rPr>
                <w:b/>
              </w:rPr>
              <w:t>1번 추출 범위·2번 정답을 넣으면 논지 반대</w:t>
            </w:r>
          </w:p>
          <w:p>
            <w:r>
              <w:t>수정 전: 문장 / 삼가라는 태도를 경계</w:t>
            </w:r>
          </w:p>
        </w:tc>
        <w:tc>
          <w:tcPr>
            <w:tcW w:type="dxa" w:w="4535"/>
          </w:tcPr>
          <w:p>
            <w:r>
              <w:t>1번㉠아침과~입을쏘냐㉡일이~어긋나겠는가,2번①이치에~삼가라②끓는~없느니</w:t>
            </w:r>
          </w:p>
        </w:tc>
      </w:tr>
      <w:tr>
        <w:tc>
          <w:tcPr>
            <w:tcW w:type="dxa" w:w="1701"/>
          </w:tcPr>
          <w:p>
            <w:r>
              <w:t>인쇄 127쪽 / PDF 135쪽 / KN-092 / P1115</w:t>
            </w:r>
          </w:p>
        </w:tc>
        <w:tc>
          <w:tcPr>
            <w:tcW w:type="dxa" w:w="3402"/>
          </w:tcPr>
          <w:p>
            <w:r/>
            <w:r>
              <w:rPr>
                <w:b/>
              </w:rPr>
              <w:t>3번 원문에 없는 활용형 추출 요구</w:t>
            </w:r>
          </w:p>
          <w:p>
            <w:r>
              <w:t>수정 전: 지문 표현 그대로 /②정도와 어긋나지</w:t>
            </w:r>
          </w:p>
        </w:tc>
        <w:tc>
          <w:tcPr>
            <w:tcW w:type="dxa" w:w="4535"/>
          </w:tcPr>
          <w:p>
            <w:r>
              <w:t>②는 원문 활용·어미 변경 허용</w:t>
            </w:r>
          </w:p>
        </w:tc>
      </w:tr>
      <w:tr>
        <w:tc>
          <w:tcPr>
            <w:tcW w:type="dxa" w:w="1701"/>
          </w:tcPr>
          <w:p>
            <w:r>
              <w:t>인쇄 128쪽 / PDF 136쪽 / KN-092 / P1116</w:t>
            </w:r>
          </w:p>
        </w:tc>
        <w:tc>
          <w:tcPr>
            <w:tcW w:type="dxa" w:w="3402"/>
          </w:tcPr>
          <w:p>
            <w:r/>
            <w:r>
              <w:rPr>
                <w:b/>
              </w:rPr>
              <w:t>5·6번 조사 제거 답과 원문 그대로 조건 충돌</w:t>
            </w:r>
          </w:p>
          <w:p>
            <w:r>
              <w:t>수정 전: 단어 그대로 / 물도에서 물, 아래옷을에서 아래옷으로 변경된 답</w:t>
            </w:r>
          </w:p>
        </w:tc>
        <w:tc>
          <w:tcPr>
            <w:tcW w:type="dxa" w:w="4535"/>
          </w:tcPr>
          <w:p>
            <w:r>
              <w:t>필요시 말미 조사 제거 허용</w:t>
            </w:r>
          </w:p>
        </w:tc>
      </w:tr>
      <w:tr>
        <w:tc>
          <w:tcPr>
            <w:tcW w:type="dxa" w:w="1701"/>
          </w:tcPr>
          <w:p>
            <w:r>
              <w:t>인쇄 129쪽 / PDF 137쪽 / KN-092 / P1594</w:t>
            </w:r>
          </w:p>
        </w:tc>
        <w:tc>
          <w:tcPr>
            <w:tcW w:type="dxa" w:w="3402"/>
          </w:tcPr>
          <w:p>
            <w:r/>
            <w:r>
              <w:rPr>
                <w:b/>
              </w:rPr>
              <w:t>1·2번 첫·마지막 어절 문장 범위 및 표 행간</w:t>
            </w:r>
          </w:p>
          <w:p>
            <w:r>
              <w:t>수정 전: 윗옷과/속맘이야/급한 시작,물이요 또는 털옷도 한 행씩 추출</w:t>
            </w:r>
          </w:p>
        </w:tc>
        <w:tc>
          <w:tcPr>
            <w:tcW w:type="dxa" w:w="4535"/>
          </w:tcPr>
          <w:p>
            <w:r>
              <w:t>㉠아침과~입을쏘냐㉡일이~어긋나겠는가,①이치에~삼가라②끓는~없느니</w:t>
            </w:r>
          </w:p>
        </w:tc>
      </w:tr>
      <w:tr>
        <w:tc>
          <w:tcPr>
            <w:tcW w:type="dxa" w:w="1701"/>
          </w:tcPr>
          <w:p>
            <w:r>
              <w:t>인쇄 130쪽 / PDF 138쪽 / KN-092 / P1117</w:t>
            </w:r>
          </w:p>
        </w:tc>
        <w:tc>
          <w:tcPr>
            <w:tcW w:type="dxa" w:w="3402"/>
          </w:tcPr>
          <w:p>
            <w:r/>
            <w:r>
              <w:rPr>
                <w:b/>
              </w:rPr>
              <w:t>3번 어미 오자·4번 부분점수 중첩</w:t>
            </w:r>
          </w:p>
          <w:p>
            <w:r>
              <w:t>수정 전: 권고한다다 / 부합하다 / 일부 틀린 경우4점이 전부 틀린 경우2점 포함</w:t>
            </w:r>
          </w:p>
        </w:tc>
        <w:tc>
          <w:tcPr>
            <w:tcW w:type="dxa" w:w="4535"/>
          </w:tcPr>
          <w:p>
            <w:r>
              <w:t>권고한다 / 부합한다 /빈칸1~2개 정답과 서술 정답4점</w:t>
            </w:r>
          </w:p>
        </w:tc>
      </w:tr>
      <w:tr>
        <w:tc>
          <w:tcPr>
            <w:tcW w:type="dxa" w:w="1701"/>
          </w:tcPr>
          <w:p>
            <w:r>
              <w:t>인쇄 131쪽 / PDF 139쪽 / KN-092 / P1118</w:t>
            </w:r>
          </w:p>
        </w:tc>
        <w:tc>
          <w:tcPr>
            <w:tcW w:type="dxa" w:w="3402"/>
          </w:tcPr>
          <w:p>
            <w:r/>
            <w:r>
              <w:rPr>
                <w:b/>
              </w:rPr>
              <w:t>5번 갈래 오기·말함과 침묵의 과도한 일대일 대응</w:t>
            </w:r>
          </w:p>
          <w:p>
            <w:r>
              <w:t>수정 전: 두 시조 /화친 주장=말함,척화 주장=침묵함 단정</w:t>
            </w:r>
          </w:p>
        </w:tc>
        <w:tc>
          <w:tcPr>
            <w:tcW w:type="dxa" w:w="4535"/>
          </w:tcPr>
          <w:p>
            <w:r>
              <w:t>두 한시 /서로 다른 대응도 천기에 부합함</w:t>
            </w:r>
          </w:p>
        </w:tc>
      </w:tr>
      <w:tr>
        <w:tc>
          <w:tcPr>
            <w:tcW w:type="dxa" w:w="1701"/>
          </w:tcPr>
          <w:p>
            <w:r>
              <w:t>인쇄 134쪽 / PDF 142쪽 / KN-104 / P1119</w:t>
            </w:r>
          </w:p>
        </w:tc>
        <w:tc>
          <w:tcPr>
            <w:tcW w:type="dxa" w:w="3402"/>
          </w:tcPr>
          <w:p>
            <w:r/>
            <w:r>
              <w:rPr>
                <w:b/>
              </w:rPr>
              <w:t>요약② 결초보은 부정·수명 연장 주체 왜곡</w:t>
            </w:r>
          </w:p>
          <w:p>
            <w:r>
              <w:t>수정 전: 하륜이 수명을 연장해 주며 결초보은함</w:t>
            </w:r>
          </w:p>
        </w:tc>
        <w:tc>
          <w:tcPr>
            <w:tcW w:type="dxa" w:w="4535"/>
          </w:tcPr>
          <w:p>
            <w:r>
              <w:t>이승에서 결초보은할 길은 없으나 저승의 보답으로 수명 연장을 예고</w:t>
            </w:r>
          </w:p>
        </w:tc>
      </w:tr>
      <w:tr>
        <w:tc>
          <w:tcPr>
            <w:tcW w:type="dxa" w:w="1701"/>
          </w:tcPr>
          <w:p>
            <w:r>
              <w:t>인쇄 135쪽 / PDF 143쪽 / KN-104 / P1120</w:t>
            </w:r>
          </w:p>
        </w:tc>
        <w:tc>
          <w:tcPr>
            <w:tcW w:type="dxa" w:w="3402"/>
          </w:tcPr>
          <w:p>
            <w:r/>
            <w:r>
              <w:rPr>
                <w:b/>
              </w:rPr>
              <w:t>요약⑫ 번호·빈칸 누락</w:t>
            </w:r>
          </w:p>
          <w:p>
            <w:r>
              <w:t>수정 전: 화의 정답 노출,⑫빈칸 없음</w:t>
            </w:r>
          </w:p>
        </w:tc>
        <w:tc>
          <w:tcPr>
            <w:tcW w:type="dxa" w:w="4535"/>
          </w:tcPr>
          <w:p>
            <w:r>
              <w:t>⑫화의 빈칸 복원</w:t>
              <w:br/>
              <w:t>반영 문구</w:t>
              <w:br/>
              <w:t>• 정 공: (1)______의 현실적 분석에 수긍하며 (12)________를 고수해야겠다고 다짐함.</w:t>
            </w:r>
          </w:p>
        </w:tc>
      </w:tr>
      <w:tr>
        <w:tc>
          <w:tcPr>
            <w:tcW w:type="dxa" w:w="1701"/>
          </w:tcPr>
          <w:p>
            <w:r>
              <w:t>인쇄 139쪽 / PDF 147쪽 / KN-104 / P1121</w:t>
            </w:r>
          </w:p>
        </w:tc>
        <w:tc>
          <w:tcPr>
            <w:tcW w:type="dxa" w:w="3402"/>
          </w:tcPr>
          <w:p>
            <w:r/>
            <w:r>
              <w:rPr>
                <w:b/>
              </w:rPr>
              <w:t>2번 EBS단락 참조</w:t>
            </w:r>
          </w:p>
          <w:p>
            <w:r>
              <w:t>수정 전: [B]단락 첫 문장</w:t>
            </w:r>
          </w:p>
        </w:tc>
        <w:tc>
          <w:tcPr>
            <w:tcW w:type="dxa" w:w="4535"/>
          </w:tcPr>
          <w:p>
            <w:r>
              <w:t>[B]하 공의 첫 문장</w:t>
            </w:r>
          </w:p>
        </w:tc>
      </w:tr>
      <w:tr>
        <w:tc>
          <w:tcPr>
            <w:tcW w:type="dxa" w:w="1701"/>
          </w:tcPr>
          <w:p>
            <w:r>
              <w:t>인쇄 140쪽 / PDF 148쪽 / KN-104 / P1122</w:t>
            </w:r>
          </w:p>
        </w:tc>
        <w:tc>
          <w:tcPr>
            <w:tcW w:type="dxa" w:w="3402"/>
          </w:tcPr>
          <w:p>
            <w:r/>
            <w:r>
              <w:rPr>
                <w:b/>
              </w:rPr>
              <w:t>4번 첫 어절 정답·노예비유 단락 참조 오류</w:t>
            </w:r>
          </w:p>
          <w:p>
            <w:r>
              <w:t>수정 전: 젖먹이를 /[C]단락에서 노예</w:t>
            </w:r>
          </w:p>
        </w:tc>
        <w:tc>
          <w:tcPr>
            <w:tcW w:type="dxa" w:w="4535"/>
          </w:tcPr>
          <w:p>
            <w:r>
              <w:t>우리 /뒷부분에서 노예</w:t>
            </w:r>
          </w:p>
        </w:tc>
      </w:tr>
      <w:tr>
        <w:tc>
          <w:tcPr>
            <w:tcW w:type="dxa" w:w="1701"/>
          </w:tcPr>
          <w:p>
            <w:r>
              <w:t>인쇄 144쪽 / PDF 152쪽 / KN-105 / P1135</w:t>
            </w:r>
          </w:p>
        </w:tc>
        <w:tc>
          <w:tcPr>
            <w:tcW w:type="dxa" w:w="3402"/>
          </w:tcPr>
          <w:p>
            <w:r/>
            <w:r>
              <w:rPr>
                <w:b/>
              </w:rPr>
              <w:t>1번 설의문 특정·2번 독백 답안 범위</w:t>
            </w:r>
          </w:p>
          <w:p>
            <w:r>
              <w:t>수정 전: 의구심 일반,② 세 문장 범위 불명확</w:t>
            </w:r>
          </w:p>
        </w:tc>
        <w:tc>
          <w:tcPr>
            <w:tcW w:type="dxa" w:w="4535"/>
          </w:tcPr>
          <w:p>
            <w:r>
              <w:t>1번둔갑의심문장특정 유지,2번②살생의윤리적거부감을되묻는한문장</w:t>
              <w:br/>
              <w:t>반영 문구</w:t>
              <w:br/>
              <w:t>대사 ②: 요물의 아름다운 겉모습에 현혹되어 활을 쏘지 못하는 순간이다. 사람을 죽이는 일이 옳지 않다고 스스로 되묻는 설의적 독백 한 문장을 찾아 연기해야 한다.</w:t>
            </w:r>
          </w:p>
        </w:tc>
      </w:tr>
      <w:tr>
        <w:tc>
          <w:tcPr>
            <w:tcW w:type="dxa" w:w="1701"/>
          </w:tcPr>
          <w:p>
            <w:r>
              <w:t>인쇄 145쪽 / PDF 153쪽 / KN-105 / P1136</w:t>
            </w:r>
          </w:p>
        </w:tc>
        <w:tc>
          <w:tcPr>
            <w:tcW w:type="dxa" w:w="3402"/>
          </w:tcPr>
          <w:p>
            <w:r/>
            <w:r>
              <w:rPr>
                <w:b/>
              </w:rPr>
              <w:t>3번 글자수·4번 갈래/어절/조사·표 문장 호응</w:t>
            </w:r>
          </w:p>
          <w:p>
            <w:r>
              <w:t>수정 전: ①8자,②2어절 이하,조사제거 불명확,정도로 아름다운 얼굴</w:t>
            </w:r>
          </w:p>
        </w:tc>
        <w:tc>
          <w:tcPr>
            <w:tcW w:type="dxa" w:w="4535"/>
          </w:tcPr>
          <w:p>
            <w:r>
              <w:t>①10자,②3어절 이하,말미조사 제외 허용,마음을 격동시킨 아름다운 얼굴</w:t>
            </w:r>
          </w:p>
        </w:tc>
      </w:tr>
      <w:tr>
        <w:tc>
          <w:tcPr>
            <w:tcW w:type="dxa" w:w="1701"/>
          </w:tcPr>
          <w:p>
            <w:r>
              <w:t>인쇄 146쪽 / PDF 154쪽 / KN-105 / P1137</w:t>
            </w:r>
          </w:p>
        </w:tc>
        <w:tc>
          <w:tcPr>
            <w:tcW w:type="dxa" w:w="3402"/>
          </w:tcPr>
          <w:p>
            <w:r/>
            <w:r>
              <w:rPr>
                <w:b/>
              </w:rPr>
              <w:t>5번 없는 지문구분·6번 산문을 시행으로 지칭</w:t>
            </w:r>
          </w:p>
          <w:p>
            <w:r>
              <w:t>수정 전: (가)/(나),&lt;보기1&gt;/&lt;보기2&gt; 특정 시행</w:t>
            </w:r>
          </w:p>
        </w:tc>
        <w:tc>
          <w:tcPr>
            <w:tcW w:type="dxa" w:w="4535"/>
          </w:tcPr>
          <w:p>
            <w:r>
              <w:t>윗글,표에 제시한 특정 구절</w:t>
            </w:r>
          </w:p>
        </w:tc>
      </w:tr>
      <w:tr>
        <w:tc>
          <w:tcPr>
            <w:tcW w:type="dxa" w:w="1701"/>
          </w:tcPr>
          <w:p>
            <w:r>
              <w:t>인쇄 147쪽 / PDF 155쪽 / KN-105 / P1138</w:t>
            </w:r>
          </w:p>
        </w:tc>
        <w:tc>
          <w:tcPr>
            <w:tcW w:type="dxa" w:w="3402"/>
          </w:tcPr>
          <w:p>
            <w:r/>
            <w:r>
              <w:rPr>
                <w:b/>
              </w:rPr>
              <w:t>2번 세 문장을 한 문장으로 간주하는 해설</w:t>
            </w:r>
          </w:p>
          <w:p>
            <w:r>
              <w:t>수정 전: 세 문장을 하나로 볼 때</w:t>
            </w:r>
          </w:p>
        </w:tc>
        <w:tc>
          <w:tcPr>
            <w:tcW w:type="dxa" w:w="4535"/>
          </w:tcPr>
          <w:p>
            <w:r>
              <w:t>②사람이~되겠는가,정답해설채점한문장</w:t>
              <w:br/>
              <w:t>반영 문구</w:t>
              <w:br/>
              <w:t>정답: ① 이제 / 뿐입니다</w:t>
              <w:br/>
              <w:t>② 사람이 / 되겠는가 (첫 어절 / 마지막 어절)</w:t>
              <w:br/>
              <w:t>② '사람이 사람을 쏴 죽여서야 되겠는가?'는 살생의 부당함을 스스로 되묻는 설의적 독백이다. 앞의 '저건 사람이다.'와 둔갑 가능성을 의심하는 물음은 별개 문장이므로 합쳐서 쓰지 않는다. 첫 어절은 '사람이', 마지막 어절은 '되겠는가'이다.</w:t>
            </w:r>
          </w:p>
        </w:tc>
      </w:tr>
      <w:tr>
        <w:tc>
          <w:tcPr>
            <w:tcW w:type="dxa" w:w="1701"/>
          </w:tcPr>
          <w:p>
            <w:r>
              <w:t>인쇄 149쪽 / PDF 157쪽 / KN-105 / P1139</w:t>
            </w:r>
          </w:p>
        </w:tc>
        <w:tc>
          <w:tcPr>
            <w:tcW w:type="dxa" w:w="3402"/>
          </w:tcPr>
          <w:p>
            <w:r/>
            <w:r>
              <w:rPr>
                <w:b/>
              </w:rPr>
              <w:t>5번 문장 첫 어절 오답·6번 구절/문장 혼동</w:t>
            </w:r>
          </w:p>
          <w:p>
            <w:r>
              <w:t>수정 전: ㉠유독,㉡바다,비유 문장 시작 바다 위를</w:t>
            </w:r>
          </w:p>
        </w:tc>
        <w:tc>
          <w:tcPr>
            <w:tcW w:type="dxa" w:w="4535"/>
          </w:tcPr>
          <w:p>
            <w:r>
              <w:t>㉠모든,㉡노인은,비유 구절 시작 바다 위를</w:t>
            </w:r>
          </w:p>
        </w:tc>
      </w:tr>
      <w:tr>
        <w:tc>
          <w:tcPr>
            <w:tcW w:type="dxa" w:w="1701"/>
          </w:tcPr>
          <w:p>
            <w:r>
              <w:t>인쇄 150쪽 / PDF 158쪽 / KN-106 / P1143</w:t>
            </w:r>
          </w:p>
        </w:tc>
        <w:tc>
          <w:tcPr>
            <w:tcW w:type="dxa" w:w="3402"/>
          </w:tcPr>
          <w:p>
            <w:r/>
            <w:r>
              <w:rPr>
                <w:b/>
              </w:rPr>
              <w:t>요약 시간·초월적 도움의 동기</w:t>
            </w:r>
          </w:p>
          <w:p>
            <w:r>
              <w:t>수정 전: 3년간 항해,최 씨 간절함에 부처 감동</w:t>
            </w:r>
          </w:p>
        </w:tc>
        <w:tc>
          <w:tcPr>
            <w:tcW w:type="dxa" w:w="4535"/>
          </w:tcPr>
          <w:p>
            <w:r>
              <w:t>항해 기간 단정 제거,유생의 지극한 정성</w:t>
            </w:r>
          </w:p>
        </w:tc>
      </w:tr>
      <w:tr>
        <w:tc>
          <w:tcPr>
            <w:tcW w:type="dxa" w:w="1701"/>
          </w:tcPr>
          <w:p>
            <w:r>
              <w:t>인쇄 151쪽 / PDF 159쪽 / KN-106 / P1144</w:t>
            </w:r>
          </w:p>
        </w:tc>
        <w:tc>
          <w:tcPr>
            <w:tcW w:type="dxa" w:w="3402"/>
          </w:tcPr>
          <w:p>
            <w:r/>
            <w:r>
              <w:rPr>
                <w:b/>
              </w:rPr>
              <w:t>요약 귀 씻기 의도를 실행으로 서술</w:t>
            </w:r>
          </w:p>
          <w:p>
            <w:r>
              <w:t>수정 전: 맑은 물에 귀를 씻고</w:t>
            </w:r>
          </w:p>
        </w:tc>
        <w:tc>
          <w:tcPr>
            <w:tcW w:type="dxa" w:w="4535"/>
          </w:tcPr>
          <w:p>
            <w:r>
              <w:t>귀를 씻으려 하며</w:t>
            </w:r>
          </w:p>
        </w:tc>
      </w:tr>
      <w:tr>
        <w:tc>
          <w:tcPr>
            <w:tcW w:type="dxa" w:w="1701"/>
          </w:tcPr>
          <w:p>
            <w:r>
              <w:t>인쇄 152쪽 / PDF 160쪽 / KN-106 / P1145</w:t>
            </w:r>
          </w:p>
        </w:tc>
        <w:tc>
          <w:tcPr>
            <w:tcW w:type="dxa" w:w="3402"/>
          </w:tcPr>
          <w:p>
            <w:r/>
            <w:r>
              <w:rPr>
                <w:b/>
              </w:rPr>
              <w:t>2번 발문 문장 성분 누락</w:t>
            </w:r>
          </w:p>
          <w:p>
            <w:r>
              <w:t>수정 전: ①,②에 문장을</w:t>
            </w:r>
          </w:p>
        </w:tc>
        <w:tc>
          <w:tcPr>
            <w:tcW w:type="dxa" w:w="4535"/>
          </w:tcPr>
          <w:p>
            <w:r>
              <w:t>①,②에 해당하는 문장을</w:t>
            </w:r>
          </w:p>
        </w:tc>
      </w:tr>
      <w:tr>
        <w:tc>
          <w:tcPr>
            <w:tcW w:type="dxa" w:w="1701"/>
          </w:tcPr>
          <w:p>
            <w:r>
              <w:t>인쇄 153쪽 / PDF 161쪽 / KN-106 / P1146</w:t>
            </w:r>
          </w:p>
        </w:tc>
        <w:tc>
          <w:tcPr>
            <w:tcW w:type="dxa" w:w="3402"/>
          </w:tcPr>
          <w:p>
            <w:r/>
            <w:r>
              <w:rPr>
                <w:b/>
              </w:rPr>
              <w:t>3번 밑줄·어근 조건 누락/4번 장군 인물관계 오류</w:t>
            </w:r>
          </w:p>
          <w:p>
            <w:r>
              <w:t>수정 전: 밑줄 없는㉢한단어,장군 자신의 아들과 혼인</w:t>
            </w:r>
          </w:p>
        </w:tc>
        <w:tc>
          <w:tcPr>
            <w:tcW w:type="dxa" w:w="4535"/>
          </w:tcPr>
          <w:p>
            <w:r>
              <w:t>㉢뜻과 대응하는 어근2자,장군 자신과 최 씨의 혼인</w:t>
            </w:r>
          </w:p>
        </w:tc>
      </w:tr>
      <w:tr>
        <w:tc>
          <w:tcPr>
            <w:tcW w:type="dxa" w:w="1701"/>
          </w:tcPr>
          <w:p>
            <w:r>
              <w:t>인쇄 154쪽 / PDF 162쪽 / KN-106 / P1147</w:t>
            </w:r>
          </w:p>
        </w:tc>
        <w:tc>
          <w:tcPr>
            <w:tcW w:type="dxa" w:w="3402"/>
          </w:tcPr>
          <w:p>
            <w:r/>
            <w:r>
              <w:rPr>
                <w:b/>
              </w:rPr>
              <w:t>5번 산문 용어·빈칸 어미 호응</w:t>
            </w:r>
          </w:p>
          <w:p>
            <w:r>
              <w:t>수정 전: 시어,씻으려 행동,초췌하여한 모습</w:t>
            </w:r>
          </w:p>
        </w:tc>
        <w:tc>
          <w:tcPr>
            <w:tcW w:type="dxa" w:w="4535"/>
          </w:tcPr>
          <w:p>
            <w:r>
              <w:t>말,씻으려 하는 태도,초췌한 모습</w:t>
            </w:r>
          </w:p>
        </w:tc>
      </w:tr>
      <w:tr>
        <w:tc>
          <w:tcPr>
            <w:tcW w:type="dxa" w:w="1701"/>
          </w:tcPr>
          <w:p>
            <w:r>
              <w:t>인쇄 155쪽 / PDF 163쪽 / KN-106 / P1148</w:t>
            </w:r>
          </w:p>
        </w:tc>
        <w:tc>
          <w:tcPr>
            <w:tcW w:type="dxa" w:w="3402"/>
          </w:tcPr>
          <w:p>
            <w:r/>
            <w:r>
              <w:rPr>
                <w:b/>
              </w:rPr>
              <w:t>1번 산문 용어·원촌을 고유 지명으로 설명</w:t>
            </w:r>
          </w:p>
          <w:p>
            <w:r>
              <w:t>수정 전: 시상 및 서사,마을 명칭 원촌,이곳 뒷산</w:t>
            </w:r>
          </w:p>
        </w:tc>
        <w:tc>
          <w:tcPr>
            <w:tcW w:type="dxa" w:w="4535"/>
          </w:tcPr>
          <w:p>
            <w:r>
              <w:t>서사,외딴 마을,장군 집 뒷산</w:t>
            </w:r>
          </w:p>
        </w:tc>
      </w:tr>
      <w:tr>
        <w:tc>
          <w:tcPr>
            <w:tcW w:type="dxa" w:w="1701"/>
          </w:tcPr>
          <w:p>
            <w:r>
              <w:t>인쇄 156쪽 / PDF 164쪽 / KN-106 / P1149</w:t>
            </w:r>
          </w:p>
        </w:tc>
        <w:tc>
          <w:tcPr>
            <w:tcW w:type="dxa" w:w="3402"/>
          </w:tcPr>
          <w:p>
            <w:r/>
            <w:r>
              <w:rPr>
                <w:b/>
              </w:rPr>
              <w:t>4번 장군의 행동 단락 참조</w:t>
            </w:r>
          </w:p>
          <w:p>
            <w:r>
              <w:t>수정 전: [B]의 시작 부분</w:t>
            </w:r>
          </w:p>
        </w:tc>
        <w:tc>
          <w:tcPr>
            <w:tcW w:type="dxa" w:w="4535"/>
          </w:tcPr>
          <w:p>
            <w:r>
              <w:t>뒷부분</w:t>
            </w:r>
          </w:p>
        </w:tc>
      </w:tr>
      <w:tr>
        <w:tc>
          <w:tcPr>
            <w:tcW w:type="dxa" w:w="1701"/>
          </w:tcPr>
          <w:p>
            <w:r>
              <w:t>인쇄 157쪽 / PDF 165쪽 / KN-106 / P1150</w:t>
            </w:r>
          </w:p>
        </w:tc>
        <w:tc>
          <w:tcPr>
            <w:tcW w:type="dxa" w:w="3402"/>
          </w:tcPr>
          <w:p>
            <w:r/>
            <w:r>
              <w:rPr>
                <w:b/>
              </w:rPr>
              <w:t>5번 어근 정답·없는 기호/6번 지명 오자</w:t>
            </w:r>
          </w:p>
          <w:p>
            <w:r>
              <w:t>수정 전: ③초췌하여,㉤,서해무롱</w:t>
            </w:r>
          </w:p>
        </w:tc>
        <w:tc>
          <w:tcPr>
            <w:tcW w:type="dxa" w:w="4535"/>
          </w:tcPr>
          <w:p>
            <w:r>
              <w:t>③초췌,앞부분의 꿈,서해무릉</w:t>
            </w:r>
          </w:p>
        </w:tc>
      </w:tr>
      <w:tr>
        <w:tc>
          <w:tcPr>
            <w:tcW w:type="dxa" w:w="1701"/>
          </w:tcPr>
          <w:p>
            <w:r>
              <w:t>인쇄 159쪽 / PDF 167쪽 / KN-107 / P1167</w:t>
            </w:r>
          </w:p>
        </w:tc>
        <w:tc>
          <w:tcPr>
            <w:tcW w:type="dxa" w:w="3402"/>
          </w:tcPr>
          <w:p>
            <w:r/>
            <w:r>
              <w:rPr>
                <w:b/>
              </w:rPr>
              <w:t>요약 원문에 없는 행동</w:t>
            </w:r>
          </w:p>
          <w:p>
            <w:r>
              <w:t>수정 전: 급히 짐을 챙겨 산으로 피신</w:t>
            </w:r>
          </w:p>
        </w:tc>
        <w:tc>
          <w:tcPr>
            <w:tcW w:type="dxa" w:w="4535"/>
          </w:tcPr>
          <w:p>
            <w:r>
              <w:t>급히 산으로 피신</w:t>
            </w:r>
          </w:p>
        </w:tc>
      </w:tr>
      <w:tr>
        <w:tc>
          <w:tcPr>
            <w:tcW w:type="dxa" w:w="1701"/>
          </w:tcPr>
          <w:p>
            <w:r>
              <w:t>인쇄 160쪽 / PDF 168쪽 / KN-107 / P1168</w:t>
            </w:r>
          </w:p>
        </w:tc>
        <w:tc>
          <w:tcPr>
            <w:tcW w:type="dxa" w:w="3402"/>
          </w:tcPr>
          <w:p>
            <w:r/>
            <w:r>
              <w:rPr>
                <w:b/>
              </w:rPr>
              <w:t>1번 쫓겨난 인물·구절 답 조건</w:t>
            </w:r>
          </w:p>
          <w:p>
            <w:r>
              <w:t>수정 전: 반 씨를 쫓아냄,단어만</w:t>
            </w:r>
          </w:p>
        </w:tc>
        <w:tc>
          <w:tcPr>
            <w:tcW w:type="dxa" w:w="4535"/>
          </w:tcPr>
          <w:p>
            <w:r>
              <w:t>채 씨 자신이 쫓겨남,말로 작성</w:t>
            </w:r>
          </w:p>
        </w:tc>
      </w:tr>
      <w:tr>
        <w:tc>
          <w:tcPr>
            <w:tcW w:type="dxa" w:w="1701"/>
          </w:tcPr>
          <w:p>
            <w:r>
              <w:t>인쇄 161쪽 / PDF 169쪽 / KN-107 / P1169</w:t>
            </w:r>
          </w:p>
        </w:tc>
        <w:tc>
          <w:tcPr>
            <w:tcW w:type="dxa" w:w="3402"/>
          </w:tcPr>
          <w:p>
            <w:r/>
            <w:r>
              <w:rPr>
                <w:b/>
              </w:rPr>
              <w:t>3번 원문에 없는 길 안내·어구 답 조건</w:t>
            </w:r>
          </w:p>
          <w:p>
            <w:r>
              <w:t>수정 전: 노인이 안전한 곳으로 인도,단어만</w:t>
            </w:r>
          </w:p>
        </w:tc>
        <w:tc>
          <w:tcPr>
            <w:tcW w:type="dxa" w:w="4535"/>
          </w:tcPr>
          <w:p>
            <w:r>
              <w:t>음식으로 모자 구원,말로 작성</w:t>
            </w:r>
          </w:p>
        </w:tc>
      </w:tr>
      <w:tr>
        <w:tc>
          <w:tcPr>
            <w:tcW w:type="dxa" w:w="1701"/>
          </w:tcPr>
          <w:p>
            <w:r>
              <w:t>인쇄 163쪽 / PDF 171쪽 / KN-107 / P1170</w:t>
            </w:r>
          </w:p>
        </w:tc>
        <w:tc>
          <w:tcPr>
            <w:tcW w:type="dxa" w:w="3402"/>
          </w:tcPr>
          <w:p>
            <w:r/>
            <w:r>
              <w:rPr>
                <w:b/>
              </w:rPr>
              <w:t>2번 해설 문장 부호 오류</w:t>
            </w:r>
          </w:p>
          <w:p>
            <w:r>
              <w:t>수정 전: 질문 형식에 물음표 포함</w:t>
            </w:r>
          </w:p>
        </w:tc>
        <w:tc>
          <w:tcPr>
            <w:tcW w:type="dxa" w:w="4535"/>
          </w:tcPr>
          <w:p>
            <w:r>
              <w:t>질문 형식이나 실제 마침표</w:t>
            </w:r>
          </w:p>
        </w:tc>
      </w:tr>
      <w:tr>
        <w:tc>
          <w:tcPr>
            <w:tcW w:type="dxa" w:w="1701"/>
          </w:tcPr>
          <w:p>
            <w:r>
              <w:t>인쇄 164쪽 / PDF 172쪽 / KN-107 / P1171</w:t>
            </w:r>
          </w:p>
        </w:tc>
        <w:tc>
          <w:tcPr>
            <w:tcW w:type="dxa" w:w="3402"/>
          </w:tcPr>
          <w:p>
            <w:r/>
            <w:r>
              <w:rPr>
                <w:b/>
              </w:rPr>
              <w:t>3번 노인 허용·4번 채점 기준 충돌</w:t>
            </w:r>
          </w:p>
          <w:p>
            <w:r>
              <w:t>수정 전: 신령만 정답,잘못된 역할 5점과0점 중복</w:t>
            </w:r>
          </w:p>
        </w:tc>
        <w:tc>
          <w:tcPr>
            <w:tcW w:type="dxa" w:w="4535"/>
          </w:tcPr>
          <w:p>
            <w:r>
              <w:t>노인도 정답,역할 맞고 필수어 하나 누락5점</w:t>
            </w:r>
          </w:p>
        </w:tc>
      </w:tr>
      <w:tr>
        <w:tc>
          <w:tcPr>
            <w:tcW w:type="dxa" w:w="1701"/>
          </w:tcPr>
          <w:p>
            <w:r>
              <w:t>인쇄 165쪽 / PDF 173쪽 / KN-107 / P1172</w:t>
            </w:r>
          </w:p>
        </w:tc>
        <w:tc>
          <w:tcPr>
            <w:tcW w:type="dxa" w:w="3402"/>
          </w:tcPr>
          <w:p>
            <w:r/>
            <w:r>
              <w:rPr>
                <w:b/>
              </w:rPr>
              <w:t>5번 조건 충족 대안 답안</w:t>
            </w:r>
          </w:p>
          <w:p>
            <w:r>
              <w:t>수정 전: 참소·침상일몽만 제시</w:t>
            </w:r>
          </w:p>
        </w:tc>
        <w:tc>
          <w:tcPr>
            <w:tcW w:type="dxa" w:w="4535"/>
          </w:tcPr>
          <w:p>
            <w:r>
              <w:t>참언·모해와 비몽사몽도 빈칸 의미상 인정</w:t>
            </w:r>
          </w:p>
        </w:tc>
      </w:tr>
      <w:tr>
        <w:tc>
          <w:tcPr>
            <w:tcW w:type="dxa" w:w="1701"/>
          </w:tcPr>
          <w:p>
            <w:r>
              <w:t>인쇄 168쪽 / PDF 176쪽 / KN-108 / P1194</w:t>
            </w:r>
          </w:p>
        </w:tc>
        <w:tc>
          <w:tcPr>
            <w:tcW w:type="dxa" w:w="3402"/>
          </w:tcPr>
          <w:p>
            <w:r/>
            <w:r>
              <w:rPr>
                <w:b/>
              </w:rPr>
              <w:t>2번 인물 이름과 인용 범위</w:t>
            </w:r>
          </w:p>
          <w:p>
            <w:r>
              <w:t>수정 전: 조용흥,대사 전체 범위 불명확</w:t>
            </w:r>
          </w:p>
        </w:tc>
        <w:tc>
          <w:tcPr>
            <w:tcW w:type="dxa" w:w="4535"/>
          </w:tcPr>
          <w:p>
            <w:r>
              <w:t>조용홍,각 한 문장 명시</w:t>
            </w:r>
          </w:p>
        </w:tc>
      </w:tr>
      <w:tr>
        <w:tc>
          <w:tcPr>
            <w:tcW w:type="dxa" w:w="1701"/>
          </w:tcPr>
          <w:p>
            <w:r>
              <w:t>인쇄 169쪽 / PDF 177쪽 / KN-108 / P1195</w:t>
            </w:r>
          </w:p>
        </w:tc>
        <w:tc>
          <w:tcPr>
            <w:tcW w:type="dxa" w:w="3402"/>
          </w:tcPr>
          <w:p>
            <w:r/>
            <w:r>
              <w:rPr>
                <w:b/>
              </w:rPr>
              <w:t>4번 실제 사건 오판·답 조건</w:t>
            </w:r>
          </w:p>
          <w:p>
            <w:r>
              <w:t>수정 전: 도적 피습을 거짓이라 단정,③자수 없음</w:t>
            </w:r>
          </w:p>
        </w:tc>
        <w:tc>
          <w:tcPr>
            <w:tcW w:type="dxa" w:w="4535"/>
          </w:tcPr>
          <w:p>
            <w:r>
              <w:t>신분을 감추며 일부 사연만 밝힘,③4자</w:t>
            </w:r>
          </w:p>
        </w:tc>
      </w:tr>
      <w:tr>
        <w:tc>
          <w:tcPr>
            <w:tcW w:type="dxa" w:w="1701"/>
          </w:tcPr>
          <w:p>
            <w:r>
              <w:t>인쇄 170쪽 / PDF 178쪽 / KN-108 / P1196</w:t>
            </w:r>
          </w:p>
        </w:tc>
        <w:tc>
          <w:tcPr>
            <w:tcW w:type="dxa" w:w="3402"/>
          </w:tcPr>
          <w:p>
            <w:r/>
            <w:r>
              <w:rPr>
                <w:b/>
              </w:rPr>
              <w:t>5번 없는 지시 기호</w:t>
            </w:r>
          </w:p>
          <w:p>
            <w:r>
              <w:t>수정 전: ㉠액경</w:t>
            </w:r>
          </w:p>
        </w:tc>
        <w:tc>
          <w:tcPr>
            <w:tcW w:type="dxa" w:w="4535"/>
          </w:tcPr>
          <w:p>
            <w:r>
              <w:t>액경</w:t>
            </w:r>
          </w:p>
        </w:tc>
      </w:tr>
      <w:tr>
        <w:tc>
          <w:tcPr>
            <w:tcW w:type="dxa" w:w="1701"/>
          </w:tcPr>
          <w:p>
            <w:r>
              <w:t>인쇄 171쪽 / PDF 179쪽 / KN-108 / P1197</w:t>
            </w:r>
          </w:p>
        </w:tc>
        <w:tc>
          <w:tcPr>
            <w:tcW w:type="dxa" w:w="3402"/>
          </w:tcPr>
          <w:p>
            <w:r/>
            <w:r>
              <w:rPr>
                <w:b/>
              </w:rPr>
              <w:t>2번 해설 인물 이름</w:t>
            </w:r>
          </w:p>
          <w:p>
            <w:r>
              <w:t>수정 전: 조용흥</w:t>
            </w:r>
          </w:p>
        </w:tc>
        <w:tc>
          <w:tcPr>
            <w:tcW w:type="dxa" w:w="4535"/>
          </w:tcPr>
          <w:p>
            <w:r>
              <w:t>조용홍</w:t>
            </w:r>
          </w:p>
        </w:tc>
      </w:tr>
      <w:tr>
        <w:tc>
          <w:tcPr>
            <w:tcW w:type="dxa" w:w="1701"/>
          </w:tcPr>
          <w:p>
            <w:r>
              <w:t>인쇄 172쪽 / PDF 180쪽 / KN-108 / P1198</w:t>
            </w:r>
          </w:p>
        </w:tc>
        <w:tc>
          <w:tcPr>
            <w:tcW w:type="dxa" w:w="3402"/>
          </w:tcPr>
          <w:p>
            <w:r/>
            <w:r>
              <w:rPr>
                <w:b/>
              </w:rPr>
              <w:t>4번 해설 실제 사건 오판</w:t>
            </w:r>
          </w:p>
          <w:p>
            <w:r>
              <w:t>수정 전: 도적 만남이 거짓말</w:t>
            </w:r>
          </w:p>
        </w:tc>
        <w:tc>
          <w:tcPr>
            <w:tcW w:type="dxa" w:w="4535"/>
          </w:tcPr>
          <w:p>
            <w:r>
              <w:t>일부 사연만 밝히며 신분 숨김</w:t>
            </w:r>
          </w:p>
        </w:tc>
      </w:tr>
      <w:tr>
        <w:tc>
          <w:tcPr>
            <w:tcW w:type="dxa" w:w="1701"/>
          </w:tcPr>
          <w:p>
            <w:r>
              <w:t>인쇄 173쪽 / PDF 181쪽 / KN-108 / P1199</w:t>
            </w:r>
          </w:p>
        </w:tc>
        <w:tc>
          <w:tcPr>
            <w:tcW w:type="dxa" w:w="3402"/>
          </w:tcPr>
          <w:p>
            <w:r/>
            <w:r>
              <w:rPr>
                <w:b/>
              </w:rPr>
              <w:t>5번 해설 없는 지시 기호</w:t>
            </w:r>
          </w:p>
          <w:p>
            <w:r>
              <w:t>수정 전: ㉠액경</w:t>
            </w:r>
          </w:p>
        </w:tc>
        <w:tc>
          <w:tcPr>
            <w:tcW w:type="dxa" w:w="4535"/>
          </w:tcPr>
          <w:p>
            <w:r>
              <w:t>액경</w:t>
            </w:r>
          </w:p>
        </w:tc>
      </w:tr>
      <w:tr>
        <w:tc>
          <w:tcPr>
            <w:tcW w:type="dxa" w:w="1701"/>
          </w:tcPr>
          <w:p>
            <w:r>
              <w:t>인쇄 174쪽 / PDF 182쪽 / KN-109 / P1221</w:t>
            </w:r>
          </w:p>
        </w:tc>
        <w:tc>
          <w:tcPr>
            <w:tcW w:type="dxa" w:w="3402"/>
          </w:tcPr>
          <w:p>
            <w:r/>
            <w:r>
              <w:rPr>
                <w:b/>
              </w:rPr>
              <w:t>요약 추락 인물</w:t>
            </w:r>
          </w:p>
          <w:p>
            <w:r>
              <w:t>수정 전: 신하들이 모두 추락한 것처럼 연결</w:t>
            </w:r>
          </w:p>
        </w:tc>
        <w:tc>
          <w:tcPr>
            <w:tcW w:type="dxa" w:w="4535"/>
          </w:tcPr>
          <w:p>
            <w:r>
              <w:t>이숙함 추락 구별</w:t>
            </w:r>
          </w:p>
        </w:tc>
      </w:tr>
      <w:tr>
        <w:tc>
          <w:tcPr>
            <w:tcW w:type="dxa" w:w="1701"/>
          </w:tcPr>
          <w:p>
            <w:r>
              <w:t>인쇄 176쪽 / PDF 184쪽 / KN-109 / P1222</w:t>
            </w:r>
          </w:p>
        </w:tc>
        <w:tc>
          <w:tcPr>
            <w:tcW w:type="dxa" w:w="3402"/>
          </w:tcPr>
          <w:p>
            <w:r/>
            <w:r>
              <w:rPr>
                <w:b/>
              </w:rPr>
              <w:t>1번 공간·어구 조건 및2번 범위</w:t>
            </w:r>
          </w:p>
          <w:p>
            <w:r>
              <w:t>수정 전: 사단이옥탑있는곳,단어만,문장일부를답으로유도</w:t>
            </w:r>
          </w:p>
        </w:tc>
        <w:tc>
          <w:tcPr>
            <w:tcW w:type="dxa" w:w="4535"/>
          </w:tcPr>
          <w:p>
            <w:r>
              <w:t>사단 옥탑 자체, 공간 어구 허용, ㉠ 종자 말 전체·㉡ 독립 감탄사 다음 문장</w:t>
            </w:r>
          </w:p>
        </w:tc>
      </w:tr>
      <w:tr>
        <w:tc>
          <w:tcPr>
            <w:tcW w:type="dxa" w:w="1701"/>
          </w:tcPr>
          <w:p>
            <w:r>
              <w:t>인쇄 177쪽 / PDF 185쪽 / KN-109 / P1223</w:t>
            </w:r>
          </w:p>
        </w:tc>
        <w:tc>
          <w:tcPr>
            <w:tcW w:type="dxa" w:w="3402"/>
          </w:tcPr>
          <w:p>
            <w:r/>
            <w:r>
              <w:rPr>
                <w:b/>
              </w:rPr>
              <w:t>3번 주인공 사단 도달 단정·4번 없는조건</w:t>
            </w:r>
          </w:p>
          <w:p>
            <w:r>
              <w:t>수정 전: 주인공도달한사단,&lt;조건&gt;참조없음</w:t>
            </w:r>
          </w:p>
        </w:tc>
        <w:tc>
          <w:tcPr>
            <w:tcW w:type="dxa" w:w="4535"/>
          </w:tcPr>
          <w:p>
            <w:r>
              <w:t>꿈속등장사단,첫마지막어절명시</w:t>
            </w:r>
          </w:p>
        </w:tc>
      </w:tr>
      <w:tr>
        <w:tc>
          <w:tcPr>
            <w:tcW w:type="dxa" w:w="1701"/>
          </w:tcPr>
          <w:p>
            <w:r>
              <w:t>인쇄 178쪽 / PDF 186쪽 / KN-109 / P1224</w:t>
            </w:r>
          </w:p>
        </w:tc>
        <w:tc>
          <w:tcPr>
            <w:tcW w:type="dxa" w:w="3402"/>
          </w:tcPr>
          <w:p>
            <w:r/>
            <w:r>
              <w:rPr>
                <w:b/>
              </w:rPr>
              <w:t>5번 답란·6번 어구 답 조건</w:t>
            </w:r>
          </w:p>
          <w:p>
            <w:r>
              <w:t>수정 전: 5번답란없음,6번단어만</w:t>
            </w:r>
          </w:p>
        </w:tc>
        <w:tc>
          <w:tcPr>
            <w:tcW w:type="dxa" w:w="4535"/>
          </w:tcPr>
          <w:p>
            <w:r>
              <w:t>같은쪽답란,조사제외어구허용</w:t>
            </w:r>
          </w:p>
        </w:tc>
      </w:tr>
      <w:tr>
        <w:tc>
          <w:tcPr>
            <w:tcW w:type="dxa" w:w="1701"/>
          </w:tcPr>
          <w:p>
            <w:r>
              <w:t>인쇄 179쪽 / PDF 187쪽 / KN-109 / P1225</w:t>
            </w:r>
          </w:p>
        </w:tc>
        <w:tc>
          <w:tcPr>
            <w:tcW w:type="dxa" w:w="3402"/>
          </w:tcPr>
          <w:p>
            <w:r/>
            <w:r>
              <w:rPr>
                <w:b/>
              </w:rPr>
              <w:t>1번 도착 시점·공간 및2번 첫어절</w:t>
            </w:r>
          </w:p>
          <w:p>
            <w:r>
              <w:t>수정 전: 열흘만,옥탑있는사단,하물며/어찌</w:t>
            </w:r>
          </w:p>
        </w:tc>
        <w:tc>
          <w:tcPr>
            <w:tcW w:type="dxa" w:w="4535"/>
          </w:tcPr>
          <w:p>
            <w:r>
              <w:t>열흘 미만, 사단 옥탑, 첫 어절 이/사람이</w:t>
              <w:br/>
              <w:t>반영 문구</w:t>
              <w:br/>
              <w:t>㉠ 종자의 말은 "이 단은 태산처럼 숭고하며"로 시작하여 "하물며 사람의 힘이 미치겠습니까?"로 끝난다. 원문은 하나의 문장이므로 처음의 이부터 포함해야 한다.</w:t>
              <w:br/>
              <w:t>㉡ 독립된 감탄사 '아!' 다음 문장은 '사람이 세상에 나서'로 시작하여 '것인가!'로 끝난다. 궁달이 팔자소관임을 받아들이며 인생이라는 꿈에서 벗어나기 어려움을 설의적으로 표현한다. 첫 어절은 '사람이'이다.</w:t>
            </w:r>
          </w:p>
        </w:tc>
      </w:tr>
      <w:tr>
        <w:tc>
          <w:tcPr>
            <w:tcW w:type="dxa" w:w="1701"/>
          </w:tcPr>
          <w:p>
            <w:r>
              <w:t>인쇄 180쪽 / PDF 188쪽 / KN-109 / P1226</w:t>
            </w:r>
          </w:p>
        </w:tc>
        <w:tc>
          <w:tcPr>
            <w:tcW w:type="dxa" w:w="3402"/>
          </w:tcPr>
          <w:p>
            <w:r/>
            <w:r>
              <w:rPr>
                <w:b/>
              </w:rPr>
              <w:t>3번 빈칸 주어 중복·대안 답안</w:t>
            </w:r>
          </w:p>
          <w:p>
            <w:r>
              <w:t>수정 전: 궁달이궁달은팔자소관임,사사로운욕심만</w:t>
            </w:r>
          </w:p>
        </w:tc>
        <w:tc>
          <w:tcPr>
            <w:tcW w:type="dxa" w:w="4535"/>
          </w:tcPr>
          <w:p>
            <w:r>
              <w:t>팔자소관,속세의허물대안인정</w:t>
            </w:r>
          </w:p>
        </w:tc>
      </w:tr>
      <w:tr>
        <w:tc>
          <w:tcPr>
            <w:tcW w:type="dxa" w:w="1701"/>
          </w:tcPr>
          <w:p>
            <w:r>
              <w:t>인쇄 181쪽 / PDF 189쪽 / KN-109 / P1227</w:t>
            </w:r>
          </w:p>
        </w:tc>
        <w:tc>
          <w:tcPr>
            <w:tcW w:type="dxa" w:w="3402"/>
          </w:tcPr>
          <w:p>
            <w:r/>
            <w:r>
              <w:rPr>
                <w:b/>
              </w:rPr>
              <w:t>5번61자예시·6번 어구 대안과띄어쓰기</w:t>
            </w:r>
          </w:p>
          <w:p>
            <w:r>
              <w:t>수정 전: 61자예시,노장심공만,심모</w:t>
            </w:r>
          </w:p>
        </w:tc>
        <w:tc>
          <w:tcPr>
            <w:tcW w:type="dxa" w:w="4535"/>
          </w:tcPr>
          <w:p>
            <w:r>
              <w:t>58자예시,심공대안,심 모</w:t>
            </w:r>
          </w:p>
        </w:tc>
      </w:tr>
      <w:tr>
        <w:tc>
          <w:tcPr>
            <w:tcW w:type="dxa" w:w="1701"/>
          </w:tcPr>
          <w:p>
            <w:r>
              <w:t>인쇄 182쪽 / PDF 190쪽 / KN-110 / P1228</w:t>
            </w:r>
          </w:p>
        </w:tc>
        <w:tc>
          <w:tcPr>
            <w:tcW w:type="dxa" w:w="3402"/>
          </w:tcPr>
          <w:p>
            <w:r/>
            <w:r>
              <w:rPr>
                <w:b/>
              </w:rPr>
              <w:t>요약 공로의 자연물 비교</w:t>
            </w:r>
          </w:p>
          <w:p>
            <w:r>
              <w:t>수정 전: 태산 같고 하해 같음</w:t>
            </w:r>
          </w:p>
        </w:tc>
        <w:tc>
          <w:tcPr>
            <w:tcW w:type="dxa" w:w="4535"/>
          </w:tcPr>
          <w:p>
            <w:r>
              <w:t>태산과 하해보다 큼</w:t>
            </w:r>
          </w:p>
        </w:tc>
      </w:tr>
      <w:tr>
        <w:tc>
          <w:tcPr>
            <w:tcW w:type="dxa" w:w="1701"/>
          </w:tcPr>
          <w:p>
            <w:r>
              <w:t>인쇄 183쪽 / PDF 191쪽 / KN-110 / P1229</w:t>
            </w:r>
          </w:p>
        </w:tc>
        <w:tc>
          <w:tcPr>
            <w:tcW w:type="dxa" w:w="3402"/>
          </w:tcPr>
          <w:p>
            <w:r/>
            <w:r>
              <w:rPr>
                <w:b/>
              </w:rPr>
              <w:t>요약 족자 제작자와 전달자 혼동</w:t>
            </w:r>
          </w:p>
          <w:p>
            <w:r>
              <w:t>수정 전: 이인(금령)이 족자를 주었다</w:t>
            </w:r>
          </w:p>
        </w:tc>
        <w:tc>
          <w:tcPr>
            <w:tcW w:type="dxa" w:w="4535"/>
          </w:tcPr>
          <w:p>
            <w:r>
              <w:t>이인이 족자를 그렸다</w:t>
            </w:r>
          </w:p>
        </w:tc>
      </w:tr>
      <w:tr>
        <w:tc>
          <w:tcPr>
            <w:tcW w:type="dxa" w:w="1701"/>
          </w:tcPr>
          <w:p>
            <w:r>
              <w:t>인쇄 184쪽 / PDF 192쪽 / KN-110 / P1230</w:t>
            </w:r>
          </w:p>
        </w:tc>
        <w:tc>
          <w:tcPr>
            <w:tcW w:type="dxa" w:w="3402"/>
          </w:tcPr>
          <w:p>
            <w:r/>
            <w:r>
              <w:rPr>
                <w:b/>
              </w:rPr>
              <w:t>1번 미완성 인용구·2번 공로 주체</w:t>
            </w:r>
          </w:p>
          <w:p>
            <w:r>
              <w:t>수정 전: 4어절 하늘이 이로써 너 같은,온전히금령</w:t>
            </w:r>
          </w:p>
        </w:tc>
        <w:tc>
          <w:tcPr>
            <w:tcW w:type="dxa" w:w="4535"/>
          </w:tcPr>
          <w:p>
            <w:r>
              <w:t>7어절 하늘이 이로써 너 같은 신령스런 물건을 내어,금령과해룡의공</w:t>
            </w:r>
          </w:p>
        </w:tc>
      </w:tr>
      <w:tr>
        <w:tc>
          <w:tcPr>
            <w:tcW w:type="dxa" w:w="1701"/>
          </w:tcPr>
          <w:p>
            <w:r>
              <w:t>인쇄 185쪽 / PDF 193쪽 / KN-110 / P1231</w:t>
            </w:r>
          </w:p>
        </w:tc>
        <w:tc>
          <w:tcPr>
            <w:tcW w:type="dxa" w:w="3402"/>
          </w:tcPr>
          <w:p>
            <w:r/>
            <w:r>
              <w:rPr>
                <w:b/>
              </w:rPr>
              <w:t>3번 관계어의 대상·4번 어구 조건</w:t>
            </w:r>
          </w:p>
          <w:p>
            <w:r>
              <w:t>수정 전: 관계대상불특정,자식의도리가단어조건위반</w:t>
            </w:r>
          </w:p>
        </w:tc>
        <w:tc>
          <w:tcPr>
            <w:tcW w:type="dxa" w:w="4535"/>
          </w:tcPr>
          <w:p>
            <w:r>
              <w:t>어사와사또관계명시,어구허용</w:t>
            </w:r>
          </w:p>
        </w:tc>
      </w:tr>
      <w:tr>
        <w:tc>
          <w:tcPr>
            <w:tcW w:type="dxa" w:w="1701"/>
          </w:tcPr>
          <w:p>
            <w:r>
              <w:t>인쇄 186쪽 / PDF 194쪽 / KN-110 / P1232</w:t>
            </w:r>
          </w:p>
        </w:tc>
        <w:tc>
          <w:tcPr>
            <w:tcW w:type="dxa" w:w="3402"/>
          </w:tcPr>
          <w:p>
            <w:r/>
            <w:r>
              <w:rPr>
                <w:b/>
              </w:rPr>
              <w:t>5번 사또와 부모 혼동·근거 없는 지속 심리</w:t>
            </w:r>
          </w:p>
          <w:p>
            <w:r>
              <w:t>수정 전: 사또가친부모,늘부모죄책감</w:t>
            </w:r>
          </w:p>
        </w:tc>
        <w:tc>
          <w:tcPr>
            <w:tcW w:type="dxa" w:w="4535"/>
          </w:tcPr>
          <w:p>
            <w:r>
              <w:t>사또가친부,꿈장면에서질책</w:t>
            </w:r>
          </w:p>
        </w:tc>
      </w:tr>
      <w:tr>
        <w:tc>
          <w:tcPr>
            <w:tcW w:type="dxa" w:w="1701"/>
          </w:tcPr>
          <w:p>
            <w:r>
              <w:t>인쇄 187쪽 / PDF 195쪽 / KN-110 / P1233</w:t>
            </w:r>
          </w:p>
        </w:tc>
        <w:tc>
          <w:tcPr>
            <w:tcW w:type="dxa" w:w="3402"/>
          </w:tcPr>
          <w:p>
            <w:r/>
            <w:r>
              <w:rPr>
                <w:b/>
              </w:rPr>
              <w:t>1번 인용구·2번 문장 첫 어절</w:t>
            </w:r>
          </w:p>
          <w:p>
            <w:r>
              <w:t>수정 전: 하늘이이로써너같은,이는/태산이</w:t>
            </w:r>
          </w:p>
        </w:tc>
        <w:tc>
          <w:tcPr>
            <w:tcW w:type="dxa" w:w="4535"/>
          </w:tcPr>
          <w:p>
            <w:r>
              <w:t>하늘이이로써너같은신령스런물건을내어,하늘이/이제</w:t>
            </w:r>
          </w:p>
        </w:tc>
      </w:tr>
      <w:tr>
        <w:tc>
          <w:tcPr>
            <w:tcW w:type="dxa" w:w="1701"/>
          </w:tcPr>
          <w:p>
            <w:r>
              <w:t>인쇄 188쪽 / PDF 196쪽 / KN-110 / P1234</w:t>
            </w:r>
          </w:p>
        </w:tc>
        <w:tc>
          <w:tcPr>
            <w:tcW w:type="dxa" w:w="3402"/>
          </w:tcPr>
          <w:p>
            <w:r/>
            <w:r>
              <w:rPr>
                <w:b/>
              </w:rPr>
              <w:t>3번 사마귀로 아들 알아본 주체</w:t>
            </w:r>
          </w:p>
          <w:p>
            <w:r>
              <w:t>수정 전: 어사가 상대를 자기 아들로 알아봄</w:t>
            </w:r>
          </w:p>
        </w:tc>
        <w:tc>
          <w:tcPr>
            <w:tcW w:type="dxa" w:w="4535"/>
          </w:tcPr>
          <w:p>
            <w:r>
              <w:t>사또가 어사를 아들로 알아봄</w:t>
            </w:r>
          </w:p>
        </w:tc>
      </w:tr>
      <w:tr>
        <w:tc>
          <w:tcPr>
            <w:tcW w:type="dxa" w:w="1701"/>
          </w:tcPr>
          <w:p>
            <w:r>
              <w:t>인쇄 190쪽 / PDF 198쪽 / KN-111 / P1235</w:t>
            </w:r>
          </w:p>
        </w:tc>
        <w:tc>
          <w:tcPr>
            <w:tcW w:type="dxa" w:w="3402"/>
          </w:tcPr>
          <w:p>
            <w:r/>
            <w:r>
              <w:rPr>
                <w:b/>
              </w:rPr>
              <w:t>요약 조롱 대상·화병의 해석과 사실 구분</w:t>
            </w:r>
          </w:p>
          <w:p>
            <w:r>
              <w:t>수정 전: 주유,까치를소재로조조가시를읊음</w:t>
            </w:r>
          </w:p>
        </w:tc>
        <w:tc>
          <w:tcPr>
            <w:tcW w:type="dxa" w:w="4535"/>
          </w:tcPr>
          <w:p>
            <w:r>
              <w:t>유비,화병이자신의까치를몰라준다고여김</w:t>
            </w:r>
          </w:p>
        </w:tc>
      </w:tr>
      <w:tr>
        <w:tc>
          <w:tcPr>
            <w:tcW w:type="dxa" w:w="1701"/>
          </w:tcPr>
          <w:p>
            <w:r>
              <w:t>인쇄 192쪽 / PDF 200쪽 / KN-111 / P1236</w:t>
            </w:r>
          </w:p>
        </w:tc>
        <w:tc>
          <w:tcPr>
            <w:tcW w:type="dxa" w:w="3402"/>
          </w:tcPr>
          <w:p>
            <w:r/>
            <w:r>
              <w:rPr>
                <w:b/>
              </w:rPr>
              <w:t>2번 대사 범위</w:t>
            </w:r>
          </w:p>
          <w:p>
            <w:r>
              <w:t>수정 전: 참설움에바로이어진다는표현</w:t>
            </w:r>
          </w:p>
        </w:tc>
        <w:tc>
          <w:tcPr>
            <w:tcW w:type="dxa" w:w="4535"/>
          </w:tcPr>
          <w:p>
            <w:r>
              <w:t>이후말중해당대사명시</w:t>
            </w:r>
          </w:p>
        </w:tc>
      </w:tr>
      <w:tr>
        <w:tc>
          <w:tcPr>
            <w:tcW w:type="dxa" w:w="1701"/>
          </w:tcPr>
          <w:p>
            <w:r>
              <w:t>인쇄 193쪽 / PDF 201쪽 / KN-111 / P1237</w:t>
            </w:r>
          </w:p>
        </w:tc>
        <w:tc>
          <w:tcPr>
            <w:tcW w:type="dxa" w:w="3402"/>
          </w:tcPr>
          <w:p>
            <w:r/>
            <w:r>
              <w:rPr>
                <w:b/>
              </w:rPr>
              <w:t>3번 답 대입 문법 오류·4번 어근 조건</w:t>
            </w:r>
          </w:p>
          <w:p>
            <w:r>
              <w:t>수정 전: 급히잡혀오느라고못하게,마음절통하여는,까마귀투사</w:t>
            </w:r>
          </w:p>
        </w:tc>
        <w:tc>
          <w:tcPr>
            <w:tcW w:type="dxa" w:w="4535"/>
          </w:tcPr>
          <w:p>
            <w:r>
              <w:t>인과문법복원,까치소재확인,단어→말</w:t>
              <w:br/>
              <w:t>반영 문구</w:t>
              <w:br/>
              <w:t>화병은 조조가 자신의 까치를 몰라주자 ( ③ ) 어찌 살겠느냐는 심경을 드러낸다. 이는 전쟁 속 개인의 실존적 고통을 형상화한다.</w:t>
            </w:r>
          </w:p>
        </w:tc>
      </w:tr>
      <w:tr>
        <w:tc>
          <w:tcPr>
            <w:tcW w:type="dxa" w:w="1701"/>
          </w:tcPr>
          <w:p>
            <w:r>
              <w:t>인쇄 194쪽 / PDF 202쪽 / KN-111 / P1238</w:t>
            </w:r>
          </w:p>
        </w:tc>
        <w:tc>
          <w:tcPr>
            <w:tcW w:type="dxa" w:w="3402"/>
          </w:tcPr>
          <w:p>
            <w:r/>
            <w:r>
              <w:rPr>
                <w:b/>
              </w:rPr>
              <w:t>5번 어절 수 조건</w:t>
            </w:r>
          </w:p>
          <w:p>
            <w:r>
              <w:t>수정 전: 4어절</w:t>
            </w:r>
          </w:p>
        </w:tc>
        <w:tc>
          <w:tcPr>
            <w:tcW w:type="dxa" w:w="4535"/>
          </w:tcPr>
          <w:p>
            <w:r>
              <w:t>3어절</w:t>
            </w:r>
          </w:p>
        </w:tc>
      </w:tr>
      <w:tr>
        <w:tc>
          <w:tcPr>
            <w:tcW w:type="dxa" w:w="1701"/>
          </w:tcPr>
          <w:p>
            <w:r>
              <w:t>인쇄 195쪽 / PDF 203쪽 / KN-111 / P1239</w:t>
            </w:r>
          </w:p>
        </w:tc>
        <w:tc>
          <w:tcPr>
            <w:tcW w:type="dxa" w:w="3402"/>
          </w:tcPr>
          <w:p>
            <w:r/>
            <w:r>
              <w:rPr>
                <w:b/>
              </w:rPr>
              <w:t>1번 문장 첫 어절·원문 인용</w:t>
            </w:r>
          </w:p>
          <w:p>
            <w:r>
              <w:t>수정 전: 술/군사들을</w:t>
            </w:r>
          </w:p>
        </w:tc>
        <w:tc>
          <w:tcPr>
            <w:tcW w:type="dxa" w:w="4535"/>
          </w:tcPr>
          <w:p>
            <w:r>
              <w:t>조조는/군사를</w:t>
            </w:r>
          </w:p>
        </w:tc>
      </w:tr>
      <w:tr>
        <w:tc>
          <w:tcPr>
            <w:tcW w:type="dxa" w:w="1701"/>
          </w:tcPr>
          <w:p>
            <w:r>
              <w:t>인쇄 197쪽 / PDF 205쪽 / KN-111 / P1240</w:t>
            </w:r>
          </w:p>
        </w:tc>
        <w:tc>
          <w:tcPr>
            <w:tcW w:type="dxa" w:w="3402"/>
          </w:tcPr>
          <w:p>
            <w:r/>
            <w:r>
              <w:rPr>
                <w:b/>
              </w:rPr>
              <w:t>5번 어절 해설·6번 종결 부호</w:t>
            </w:r>
          </w:p>
          <w:p>
            <w:r>
              <w:t>수정 전: 4어절·마침표누락</w:t>
            </w:r>
          </w:p>
        </w:tc>
        <w:tc>
          <w:tcPr>
            <w:tcW w:type="dxa" w:w="4535"/>
          </w:tcPr>
          <w:p>
            <w:r>
              <w:t>3어절·마침표</w:t>
            </w:r>
          </w:p>
        </w:tc>
      </w:tr>
      <w:tr>
        <w:tc>
          <w:tcPr>
            <w:tcW w:type="dxa" w:w="1701"/>
          </w:tcPr>
          <w:p>
            <w:r>
              <w:t>인쇄 198쪽 / PDF 206쪽 / KN-112 / P1259</w:t>
            </w:r>
          </w:p>
        </w:tc>
        <w:tc>
          <w:tcPr>
            <w:tcW w:type="dxa" w:w="3402"/>
          </w:tcPr>
          <w:p>
            <w:r/>
            <w:r>
              <w:rPr>
                <w:b/>
              </w:rPr>
              <w:t>요약 태몽 주체</w:t>
            </w:r>
          </w:p>
          <w:p>
            <w:r>
              <w:t>수정 전: 허옹가가꿈꾼듯연결</w:t>
            </w:r>
          </w:p>
        </w:tc>
        <w:tc>
          <w:tcPr>
            <w:tcW w:type="dxa" w:w="4535"/>
          </w:tcPr>
          <w:p>
            <w:r>
              <w:t>아내가꿈꾼것을명시</w:t>
            </w:r>
          </w:p>
        </w:tc>
      </w:tr>
      <w:tr>
        <w:tc>
          <w:tcPr>
            <w:tcW w:type="dxa" w:w="1701"/>
          </w:tcPr>
          <w:p>
            <w:r>
              <w:t>인쇄 199쪽 / PDF 207쪽 / KN-112 / P1260</w:t>
            </w:r>
          </w:p>
        </w:tc>
        <w:tc>
          <w:tcPr>
            <w:tcW w:type="dxa" w:w="3402"/>
          </w:tcPr>
          <w:p>
            <w:r/>
            <w:r>
              <w:rPr>
                <w:b/>
              </w:rPr>
              <w:t>도사와의 만남·가짜들의 본체</w:t>
            </w:r>
          </w:p>
          <w:p>
            <w:r>
              <w:t>수정 전: 재회,모두짚묶음</w:t>
            </w:r>
          </w:p>
        </w:tc>
        <w:tc>
          <w:tcPr>
            <w:tcW w:type="dxa" w:w="4535"/>
          </w:tcPr>
          <w:p>
            <w:r>
              <w:t>만남,허옹가짚묶음/자식허수아비</w:t>
            </w:r>
          </w:p>
        </w:tc>
      </w:tr>
      <w:tr>
        <w:tc>
          <w:tcPr>
            <w:tcW w:type="dxa" w:w="1701"/>
          </w:tcPr>
          <w:p>
            <w:r>
              <w:t>인쇄 200쪽 / PDF 208쪽 / KN-112 / P1261</w:t>
            </w:r>
          </w:p>
        </w:tc>
        <w:tc>
          <w:tcPr>
            <w:tcW w:type="dxa" w:w="3402"/>
          </w:tcPr>
          <w:p>
            <w:r/>
            <w:r>
              <w:rPr>
                <w:b/>
              </w:rPr>
              <w:t>1번 어구 조건·2번 표현법과 범위</w:t>
            </w:r>
          </w:p>
          <w:p>
            <w:r>
              <w:t>수정 전: 단어만,행,설의법</w:t>
            </w:r>
          </w:p>
        </w:tc>
        <w:tc>
          <w:tcPr>
            <w:tcW w:type="dxa" w:w="4535"/>
          </w:tcPr>
          <w:p>
            <w:r>
              <w:t>말 조건, 완전한 문장 경계, 이중 부정</w:t>
              <w:br/>
              <w:t>반영 문구</w:t>
              <w:br/>
              <w:t>&lt;보기1&gt;의 ㉠과 ㉡에 해당하는 문장을 제시문에서 찾아 각각의 첫 어절과 마지막 어절을 쓰시오. 쉼표 앞뒤에서 문장을 끊지 마시오.</w:t>
            </w:r>
          </w:p>
        </w:tc>
      </w:tr>
      <w:tr>
        <w:tc>
          <w:tcPr>
            <w:tcW w:type="dxa" w:w="1701"/>
          </w:tcPr>
          <w:p>
            <w:r>
              <w:t>인쇄 201쪽 / PDF 209쪽 / KN-112 / P1262</w:t>
            </w:r>
          </w:p>
        </w:tc>
        <w:tc>
          <w:tcPr>
            <w:tcW w:type="dxa" w:w="3402"/>
          </w:tcPr>
          <w:p>
            <w:r/>
            <w:r>
              <w:rPr>
                <w:b/>
              </w:rPr>
              <w:t>4번 지문에 없는 풍자 추출 조건</w:t>
            </w:r>
          </w:p>
          <w:p>
            <w:r>
              <w:t>수정 전: ①~③모두지문에서단어찾기</w:t>
            </w:r>
          </w:p>
        </w:tc>
        <w:tc>
          <w:tcPr>
            <w:tcW w:type="dxa" w:w="4535"/>
          </w:tcPr>
          <w:p>
            <w:r>
              <w:t>①③원문②기법용어</w:t>
            </w:r>
          </w:p>
        </w:tc>
      </w:tr>
      <w:tr>
        <w:tc>
          <w:tcPr>
            <w:tcW w:type="dxa" w:w="1701"/>
          </w:tcPr>
          <w:p>
            <w:r>
              <w:t>인쇄 202쪽 / PDF 210쪽 / KN-112 / P1263</w:t>
            </w:r>
          </w:p>
        </w:tc>
        <w:tc>
          <w:tcPr>
            <w:tcW w:type="dxa" w:w="3402"/>
          </w:tcPr>
          <w:p>
            <w:r/>
            <w:r>
              <w:rPr>
                <w:b/>
              </w:rPr>
              <w:t>5번 인용부호·구절 범위</w:t>
            </w:r>
          </w:p>
          <w:p>
            <w:r>
              <w:t>수정 전: 여는책이름부호누락,범위불명확</w:t>
            </w:r>
          </w:p>
        </w:tc>
        <w:tc>
          <w:tcPr>
            <w:tcW w:type="dxa" w:w="4535"/>
          </w:tcPr>
          <w:p>
            <w:r>
              <w:t>책이름 부호, 완전한 문장 전체 추출</w:t>
              <w:br/>
              <w:t>반영 문구</w:t>
              <w:br/>
              <w:t>&lt;보기1&gt;을 참고하여 &lt;보기2&gt;의 ㉠·㉡에 해당하는 문장을 지문에서 찾아 첫 어절과 마지막 어절을 쓰시오. 쉼표 앞뒤에서 문장을 끊지 마시오.</w:t>
            </w:r>
          </w:p>
        </w:tc>
      </w:tr>
      <w:tr>
        <w:tc>
          <w:tcPr>
            <w:tcW w:type="dxa" w:w="1701"/>
          </w:tcPr>
          <w:p>
            <w:r>
              <w:t>인쇄 203쪽 / PDF 211쪽 / KN-112 / P1264</w:t>
            </w:r>
          </w:p>
        </w:tc>
        <w:tc>
          <w:tcPr>
            <w:tcW w:type="dxa" w:w="3402"/>
          </w:tcPr>
          <w:p>
            <w:r/>
            <w:r>
              <w:rPr>
                <w:b/>
              </w:rPr>
              <w:t>1번 허용답 근거·2번 표현법·마지막어절</w:t>
            </w:r>
          </w:p>
          <w:p>
            <w:r>
              <w:t>수정 전: 사자성어우선,설의법,하리라</w:t>
            </w:r>
          </w:p>
        </w:tc>
        <w:tc>
          <w:tcPr>
            <w:tcW w:type="dxa" w:w="4535"/>
          </w:tcPr>
          <w:p>
            <w:r>
              <w:t>장소 어휘 동등 인정, 출림비조/슬프다, 이런/못하리라</w:t>
            </w:r>
          </w:p>
        </w:tc>
      </w:tr>
      <w:tr>
        <w:tc>
          <w:tcPr>
            <w:tcW w:type="dxa" w:w="1701"/>
          </w:tcPr>
          <w:p>
            <w:r>
              <w:t>인쇄 204쪽 / PDF 212쪽 / KN-112 / P1265</w:t>
            </w:r>
          </w:p>
        </w:tc>
        <w:tc>
          <w:tcPr>
            <w:tcW w:type="dxa" w:w="3402"/>
          </w:tcPr>
          <w:p>
            <w:r/>
            <w:r>
              <w:rPr>
                <w:b/>
              </w:rPr>
              <w:t>3번 해설 번호·4번 본체 구분</w:t>
            </w:r>
          </w:p>
          <w:p>
            <w:r>
              <w:t>수정 전: ③/자식도짚묶음</w:t>
            </w:r>
          </w:p>
        </w:tc>
        <w:tc>
          <w:tcPr>
            <w:tcW w:type="dxa" w:w="4535"/>
          </w:tcPr>
          <w:p>
            <w:r>
              <w:t>②/허옹가짚묶음·자식허수아비</w:t>
            </w:r>
          </w:p>
        </w:tc>
      </w:tr>
      <w:tr>
        <w:tc>
          <w:tcPr>
            <w:tcW w:type="dxa" w:w="1701"/>
          </w:tcPr>
          <w:p>
            <w:r>
              <w:t>인쇄 205쪽 / PDF 213쪽 / KN-112 / P1285</w:t>
            </w:r>
          </w:p>
        </w:tc>
        <w:tc>
          <w:tcPr>
            <w:tcW w:type="dxa" w:w="3402"/>
          </w:tcPr>
          <w:p>
            <w:r/>
            <w:r>
              <w:rPr>
                <w:b/>
              </w:rPr>
              <w:t>5번 완전한 문장의 첫·마지막 어절</w:t>
            </w:r>
          </w:p>
          <w:p>
            <w:r>
              <w:t>수정 전: 슬피/자아내어, 이놈의/무석이나</w:t>
            </w:r>
          </w:p>
        </w:tc>
        <w:tc>
          <w:tcPr>
            <w:tcW w:type="dxa" w:w="4535"/>
          </w:tcPr>
          <w:p>
            <w:r>
              <w:t>출림비조/슬프다, 이놈의/주오</w:t>
            </w:r>
          </w:p>
        </w:tc>
      </w:tr>
      <w:tr>
        <w:tc>
          <w:tcPr>
            <w:tcW w:type="dxa" w:w="1701"/>
          </w:tcPr>
          <w:p>
            <w:r>
              <w:t>인쇄 206쪽 / PDF 214쪽 / KN-113 / P1287</w:t>
            </w:r>
          </w:p>
        </w:tc>
        <w:tc>
          <w:tcPr>
            <w:tcW w:type="dxa" w:w="3402"/>
          </w:tcPr>
          <w:p>
            <w:r/>
            <w:r>
              <w:rPr>
                <w:b/>
              </w:rPr>
              <w:t>요약 거짓 진술을 사실로 서술</w:t>
            </w:r>
          </w:p>
          <w:p>
            <w:r>
              <w:t>수정 전: 과거미응시·도적피해를 실제 사건으로 설명,낙방</w:t>
            </w:r>
          </w:p>
        </w:tc>
        <w:tc>
          <w:tcPr>
            <w:tcW w:type="dxa" w:w="4535"/>
          </w:tcPr>
          <w:p>
            <w:r>
              <w:t>암행어사의 거짓말 명시,미응시</w:t>
            </w:r>
          </w:p>
        </w:tc>
      </w:tr>
      <w:tr>
        <w:tc>
          <w:tcPr>
            <w:tcW w:type="dxa" w:w="1701"/>
          </w:tcPr>
          <w:p>
            <w:r>
              <w:t>인쇄 207쪽 / PDF 215쪽 / KN-113 / P1288</w:t>
            </w:r>
          </w:p>
        </w:tc>
        <w:tc>
          <w:tcPr>
            <w:tcW w:type="dxa" w:w="3402"/>
          </w:tcPr>
          <w:p>
            <w:r/>
            <w:r>
              <w:rPr>
                <w:b/>
              </w:rPr>
              <w:t>요약 옥단춘의 희생 각오</w:t>
            </w:r>
          </w:p>
          <w:p>
            <w:r>
              <w:t>수정 전: 동반 자결</w:t>
            </w:r>
          </w:p>
        </w:tc>
        <w:tc>
          <w:tcPr>
            <w:tcW w:type="dxa" w:w="4535"/>
          </w:tcPr>
          <w:p>
            <w:r>
              <w:t>대신 자결</w:t>
            </w:r>
          </w:p>
        </w:tc>
      </w:tr>
      <w:tr>
        <w:tc>
          <w:tcPr>
            <w:tcW w:type="dxa" w:w="1701"/>
          </w:tcPr>
          <w:p>
            <w:r>
              <w:t>인쇄 208쪽 / PDF 216쪽 / KN-113 / P1289</w:t>
            </w:r>
          </w:p>
        </w:tc>
        <w:tc>
          <w:tcPr>
            <w:tcW w:type="dxa" w:w="3402"/>
          </w:tcPr>
          <w:p>
            <w:r/>
            <w:r>
              <w:rPr>
                <w:b/>
              </w:rPr>
              <w:t>1번 어근 추출 조건</w:t>
            </w:r>
          </w:p>
          <w:p>
            <w:r>
              <w:t>수정 전: 적절한 단어,심란했어</w:t>
            </w:r>
          </w:p>
        </w:tc>
        <w:tc>
          <w:tcPr>
            <w:tcW w:type="dxa" w:w="4535"/>
          </w:tcPr>
          <w:p>
            <w:r>
              <w:t>적절한 말 허용</w:t>
            </w:r>
          </w:p>
        </w:tc>
      </w:tr>
      <w:tr>
        <w:tc>
          <w:tcPr>
            <w:tcW w:type="dxa" w:w="1701"/>
          </w:tcPr>
          <w:p>
            <w:r>
              <w:t>인쇄 209쪽 / PDF 217쪽 / KN-113 / P1290</w:t>
            </w:r>
          </w:p>
        </w:tc>
        <w:tc>
          <w:tcPr>
            <w:tcW w:type="dxa" w:w="3402"/>
          </w:tcPr>
          <w:p>
            <w:r/>
            <w:r>
              <w:rPr>
                <w:b/>
              </w:rPr>
              <w:t>3번 같은 빈칸에 다른 답 요구·4번 대사 범위</w:t>
            </w:r>
          </w:p>
          <w:p>
            <w:r>
              <w:t>수정 전: 극적①,반복구호 두문장 혼동</w:t>
            </w:r>
          </w:p>
        </w:tc>
        <w:tc>
          <w:tcPr>
            <w:tcW w:type="dxa" w:w="4535"/>
          </w:tcPr>
          <w:p>
            <w:r>
              <w:t>극적 긴장감,각 한문장</w:t>
            </w:r>
          </w:p>
        </w:tc>
      </w:tr>
      <w:tr>
        <w:tc>
          <w:tcPr>
            <w:tcW w:type="dxa" w:w="1701"/>
          </w:tcPr>
          <w:p>
            <w:r>
              <w:t>인쇄 210쪽 / PDF 218쪽 / KN-113 / P1291</w:t>
            </w:r>
          </w:p>
        </w:tc>
        <w:tc>
          <w:tcPr>
            <w:tcW w:type="dxa" w:w="3402"/>
          </w:tcPr>
          <w:p>
            <w:r/>
            <w:r>
              <w:rPr>
                <w:b/>
              </w:rPr>
              <w:t>6번 서술형 답란 누락</w:t>
            </w:r>
          </w:p>
          <w:p>
            <w:r>
              <w:t>수정 전: 답란 없음</w:t>
            </w:r>
          </w:p>
        </w:tc>
        <w:tc>
          <w:tcPr>
            <w:tcW w:type="dxa" w:w="4535"/>
          </w:tcPr>
          <w:p>
            <w:r>
              <w:t>같은 쪽 조건 뒤 답란</w:t>
            </w:r>
          </w:p>
        </w:tc>
      </w:tr>
      <w:tr>
        <w:tc>
          <w:tcPr>
            <w:tcW w:type="dxa" w:w="1701"/>
          </w:tcPr>
          <w:p>
            <w:r>
              <w:t>인쇄 211쪽 / PDF 219쪽 / KN-113 / P1292</w:t>
            </w:r>
          </w:p>
        </w:tc>
        <w:tc>
          <w:tcPr>
            <w:tcW w:type="dxa" w:w="3402"/>
          </w:tcPr>
          <w:p>
            <w:r/>
            <w:r>
              <w:rPr>
                <w:b/>
              </w:rPr>
              <w:t>1번 심리 주체·2번 문장 경계</w:t>
            </w:r>
          </w:p>
          <w:p>
            <w:r>
              <w:t>수정 전: 화자,만첩청산에/처량했다·여보/하오</w:t>
            </w:r>
          </w:p>
        </w:tc>
        <w:tc>
          <w:tcPr>
            <w:tcW w:type="dxa" w:w="4535"/>
          </w:tcPr>
          <w:p>
            <w:r>
              <w:t>인물,맑은/처량했다·당신들도/하오</w:t>
            </w:r>
          </w:p>
        </w:tc>
      </w:tr>
      <w:tr>
        <w:tc>
          <w:tcPr>
            <w:tcW w:type="dxa" w:w="1701"/>
          </w:tcPr>
          <w:p>
            <w:r>
              <w:t>인쇄 213쪽 / PDF 221쪽 / KN-113 / P1293</w:t>
            </w:r>
          </w:p>
        </w:tc>
        <w:tc>
          <w:tcPr>
            <w:tcW w:type="dxa" w:w="3402"/>
          </w:tcPr>
          <w:p>
            <w:r/>
            <w:r>
              <w:rPr>
                <w:b/>
              </w:rPr>
              <w:t>5번 미응시·6번 채점 자수와 이유형식</w:t>
            </w:r>
          </w:p>
          <w:p>
            <w:r>
              <w:t>수정 전: 과거낙방처럼설명,문장일부를문장으로인용,10자</w:t>
            </w:r>
          </w:p>
        </w:tc>
        <w:tc>
          <w:tcPr>
            <w:tcW w:type="dxa" w:w="4535"/>
          </w:tcPr>
          <w:p>
            <w:r>
              <w:t>미응시,구절구분,15자·이유형식</w:t>
            </w:r>
          </w:p>
        </w:tc>
      </w:tr>
      <w:tr>
        <w:tc>
          <w:tcPr>
            <w:tcW w:type="dxa" w:w="1701"/>
          </w:tcPr>
          <w:p>
            <w:r>
              <w:t>인쇄 215쪽 / PDF 223쪽 / KN-114 / P1315</w:t>
            </w:r>
          </w:p>
        </w:tc>
        <w:tc>
          <w:tcPr>
            <w:tcW w:type="dxa" w:w="3402"/>
          </w:tcPr>
          <w:p>
            <w:r/>
            <w:r>
              <w:rPr>
                <w:b/>
              </w:rPr>
              <w:t>요약 최후의 장소·시점</w:t>
            </w:r>
          </w:p>
          <w:p>
            <w:r>
              <w:t>수정 전: 감옥에 갇힌 순부가 결국 사망</w:t>
            </w:r>
          </w:p>
        </w:tc>
        <w:tc>
          <w:tcPr>
            <w:tcW w:type="dxa" w:w="4535"/>
          </w:tcPr>
          <w:p>
            <w:r>
              <w:t>몸조리하던 순부의 사망</w:t>
            </w:r>
          </w:p>
        </w:tc>
      </w:tr>
      <w:tr>
        <w:tc>
          <w:tcPr>
            <w:tcW w:type="dxa" w:w="1701"/>
          </w:tcPr>
          <w:p>
            <w:r>
              <w:t>인쇄 216쪽 / PDF 224쪽 / KN-114 / P1316</w:t>
            </w:r>
          </w:p>
        </w:tc>
        <w:tc>
          <w:tcPr>
            <w:tcW w:type="dxa" w:w="3402"/>
          </w:tcPr>
          <w:p>
            <w:r/>
            <w:r>
              <w:rPr>
                <w:b/>
              </w:rPr>
              <w:t>1번 영탄문과 논평문 혼합</w:t>
            </w:r>
          </w:p>
          <w:p>
            <w:r>
              <w:t>수정 전: 슬프도다!와다음문장을하나로요구</w:t>
            </w:r>
          </w:p>
        </w:tc>
        <w:tc>
          <w:tcPr>
            <w:tcW w:type="dxa" w:w="4535"/>
          </w:tcPr>
          <w:p>
            <w:r>
              <w:t>비극적운명논평의완전한한문장</w:t>
            </w:r>
          </w:p>
        </w:tc>
      </w:tr>
      <w:tr>
        <w:tc>
          <w:tcPr>
            <w:tcW w:type="dxa" w:w="1701"/>
          </w:tcPr>
          <w:p>
            <w:r>
              <w:t>인쇄 217쪽 / PDF 225쪽 / KN-114 / P1317</w:t>
            </w:r>
          </w:p>
        </w:tc>
        <w:tc>
          <w:tcPr>
            <w:tcW w:type="dxa" w:w="3402"/>
          </w:tcPr>
          <w:p>
            <w:r/>
            <w:r>
              <w:rPr>
                <w:b/>
              </w:rPr>
              <w:t>3번 종결 쉼표·4번 답란</w:t>
            </w:r>
          </w:p>
          <w:p>
            <w:r>
              <w:t>수정 전: 작성할것,·서술답란없음</w:t>
            </w:r>
          </w:p>
        </w:tc>
        <w:tc>
          <w:tcPr>
            <w:tcW w:type="dxa" w:w="4535"/>
          </w:tcPr>
          <w:p>
            <w:r>
              <w:t>마침표·같은쪽두줄답란</w:t>
            </w:r>
          </w:p>
        </w:tc>
      </w:tr>
      <w:tr>
        <w:tc>
          <w:tcPr>
            <w:tcW w:type="dxa" w:w="1701"/>
          </w:tcPr>
          <w:p>
            <w:r>
              <w:t>인쇄 218쪽 / PDF 226쪽 / KN-114 / P1318</w:t>
            </w:r>
          </w:p>
        </w:tc>
        <w:tc>
          <w:tcPr>
            <w:tcW w:type="dxa" w:w="3402"/>
          </w:tcPr>
          <w:p>
            <w:r/>
            <w:r>
              <w:rPr>
                <w:b/>
              </w:rPr>
              <w:t>6번 완전한 문장 답란</w:t>
            </w:r>
          </w:p>
          <w:p>
            <w:r>
              <w:t>수정 전: 긴 한문장에 한줄</w:t>
            </w:r>
          </w:p>
        </w:tc>
        <w:tc>
          <w:tcPr>
            <w:tcW w:type="dxa" w:w="4535"/>
          </w:tcPr>
          <w:p>
            <w:r>
              <w:t>같은쪽 세줄 및 세어절 답란</w:t>
            </w:r>
          </w:p>
        </w:tc>
      </w:tr>
      <w:tr>
        <w:tc>
          <w:tcPr>
            <w:tcW w:type="dxa" w:w="1701"/>
          </w:tcPr>
          <w:p>
            <w:r>
              <w:t>인쇄 219쪽 / PDF 227쪽 / KN-114 / P1319</w:t>
            </w:r>
          </w:p>
        </w:tc>
        <w:tc>
          <w:tcPr>
            <w:tcW w:type="dxa" w:w="3402"/>
          </w:tcPr>
          <w:p>
            <w:r/>
            <w:r>
              <w:rPr>
                <w:b/>
              </w:rPr>
              <w:t>1번 문장 경계·오인용</w:t>
            </w:r>
          </w:p>
          <w:p>
            <w:r>
              <w:t>수정 전: 어찌/모의하겠소·슬프도다/보다</w:t>
            </w:r>
          </w:p>
        </w:tc>
        <w:tc>
          <w:tcPr>
            <w:tcW w:type="dxa" w:w="4535"/>
          </w:tcPr>
          <w:p>
            <w:r>
              <w:t>또한/모의하겠소·뜻밖의/보다</w:t>
            </w:r>
          </w:p>
        </w:tc>
      </w:tr>
      <w:tr>
        <w:tc>
          <w:tcPr>
            <w:tcW w:type="dxa" w:w="1701"/>
          </w:tcPr>
          <w:p>
            <w:r>
              <w:t>인쇄 220쪽 / PDF 228쪽 / KN-114 / P1320</w:t>
            </w:r>
          </w:p>
        </w:tc>
        <w:tc>
          <w:tcPr>
            <w:tcW w:type="dxa" w:w="3402"/>
          </w:tcPr>
          <w:p>
            <w:r/>
            <w:r>
              <w:rPr>
                <w:b/>
              </w:rPr>
              <w:t>3번 원문 조사·4번 예시와 채점 조건</w:t>
            </w:r>
          </w:p>
          <w:p>
            <w:r>
              <w:t>수정 전: 것슬프다고·꺾쇠답안·60자조건미반영</w:t>
            </w:r>
          </w:p>
        </w:tc>
        <w:tc>
          <w:tcPr>
            <w:tcW w:type="dxa" w:w="4535"/>
          </w:tcPr>
          <w:p>
            <w:r>
              <w:t>것이슬프다고·49자예시·조건반영</w:t>
              <w:br/>
              <w:t>반영 문구</w:t>
              <w:br/>
              <w:t>정답: ① 살아날 방도를 찾아야 한다는 것이</w:t>
              <w:br/>
              <w:t>② 재앙을 만나지 않았다면</w:t>
              <w:br/>
              <w:t>① 원문의 '살아날 방도를 찾아야 한다는 것이'를 쓴다. 띄어쓰기 포함 18자이며, 빈칸 뒤의 '슬프다고'와 연결되도록 조사 '이'까지 포함해야 한다.</w:t>
              <w:br/>
              <w:t>정답 예시: 김순부는 가문의 어른과 연소자를 지키려고 자신의 사면을 포기하고 희생을 택했기 때문이다. (49자)</w:t>
              <w:br/>
              <w:t>가문의 어른·연소자를 지키려는 희생을 설명하고 두 단어·60자 이내·문장 조건을 모두 지킨 경우</w:t>
              <w:br/>
              <w:t>뜻은 맞으나 단어·글자 수·문장 조건을 어긴 경우</w:t>
            </w:r>
          </w:p>
        </w:tc>
      </w:tr>
      <w:tr>
        <w:tc>
          <w:tcPr>
            <w:tcW w:type="dxa" w:w="1701"/>
          </w:tcPr>
          <w:p>
            <w:r>
              <w:t>인쇄 221쪽 / PDF 229쪽 / KN-114 / P1321</w:t>
            </w:r>
          </w:p>
        </w:tc>
        <w:tc>
          <w:tcPr>
            <w:tcW w:type="dxa" w:w="3402"/>
          </w:tcPr>
          <w:p>
            <w:r/>
            <w:r>
              <w:rPr>
                <w:b/>
              </w:rPr>
              <w:t>6번 대사 문장 중간 추출·처음 세 어절 오류</w:t>
            </w:r>
          </w:p>
          <w:p>
            <w:r>
              <w:t>수정 전: 어찌부터절·순부가재앙을만나지4어절</w:t>
            </w:r>
          </w:p>
        </w:tc>
        <w:tc>
          <w:tcPr>
            <w:tcW w:type="dxa" w:w="4535"/>
          </w:tcPr>
          <w:p>
            <w:r>
              <w:t>문장은부터한문장·하지만순부가재앙을3어절</w:t>
              <w:br/>
              <w:t>반영 문구</w:t>
              <w:br/>
              <w:t>정답:</w:t>
              <w:br/>
              <w:t>㉠ 문장은 나의 집안 어른과 같은 항렬이고, 유사는 같은 문중의 연소자이거늘, 우리 집안의 일이 이 지경에 이르렀다고 해서 어찌 그들을 곤경에 빠뜨려 놓고 스스로 풀려나려 할 수 있단 말이오?</w:t>
              <w:br/>
              <w:t>㉡ (처음) 하지만 순부가 재앙을</w:t>
              <w:br/>
              <w:t>(마지막) 없었을 것이니, 기이하도다.</w:t>
              <w:br/>
              <w:t>해설: ㉠은 가문을 지키려는 거절의 대사 전체다. ㉡은 고난이 문학적 성취를 낳았다는 평가 문장의 처음과 마지막 세 어절이다.</w:t>
              <w:br/>
              <w:t>㉠ '문장은'부터 '말이오?'까지의 한 문장을 원문 그대로 쓴 경우</w:t>
              <w:br/>
              <w:t>㉡ 처음: 하지만 순부가 재앙을 / 마지막: 없었을 것이니, 기이하도다.</w:t>
            </w:r>
          </w:p>
        </w:tc>
      </w:tr>
      <w:tr>
        <w:tc>
          <w:tcPr>
            <w:tcW w:type="dxa" w:w="1701"/>
          </w:tcPr>
          <w:p>
            <w:r>
              <w:t>인쇄 225쪽 / PDF 233쪽 / KN-134 / P1326</w:t>
            </w:r>
          </w:p>
        </w:tc>
        <w:tc>
          <w:tcPr>
            <w:tcW w:type="dxa" w:w="3402"/>
          </w:tcPr>
          <w:p>
            <w:r/>
            <w:r>
              <w:rPr>
                <w:b/>
              </w:rPr>
              <w:t>산민 요약3번 중복</w:t>
            </w:r>
          </w:p>
          <w:p>
            <w:r>
              <w:t>수정 전: 고된 고된 노동</w:t>
            </w:r>
          </w:p>
        </w:tc>
        <w:tc>
          <w:tcPr>
            <w:tcW w:type="dxa" w:w="4535"/>
          </w:tcPr>
          <w:p>
            <w:r>
              <w:t>고된 노동</w:t>
            </w:r>
          </w:p>
        </w:tc>
      </w:tr>
      <w:tr>
        <w:tc>
          <w:tcPr>
            <w:tcW w:type="dxa" w:w="1701"/>
          </w:tcPr>
          <w:p>
            <w:r>
              <w:t>인쇄 226쪽 / PDF 234쪽 / KN-134 / P1327</w:t>
            </w:r>
          </w:p>
        </w:tc>
        <w:tc>
          <w:tcPr>
            <w:tcW w:type="dxa" w:w="3402"/>
          </w:tcPr>
          <w:p>
            <w:r/>
            <w:r>
              <w:rPr>
                <w:b/>
              </w:rPr>
              <w:t>산민1번 장소 추론</w:t>
            </w:r>
          </w:p>
          <w:p>
            <w:r>
              <w:t>수정 전: 고향을 등지고 떠났을 때</w:t>
            </w:r>
          </w:p>
        </w:tc>
        <w:tc>
          <w:tcPr>
            <w:tcW w:type="dxa" w:w="4535"/>
          </w:tcPr>
          <w:p>
            <w:r>
              <w:t>산골을 떠나 평지에서</w:t>
            </w:r>
          </w:p>
        </w:tc>
      </w:tr>
      <w:tr>
        <w:tc>
          <w:tcPr>
            <w:tcW w:type="dxa" w:w="1701"/>
          </w:tcPr>
          <w:p>
            <w:r>
              <w:t>인쇄 227쪽 / PDF 235쪽 / KN-134 / P1328</w:t>
            </w:r>
          </w:p>
        </w:tc>
        <w:tc>
          <w:tcPr>
            <w:tcW w:type="dxa" w:w="3402"/>
          </w:tcPr>
          <w:p>
            <w:r/>
            <w:r>
              <w:rPr>
                <w:b/>
              </w:rPr>
              <w:t>산민3번 단어수·4번 인용조사</w:t>
            </w:r>
          </w:p>
          <w:p>
            <w:r>
              <w:t>수정 전: 고을관리 한단어·편안할사(이)라고</w:t>
            </w:r>
          </w:p>
        </w:tc>
        <w:tc>
          <w:tcPr>
            <w:tcW w:type="dxa" w:w="4535"/>
          </w:tcPr>
          <w:p>
            <w:r>
              <w:t>두어절·편안할사라고</w:t>
              <w:br/>
              <w:t>반영 문구</w:t>
              <w:br/>
              <w:t>지문의 내용을 바탕으로 &lt;보기1&gt;을 이해하고자 한다. &lt;보기2&gt;의 빈칸 ①에 들어갈 말을 지문에서 찾아 두 어절로 쓰시오.</w:t>
            </w:r>
          </w:p>
        </w:tc>
      </w:tr>
      <w:tr>
        <w:tc>
          <w:tcPr>
            <w:tcW w:type="dxa" w:w="1701"/>
          </w:tcPr>
          <w:p>
            <w:r>
              <w:t>인쇄 227쪽 / PDF 235쪽 / KN-134 / P1597</w:t>
            </w:r>
          </w:p>
        </w:tc>
        <w:tc>
          <w:tcPr>
            <w:tcW w:type="dxa" w:w="3402"/>
          </w:tcPr>
          <w:p>
            <w:r/>
            <w:r>
              <w:rPr>
                <w:b/>
              </w:rPr>
              <w:t>4번 문장 추출로 용어 일치</w:t>
            </w:r>
          </w:p>
          <w:p>
            <w:r>
              <w:t>수정 전: 시행·명사구 단위로 첫/마지막 어절 추출</w:t>
            </w:r>
          </w:p>
        </w:tc>
        <w:tc>
          <w:tcPr>
            <w:tcW w:type="dxa" w:w="4535"/>
          </w:tcPr>
          <w:p>
            <w:r>
              <w:t>4번 문장 추출로 용어 일치</w:t>
            </w:r>
          </w:p>
        </w:tc>
      </w:tr>
      <w:tr>
        <w:tc>
          <w:tcPr>
            <w:tcW w:type="dxa" w:w="1701"/>
          </w:tcPr>
          <w:p>
            <w:r>
              <w:t>인쇄 228쪽 / PDF 236쪽 / KN-134 / P1329</w:t>
            </w:r>
          </w:p>
        </w:tc>
        <w:tc>
          <w:tcPr>
            <w:tcW w:type="dxa" w:w="3402"/>
          </w:tcPr>
          <w:p>
            <w:r/>
            <w:r>
              <w:rPr>
                <w:b/>
              </w:rPr>
              <w:t>산민5번 시간·6번 발화주체</w:t>
            </w:r>
          </w:p>
          <w:p>
            <w:r>
              <w:t>수정 전: 밤늦게·화자의직접정서</w:t>
            </w:r>
          </w:p>
        </w:tc>
        <w:tc>
          <w:tcPr>
            <w:tcW w:type="dxa" w:w="4535"/>
          </w:tcPr>
          <w:p>
            <w:r>
              <w:t>해질때·부인의직접정서</w:t>
            </w:r>
          </w:p>
        </w:tc>
      </w:tr>
      <w:tr>
        <w:tc>
          <w:tcPr>
            <w:tcW w:type="dxa" w:w="1701"/>
          </w:tcPr>
          <w:p>
            <w:r>
              <w:t>인쇄 229쪽 / PDF 237쪽 / KN-134 / P1330</w:t>
            </w:r>
          </w:p>
        </w:tc>
        <w:tc>
          <w:tcPr>
            <w:tcW w:type="dxa" w:w="3402"/>
          </w:tcPr>
          <w:p>
            <w:r/>
            <w:r>
              <w:rPr>
                <w:b/>
              </w:rPr>
              <w:t>산민2번 문장 마지막어절</w:t>
            </w:r>
          </w:p>
          <w:p>
            <w:r>
              <w:t>수정 전: 산밭은/어려워</w:t>
            </w:r>
          </w:p>
        </w:tc>
        <w:tc>
          <w:tcPr>
            <w:tcW w:type="dxa" w:w="4535"/>
          </w:tcPr>
          <w:p>
            <w:r>
              <w:t>산밭은/오신다오</w:t>
            </w:r>
          </w:p>
        </w:tc>
      </w:tr>
      <w:tr>
        <w:tc>
          <w:tcPr>
            <w:tcW w:type="dxa" w:w="1701"/>
          </w:tcPr>
          <w:p>
            <w:r>
              <w:t>인쇄 230쪽 / PDF 238쪽 / KN-134 / P1331</w:t>
            </w:r>
          </w:p>
        </w:tc>
        <w:tc>
          <w:tcPr>
            <w:tcW w:type="dxa" w:w="3402"/>
          </w:tcPr>
          <w:p>
            <w:r/>
            <w:r>
              <w:rPr>
                <w:b/>
              </w:rPr>
              <w:t>산민3번 해설 발화주체·빈칸번호</w:t>
            </w:r>
          </w:p>
          <w:p>
            <w:r>
              <w:t>수정 전: 화자의귀환희망·빈칸가·단어</w:t>
            </w:r>
          </w:p>
        </w:tc>
        <w:tc>
          <w:tcPr>
            <w:tcW w:type="dxa" w:w="4535"/>
          </w:tcPr>
          <w:p>
            <w:r>
              <w:t>부인의관리공포·빈칸①·두어절</w:t>
              <w:br/>
              <w:t>반영 문구</w:t>
              <w:br/>
              <w:t>① 부인은 '가고파도 고을 관리 너무 무서워'라며 평지로 가지 못하는 이유를 밝힌다. 산골의 호랑이보다 관리의 수탈을 더 두려워하는 것이다. 빈칸 ①의 답은 원문에 있는 두 어절 '고을 관리'이다.</w:t>
            </w:r>
          </w:p>
        </w:tc>
      </w:tr>
      <w:tr>
        <w:tc>
          <w:tcPr>
            <w:tcW w:type="dxa" w:w="1701"/>
          </w:tcPr>
          <w:p>
            <w:r>
              <w:t>인쇄 230쪽 / PDF 238쪽 / KN-134 / P1598</w:t>
            </w:r>
          </w:p>
        </w:tc>
        <w:tc>
          <w:tcPr>
            <w:tcW w:type="dxa" w:w="3402"/>
          </w:tcPr>
          <w:p>
            <w:r/>
            <w:r>
              <w:rPr>
                <w:b/>
              </w:rPr>
              <w:t>4번 해설 문장 추출로 용어 일치</w:t>
            </w:r>
          </w:p>
          <w:p>
            <w:r>
              <w:t>수정 전: 시행·명사구 단위로 첫/마지막 어절 추출</w:t>
            </w:r>
          </w:p>
        </w:tc>
        <w:tc>
          <w:tcPr>
            <w:tcW w:type="dxa" w:w="4535"/>
          </w:tcPr>
          <w:p>
            <w:r>
              <w:t>4번 해설 문장 추출로 용어 일치</w:t>
            </w:r>
          </w:p>
        </w:tc>
      </w:tr>
      <w:tr>
        <w:tc>
          <w:tcPr>
            <w:tcW w:type="dxa" w:w="1701"/>
          </w:tcPr>
          <w:p>
            <w:r>
              <w:t>인쇄 231쪽 / PDF 239쪽 / KN-134 / P1332</w:t>
            </w:r>
          </w:p>
        </w:tc>
        <w:tc>
          <w:tcPr>
            <w:tcW w:type="dxa" w:w="3402"/>
          </w:tcPr>
          <w:p>
            <w:r/>
            <w:r>
              <w:rPr>
                <w:b/>
              </w:rPr>
              <w:t>산민5번 문장 마지막어절</w:t>
            </w:r>
          </w:p>
          <w:p>
            <w:r>
              <w:t>수정 전: 숲속에는/많아</w:t>
            </w:r>
          </w:p>
        </w:tc>
        <w:tc>
          <w:tcPr>
            <w:tcW w:type="dxa" w:w="4535"/>
          </w:tcPr>
          <w:p>
            <w:r>
              <w:t>숲속에는/된다</w:t>
            </w:r>
          </w:p>
        </w:tc>
      </w:tr>
      <w:tr>
        <w:tc>
          <w:tcPr>
            <w:tcW w:type="dxa" w:w="1701"/>
          </w:tcPr>
          <w:p>
            <w:r>
              <w:t>인쇄 234쪽 / PDF 242쪽 / KN-134 / P1333</w:t>
            </w:r>
          </w:p>
        </w:tc>
        <w:tc>
          <w:tcPr>
            <w:tcW w:type="dxa" w:w="3402"/>
          </w:tcPr>
          <w:p>
            <w:r/>
            <w:r>
              <w:rPr>
                <w:b/>
              </w:rPr>
              <w:t>합강정가2번 첫마지막 기준</w:t>
            </w:r>
          </w:p>
          <w:p>
            <w:r>
              <w:t>수정 전: 구절 추출</w:t>
            </w:r>
          </w:p>
        </w:tc>
        <w:tc>
          <w:tcPr>
            <w:tcW w:type="dxa" w:w="4535"/>
          </w:tcPr>
          <w:p>
            <w:r>
              <w:t>문장 추출</w:t>
            </w:r>
          </w:p>
        </w:tc>
      </w:tr>
      <w:tr>
        <w:tc>
          <w:tcPr>
            <w:tcW w:type="dxa" w:w="1701"/>
          </w:tcPr>
          <w:p>
            <w:r>
              <w:t>인쇄 234쪽 / PDF 242쪽 / KN-134 / P1599</w:t>
            </w:r>
          </w:p>
        </w:tc>
        <w:tc>
          <w:tcPr>
            <w:tcW w:type="dxa" w:w="3402"/>
          </w:tcPr>
          <w:p>
            <w:r/>
            <w:r>
              <w:rPr>
                <w:b/>
              </w:rPr>
              <w:t>2번② 공명·부귀 반어 문장 특정</w:t>
            </w:r>
          </w:p>
          <w:p>
            <w:r>
              <w:t>수정 전: 시행·명사구 단위로 첫/마지막 어절 추출</w:t>
            </w:r>
          </w:p>
        </w:tc>
        <w:tc>
          <w:tcPr>
            <w:tcW w:type="dxa" w:w="4535"/>
          </w:tcPr>
          <w:p>
            <w:r>
              <w:t>2번② 공명·부귀 반어 문장 특정</w:t>
              <w:br/>
              <w:t>반영 문구</w:t>
              <w:br/>
              <w:t>문장 “( ② )”는 관찰사의 공명이 거룩하고 부귀가 끝없다고 겉으로 칭송한다. 실제로는 백성의 희생 위에서 누리는 사치와 이익을 비꼬는 반어적 비판이다. 공명과 부귀를 함께 언급한 한 문장을 찾아, 조소 섞인 목소리로 연기해야 한다.</w:t>
            </w:r>
          </w:p>
        </w:tc>
      </w:tr>
      <w:tr>
        <w:tc>
          <w:tcPr>
            <w:tcW w:type="dxa" w:w="1701"/>
          </w:tcPr>
          <w:p>
            <w:r>
              <w:t>인쇄 235쪽 / PDF 243쪽 / KN-134 / P1334</w:t>
            </w:r>
          </w:p>
        </w:tc>
        <w:tc>
          <w:tcPr>
            <w:tcW w:type="dxa" w:w="3402"/>
          </w:tcPr>
          <w:p>
            <w:r/>
            <w:r>
              <w:rPr>
                <w:b/>
              </w:rPr>
              <w:t>합강정가4번 편집 기호</w:t>
            </w:r>
          </w:p>
          <w:p>
            <w:r>
              <w:t>수정 전: &lt; 피와 기름 &gt;을/를</w:t>
            </w:r>
          </w:p>
        </w:tc>
        <w:tc>
          <w:tcPr>
            <w:tcW w:type="dxa" w:w="4535"/>
          </w:tcPr>
          <w:p>
            <w:r>
              <w:t>피와 기름을</w:t>
            </w:r>
          </w:p>
        </w:tc>
      </w:tr>
      <w:tr>
        <w:tc>
          <w:tcPr>
            <w:tcW w:type="dxa" w:w="1701"/>
          </w:tcPr>
          <w:p>
            <w:r>
              <w:t>인쇄 236쪽 / PDF 244쪽 / KN-134 / P1600</w:t>
            </w:r>
          </w:p>
        </w:tc>
        <w:tc>
          <w:tcPr>
            <w:tcW w:type="dxa" w:w="3402"/>
          </w:tcPr>
          <w:p>
            <w:r/>
            <w:r>
              <w:rPr>
                <w:b/>
              </w:rPr>
              <w:t>5번㉡ 공명·부귀 반어 문장 특정</w:t>
            </w:r>
          </w:p>
          <w:p>
            <w:r>
              <w:t>수정 전: 시행·명사구 단위로 첫/마지막 어절 추출</w:t>
            </w:r>
          </w:p>
        </w:tc>
        <w:tc>
          <w:tcPr>
            <w:tcW w:type="dxa" w:w="4535"/>
          </w:tcPr>
          <w:p>
            <w:r>
              <w:t>5번㉡ 공명·부귀 반어 문장 특정</w:t>
              <w:br/>
              <w:t>반영 문구</w:t>
              <w:br/>
              <w:t>윗글은 지배층의 수탈로 인한 백성의 고통을 노래한 가사이다. 전반부의 ( ㉠ )은 같은 뱃놀이가 감사와 백성에게 서로 다른 의미임을 대조한다. 후반부의 ( ㉡ )은 관찰사의 공명과 부귀를 함께 언급하며 겉으로 칭송하지만 실제로는 그의 탐욕을 풍자하는 반어적 문장이다.</w:t>
            </w:r>
          </w:p>
        </w:tc>
      </w:tr>
      <w:tr>
        <w:tc>
          <w:tcPr>
            <w:tcW w:type="dxa" w:w="1701"/>
          </w:tcPr>
          <w:p>
            <w:r>
              <w:t>인쇄 237쪽 / PDF 245쪽 / KN-134 / P1601</w:t>
            </w:r>
          </w:p>
        </w:tc>
        <w:tc>
          <w:tcPr>
            <w:tcW w:type="dxa" w:w="3402"/>
          </w:tcPr>
          <w:p>
            <w:r/>
            <w:r>
              <w:rPr>
                <w:b/>
              </w:rPr>
              <w:t>2번② 공명도~그지없다 정답·해설·채점</w:t>
            </w:r>
          </w:p>
          <w:p>
            <w:r>
              <w:t>수정 전: 시행·명사구 단위로 첫/마지막 어절 추출</w:t>
            </w:r>
          </w:p>
        </w:tc>
        <w:tc>
          <w:tcPr>
            <w:tcW w:type="dxa" w:w="4535"/>
          </w:tcPr>
          <w:p>
            <w:r>
              <w:t>2번② 공명도~그지없다 정답·해설·채점</w:t>
            </w:r>
          </w:p>
        </w:tc>
      </w:tr>
      <w:tr>
        <w:tc>
          <w:tcPr>
            <w:tcW w:type="dxa" w:w="1701"/>
          </w:tcPr>
          <w:p>
            <w:r>
              <w:t>인쇄 239쪽 / PDF 247쪽 / KN-134 / P1602</w:t>
            </w:r>
          </w:p>
        </w:tc>
        <w:tc>
          <w:tcPr>
            <w:tcW w:type="dxa" w:w="3402"/>
          </w:tcPr>
          <w:p>
            <w:r/>
            <w:r>
              <w:rPr>
                <w:b/>
              </w:rPr>
              <w:t>5번㉡ 공명도~그지없다 정답·해설·채점</w:t>
            </w:r>
          </w:p>
          <w:p>
            <w:r>
              <w:t>수정 전: 시행·명사구 단위로 첫/마지막 어절 추출</w:t>
            </w:r>
          </w:p>
        </w:tc>
        <w:tc>
          <w:tcPr>
            <w:tcW w:type="dxa" w:w="4535"/>
          </w:tcPr>
          <w:p>
            <w:r>
              <w:t>5번㉡ 공명도~그지없다 정답·해설·채점</w:t>
            </w:r>
          </w:p>
        </w:tc>
      </w:tr>
      <w:tr>
        <w:tc>
          <w:tcPr>
            <w:tcW w:type="dxa" w:w="1701"/>
          </w:tcPr>
          <w:p>
            <w:r>
              <w:t>인쇄 243쪽 / PDF 251쪽 / KN-134 / P1335</w:t>
            </w:r>
          </w:p>
        </w:tc>
        <w:tc>
          <w:tcPr>
            <w:tcW w:type="dxa" w:w="3402"/>
          </w:tcPr>
          <w:p>
            <w:r/>
            <w:r>
              <w:rPr>
                <w:b/>
              </w:rPr>
              <w:t>응계설3번 답 출처·마침표</w:t>
            </w:r>
          </w:p>
          <w:p>
            <w:r>
              <w:t>수정 전: 보기2에서추출·종결마침표없음</w:t>
            </w:r>
          </w:p>
        </w:tc>
        <w:tc>
          <w:tcPr>
            <w:tcW w:type="dxa" w:w="4535"/>
          </w:tcPr>
          <w:p>
            <w:r>
              <w:t>응계설에서추출·마침표</w:t>
            </w:r>
          </w:p>
        </w:tc>
      </w:tr>
      <w:tr>
        <w:tc>
          <w:tcPr>
            <w:tcW w:type="dxa" w:w="1701"/>
          </w:tcPr>
          <w:p>
            <w:r>
              <w:t>인쇄 244쪽 / PDF 252쪽 / KN-134 / P1336</w:t>
            </w:r>
          </w:p>
        </w:tc>
        <w:tc>
          <w:tcPr>
            <w:tcW w:type="dxa" w:w="3402"/>
          </w:tcPr>
          <w:p>
            <w:r/>
            <w:r>
              <w:rPr>
                <w:b/>
              </w:rPr>
              <w:t>응계설5번 어절조건·6번 빈칸조건</w:t>
            </w:r>
          </w:p>
          <w:p>
            <w:r>
              <w:t>수정 전: 늦은일을어절·의도없이이가없음</w:t>
            </w:r>
          </w:p>
        </w:tc>
        <w:tc>
          <w:tcPr>
            <w:tcW w:type="dxa" w:w="4535"/>
          </w:tcPr>
          <w:p>
            <w:r>
              <w:t>늦은일명사구·의도한단어</w:t>
            </w:r>
          </w:p>
        </w:tc>
      </w:tr>
      <w:tr>
        <w:tc>
          <w:tcPr>
            <w:tcW w:type="dxa" w:w="1701"/>
          </w:tcPr>
          <w:p>
            <w:r>
              <w:t>인쇄 245쪽 / PDF 253쪽 / KN-134 / P1337</w:t>
            </w:r>
          </w:p>
        </w:tc>
        <w:tc>
          <w:tcPr>
            <w:tcW w:type="dxa" w:w="3402"/>
          </w:tcPr>
          <w:p>
            <w:r/>
            <w:r>
              <w:rPr>
                <w:b/>
              </w:rPr>
              <w:t>응계설1번 근거·빈칸기호</w:t>
            </w:r>
          </w:p>
          <w:p>
            <w:r>
              <w:t>수정 전: 첫머리부정확인용·나</w:t>
            </w:r>
          </w:p>
        </w:tc>
        <w:tc>
          <w:tcPr>
            <w:tcW w:type="dxa" w:w="4535"/>
          </w:tcPr>
          <w:p>
            <w:r>
              <w:t>둘째문단근거·②</w:t>
            </w:r>
          </w:p>
        </w:tc>
      </w:tr>
      <w:tr>
        <w:tc>
          <w:tcPr>
            <w:tcW w:type="dxa" w:w="1701"/>
          </w:tcPr>
          <w:p>
            <w:r>
              <w:t>인쇄 246쪽 / PDF 254쪽 / KN-134 / P1338</w:t>
            </w:r>
          </w:p>
        </w:tc>
        <w:tc>
          <w:tcPr>
            <w:tcW w:type="dxa" w:w="3402"/>
          </w:tcPr>
          <w:p>
            <w:r/>
            <w:r>
              <w:rPr>
                <w:b/>
              </w:rPr>
              <w:t>응계설4번 관청과매 설명 혼합</w:t>
            </w:r>
          </w:p>
          <w:p>
            <w:r>
              <w:t>수정 전: 백성들이잡은관청이혁파됨</w:t>
            </w:r>
          </w:p>
        </w:tc>
        <w:tc>
          <w:tcPr>
            <w:tcW w:type="dxa" w:w="4535"/>
          </w:tcPr>
          <w:p>
            <w:r>
              <w:t>응방관청과매소재구별</w:t>
            </w:r>
          </w:p>
        </w:tc>
      </w:tr>
      <w:tr>
        <w:tc>
          <w:tcPr>
            <w:tcW w:type="dxa" w:w="1701"/>
          </w:tcPr>
          <w:p>
            <w:r>
              <w:t>인쇄 247쪽 / PDF 255쪽 / KN-134 / P1339</w:t>
            </w:r>
          </w:p>
        </w:tc>
        <w:tc>
          <w:tcPr>
            <w:tcW w:type="dxa" w:w="3402"/>
          </w:tcPr>
          <w:p>
            <w:r/>
            <w:r>
              <w:rPr>
                <w:b/>
              </w:rPr>
              <w:t>응계설6번 빈칸문법·문장전체누락</w:t>
            </w:r>
          </w:p>
          <w:p>
            <w:r>
              <w:t>수정 전: 의도없이·늦은일이었다</w:t>
            </w:r>
          </w:p>
        </w:tc>
        <w:tc>
          <w:tcPr>
            <w:tcW w:type="dxa" w:w="4535"/>
          </w:tcPr>
          <w:p>
            <w:r>
              <w:t>의도·아,이또한늦은일이었다</w:t>
            </w:r>
          </w:p>
        </w:tc>
      </w:tr>
      <w:tr>
        <w:tc>
          <w:tcPr>
            <w:tcW w:type="dxa" w:w="1701"/>
          </w:tcPr>
          <w:p>
            <w:r>
              <w:t>인쇄 248쪽 / PDF 256쪽 / KN-135 / P1357</w:t>
            </w:r>
          </w:p>
        </w:tc>
        <w:tc>
          <w:tcPr>
            <w:tcW w:type="dxa" w:w="3402"/>
          </w:tcPr>
          <w:p>
            <w:r/>
            <w:r>
              <w:rPr>
                <w:b/>
              </w:rPr>
              <w:t>요약 고사 인물·이사 과정</w:t>
            </w:r>
          </w:p>
          <w:p>
            <w:r>
              <w:t>수정 전: 증자 아내·학교곁으로세번이사</w:t>
            </w:r>
          </w:p>
        </w:tc>
        <w:tc>
          <w:tcPr>
            <w:tcW w:type="dxa" w:w="4535"/>
          </w:tcPr>
          <w:p>
            <w:r>
              <w:t>맹자 어머니·세번이사끝에학교곁</w:t>
            </w:r>
          </w:p>
        </w:tc>
      </w:tr>
      <w:tr>
        <w:tc>
          <w:tcPr>
            <w:tcW w:type="dxa" w:w="1701"/>
          </w:tcPr>
          <w:p>
            <w:r>
              <w:t>인쇄 250쪽 / PDF 258쪽 / KN-135 / P1358</w:t>
            </w:r>
          </w:p>
        </w:tc>
        <w:tc>
          <w:tcPr>
            <w:tcW w:type="dxa" w:w="3402"/>
          </w:tcPr>
          <w:p>
            <w:r/>
            <w:r>
              <w:rPr>
                <w:b/>
              </w:rPr>
              <w:t>1번 대화 비문</w:t>
            </w:r>
          </w:p>
          <w:p>
            <w:r>
              <w:t>수정 전: 헌 의복 기워과 같은 옷</w:t>
            </w:r>
          </w:p>
        </w:tc>
        <w:tc>
          <w:tcPr>
            <w:tcW w:type="dxa" w:w="4535"/>
          </w:tcPr>
          <w:p>
            <w:r>
              <w:t>헌 의복을 기워 입으라는 내용</w:t>
            </w:r>
          </w:p>
        </w:tc>
      </w:tr>
      <w:tr>
        <w:tc>
          <w:tcPr>
            <w:tcW w:type="dxa" w:w="1701"/>
          </w:tcPr>
          <w:p>
            <w:r>
              <w:t>인쇄 251쪽 / PDF 259쪽 / KN-135 / P1359</w:t>
            </w:r>
          </w:p>
        </w:tc>
        <w:tc>
          <w:tcPr>
            <w:tcW w:type="dxa" w:w="3402"/>
          </w:tcPr>
          <w:p>
            <w:r/>
            <w:r>
              <w:rPr>
                <w:b/>
              </w:rPr>
              <w:t>4번 답란 누락</w:t>
            </w:r>
          </w:p>
          <w:p>
            <w:r>
              <w:t>수정 전: 답란 없음</w:t>
            </w:r>
          </w:p>
        </w:tc>
        <w:tc>
          <w:tcPr>
            <w:tcW w:type="dxa" w:w="4535"/>
          </w:tcPr>
          <w:p>
            <w:r>
              <w:t>원래 문항쪽에 두 줄 답란</w:t>
            </w:r>
          </w:p>
        </w:tc>
      </w:tr>
      <w:tr>
        <w:tc>
          <w:tcPr>
            <w:tcW w:type="dxa" w:w="1701"/>
          </w:tcPr>
          <w:p>
            <w:r>
              <w:t>인쇄 252쪽 / PDF 260쪽 / KN-135 / P1360</w:t>
            </w:r>
          </w:p>
        </w:tc>
        <w:tc>
          <w:tcPr>
            <w:tcW w:type="dxa" w:w="3402"/>
          </w:tcPr>
          <w:p>
            <w:r/>
            <w:r>
              <w:rPr>
                <w:b/>
              </w:rPr>
              <w:t>5번 글자 수·6번 없는 밑줄 참조</w:t>
            </w:r>
          </w:p>
          <w:p>
            <w:r>
              <w:t>수정 전: 6자·밑줄 친 자식같이</w:t>
            </w:r>
          </w:p>
        </w:tc>
        <w:tc>
          <w:tcPr>
            <w:tcW w:type="dxa" w:w="4535"/>
          </w:tcPr>
          <w:p>
            <w:r>
              <w:t>공백제외7자·지문의 자식같이</w:t>
            </w:r>
          </w:p>
        </w:tc>
      </w:tr>
      <w:tr>
        <w:tc>
          <w:tcPr>
            <w:tcW w:type="dxa" w:w="1701"/>
          </w:tcPr>
          <w:p>
            <w:r>
              <w:t>인쇄 253쪽 / PDF 261쪽 / KN-135 / P1361</w:t>
            </w:r>
          </w:p>
        </w:tc>
        <w:tc>
          <w:tcPr>
            <w:tcW w:type="dxa" w:w="3402"/>
          </w:tcPr>
          <w:p>
            <w:r/>
            <w:r>
              <w:rPr>
                <w:b/>
              </w:rPr>
              <w:t>2번 완전한 문장 경계</w:t>
            </w:r>
          </w:p>
          <w:p>
            <w:r>
              <w:t>수정 전: 그/귀할손가·세월이/쉬우려니</w:t>
            </w:r>
          </w:p>
        </w:tc>
        <w:tc>
          <w:tcPr>
            <w:tcW w:type="dxa" w:w="4535"/>
          </w:tcPr>
          <w:p>
            <w:r>
              <w:t>노비는/귀할손가·남의/마라</w:t>
            </w:r>
          </w:p>
        </w:tc>
      </w:tr>
      <w:tr>
        <w:tc>
          <w:tcPr>
            <w:tcW w:type="dxa" w:w="1701"/>
          </w:tcPr>
          <w:p>
            <w:r>
              <w:t>인쇄 254쪽 / PDF 262쪽 / KN-135 / P1362</w:t>
            </w:r>
          </w:p>
        </w:tc>
        <w:tc>
          <w:tcPr>
            <w:tcW w:type="dxa" w:w="3402"/>
          </w:tcPr>
          <w:p>
            <w:r/>
            <w:r>
              <w:rPr>
                <w:b/>
              </w:rPr>
              <w:t>4번 50자 초과 대안답</w:t>
            </w:r>
          </w:p>
          <w:p>
            <w:r>
              <w:t>수정 전: 대안답54자</w:t>
            </w:r>
          </w:p>
        </w:tc>
        <w:tc>
          <w:tcPr>
            <w:tcW w:type="dxa" w:w="4535"/>
          </w:tcPr>
          <w:p>
            <w:r>
              <w:t>조건충족 기존48자답</w:t>
              <w:br/>
              <w:t>반영 문구</w:t>
              <w:br/>
              <w:t>정답: 노비는 상전을 봉양하는 필수적 존재이며, 신분을 넘어 예우해야 할 인격체이기 때문이다. (48자)</w:t>
            </w:r>
          </w:p>
        </w:tc>
      </w:tr>
      <w:tr>
        <w:tc>
          <w:tcPr>
            <w:tcW w:type="dxa" w:w="1701"/>
          </w:tcPr>
          <w:p>
            <w:r>
              <w:t>인쇄 255쪽 / PDF 263쪽 / KN-135 / P1363</w:t>
            </w:r>
          </w:p>
        </w:tc>
        <w:tc>
          <w:tcPr>
            <w:tcW w:type="dxa" w:w="3402"/>
          </w:tcPr>
          <w:p>
            <w:r/>
            <w:r>
              <w:rPr>
                <w:b/>
              </w:rPr>
              <w:t>6번 해설 없는 밑줄 참조</w:t>
            </w:r>
          </w:p>
          <w:p>
            <w:r>
              <w:t>수정 전: 밑줄 친 자식같이</w:t>
            </w:r>
          </w:p>
        </w:tc>
        <w:tc>
          <w:tcPr>
            <w:tcW w:type="dxa" w:w="4535"/>
          </w:tcPr>
          <w:p>
            <w:r>
              <w:t>지문의 자식같이</w:t>
            </w:r>
          </w:p>
        </w:tc>
      </w:tr>
      <w:tr>
        <w:tc>
          <w:tcPr>
            <w:tcW w:type="dxa" w:w="1701"/>
          </w:tcPr>
          <w:p>
            <w:r>
              <w:t>인쇄 256쪽 / PDF 264쪽 / KN-135 / P1379</w:t>
            </w:r>
          </w:p>
        </w:tc>
        <w:tc>
          <w:tcPr>
            <w:tcW w:type="dxa" w:w="3402"/>
          </w:tcPr>
          <w:p>
            <w:r/>
            <w:r>
              <w:rPr>
                <w:b/>
              </w:rPr>
              <w:t>상론 요약 상의 변화</w:t>
            </w:r>
          </w:p>
          <w:p>
            <w:r>
              <w:t>수정 전: 상에맞는결과를이룸</w:t>
            </w:r>
          </w:p>
        </w:tc>
        <w:tc>
          <w:tcPr>
            <w:tcW w:type="dxa" w:w="4535"/>
          </w:tcPr>
          <w:p>
            <w:r>
              <w:t>형세가다시상에영향</w:t>
            </w:r>
          </w:p>
        </w:tc>
      </w:tr>
      <w:tr>
        <w:tc>
          <w:tcPr>
            <w:tcW w:type="dxa" w:w="1701"/>
          </w:tcPr>
          <w:p>
            <w:r>
              <w:t>인쇄 258쪽 / PDF 266쪽 / KN-135 / P1380</w:t>
            </w:r>
          </w:p>
        </w:tc>
        <w:tc>
          <w:tcPr>
            <w:tcW w:type="dxa" w:w="3402"/>
          </w:tcPr>
          <w:p>
            <w:r/>
            <w:r>
              <w:rPr>
                <w:b/>
              </w:rPr>
              <w:t>상론1번 복수 문장 가능성</w:t>
            </w:r>
          </w:p>
          <w:p>
            <w:r>
              <w:t>수정 전: 비판어조설의문장단서만</w:t>
            </w:r>
          </w:p>
        </w:tc>
        <w:tc>
          <w:tcPr>
            <w:tcW w:type="dxa" w:w="4535"/>
          </w:tcPr>
          <w:p>
            <w:r>
              <w:t>익힘효과나열직후문장명시</w:t>
              <w:br/>
              <w:t>반영 문구</w:t>
              <w:br/>
              <w:t>㉡은 학문·이·힘·악을 익힌 효과를 나열한 문장 바로 다음 문장에서 찾을 것.</w:t>
            </w:r>
          </w:p>
        </w:tc>
      </w:tr>
      <w:tr>
        <w:tc>
          <w:tcPr>
            <w:tcW w:type="dxa" w:w="1701"/>
          </w:tcPr>
          <w:p>
            <w:r>
              <w:t>인쇄 259쪽 / PDF 267쪽 / KN-135 / P1381</w:t>
            </w:r>
          </w:p>
        </w:tc>
        <w:tc>
          <w:tcPr>
            <w:tcW w:type="dxa" w:w="3402"/>
          </w:tcPr>
          <w:p>
            <w:r/>
            <w:r>
              <w:rPr>
                <w:b/>
              </w:rPr>
              <w:t>상론3번 표 인과역전·빈칸문법·4번 단어조건</w:t>
            </w:r>
          </w:p>
          <w:p>
            <w:r>
              <w:t>수정 전: 통념과저자동일·익히는것으로써·주변의익히는것</w:t>
            </w:r>
          </w:p>
        </w:tc>
        <w:tc>
          <w:tcPr>
            <w:tcW w:type="dxa" w:w="4535"/>
          </w:tcPr>
          <w:p>
            <w:r>
              <w:t>통념역방향·익히는것에따라·자신이익히는것</w:t>
            </w:r>
          </w:p>
        </w:tc>
      </w:tr>
      <w:tr>
        <w:tc>
          <w:tcPr>
            <w:tcW w:type="dxa" w:w="1701"/>
          </w:tcPr>
          <w:p>
            <w:r>
              <w:t>인쇄 260쪽 / PDF 268쪽 / KN-135 / P1382</w:t>
            </w:r>
          </w:p>
        </w:tc>
        <w:tc>
          <w:tcPr>
            <w:tcW w:type="dxa" w:w="3402"/>
          </w:tcPr>
          <w:p>
            <w:r/>
            <w:r>
              <w:rPr>
                <w:b/>
              </w:rPr>
              <w:t>상론5번 없는 기호·답란·6번 갈래 용어</w:t>
            </w:r>
          </w:p>
          <w:p>
            <w:r>
              <w:t>수정 전: ⓐ·답란없음·시어</w:t>
            </w:r>
          </w:p>
        </w:tc>
        <w:tc>
          <w:tcPr>
            <w:tcW w:type="dxa" w:w="4535"/>
          </w:tcPr>
          <w:p>
            <w:r>
              <w:t>기호제거·동일쪽답란·어휘·6번 지시문과 답란 겹침 해소</w:t>
            </w:r>
          </w:p>
        </w:tc>
      </w:tr>
      <w:tr>
        <w:tc>
          <w:tcPr>
            <w:tcW w:type="dxa" w:w="1701"/>
          </w:tcPr>
          <w:p>
            <w:r>
              <w:t>인쇄 261쪽 / PDF 269쪽 / KN-135 / P1383</w:t>
            </w:r>
          </w:p>
        </w:tc>
        <w:tc>
          <w:tcPr>
            <w:tcW w:type="dxa" w:w="3402"/>
          </w:tcPr>
          <w:p>
            <w:r/>
            <w:r>
              <w:rPr>
                <w:b/>
              </w:rPr>
              <w:t>상론2번 인용근거 문단</w:t>
            </w:r>
          </w:p>
          <w:p>
            <w:r>
              <w:t>수정 전: 2문단의익히는것</w:t>
            </w:r>
          </w:p>
        </w:tc>
        <w:tc>
          <w:tcPr>
            <w:tcW w:type="dxa" w:w="4535"/>
          </w:tcPr>
          <w:p>
            <w:r>
              <w:t>3문단의효과인용</w:t>
            </w:r>
          </w:p>
        </w:tc>
      </w:tr>
      <w:tr>
        <w:tc>
          <w:tcPr>
            <w:tcW w:type="dxa" w:w="1701"/>
          </w:tcPr>
          <w:p>
            <w:r>
              <w:t>인쇄 262쪽 / PDF 270쪽 / KN-135 / P1384</w:t>
            </w:r>
          </w:p>
        </w:tc>
        <w:tc>
          <w:tcPr>
            <w:tcW w:type="dxa" w:w="3402"/>
          </w:tcPr>
          <w:p>
            <w:r/>
            <w:r>
              <w:rPr>
                <w:b/>
              </w:rPr>
              <w:t>상론3번 원문없는 동의어허용</w:t>
            </w:r>
          </w:p>
          <w:p>
            <w:r>
              <w:t>수정 전: 익힘도허용</w:t>
            </w:r>
          </w:p>
        </w:tc>
        <w:tc>
          <w:tcPr>
            <w:tcW w:type="dxa" w:w="4535"/>
          </w:tcPr>
          <w:p>
            <w:r>
              <w:t>원문의익히는것</w:t>
            </w:r>
          </w:p>
        </w:tc>
      </w:tr>
      <w:tr>
        <w:tc>
          <w:tcPr>
            <w:tcW w:type="dxa" w:w="1701"/>
          </w:tcPr>
          <w:p>
            <w:r>
              <w:t>인쇄 263쪽 / PDF 271쪽 / KN-135 / P1385</w:t>
            </w:r>
          </w:p>
        </w:tc>
        <w:tc>
          <w:tcPr>
            <w:tcW w:type="dxa" w:w="3402"/>
          </w:tcPr>
          <w:p>
            <w:r/>
            <w:r>
              <w:rPr>
                <w:b/>
              </w:rPr>
              <w:t>상론5번 지시어 전체와 과제범위 구분</w:t>
            </w:r>
          </w:p>
          <w:p>
            <w:r>
              <w:t>수정 전: 밑줄ⓐ·전체를성취결과로한정</w:t>
            </w:r>
          </w:p>
        </w:tc>
        <w:tc>
          <w:tcPr>
            <w:tcW w:type="dxa" w:w="4535"/>
          </w:tcPr>
          <w:p>
            <w:r>
              <w:t>제시한두사례의성취결과</w:t>
            </w:r>
          </w:p>
        </w:tc>
      </w:tr>
      <w:tr>
        <w:tc>
          <w:tcPr>
            <w:tcW w:type="dxa" w:w="1701"/>
          </w:tcPr>
          <w:p>
            <w:r>
              <w:t>인쇄 265쪽 / PDF 273쪽 / KN-136 / P1386</w:t>
            </w:r>
          </w:p>
        </w:tc>
        <w:tc>
          <w:tcPr>
            <w:tcW w:type="dxa" w:w="3402"/>
          </w:tcPr>
          <w:p>
            <w:r/>
            <w:r>
              <w:rPr>
                <w:b/>
              </w:rPr>
              <w:t>요약3번 빈칸 접속 불가 대안</w:t>
            </w:r>
          </w:p>
          <w:p>
            <w:r>
              <w:t>수정 전: 귀함 또는 귀하게 여김</w:t>
            </w:r>
          </w:p>
        </w:tc>
        <w:tc>
          <w:tcPr>
            <w:tcW w:type="dxa" w:w="4535"/>
          </w:tcPr>
          <w:p>
            <w:r>
              <w:t>귀함</w:t>
            </w:r>
          </w:p>
        </w:tc>
      </w:tr>
      <w:tr>
        <w:tc>
          <w:tcPr>
            <w:tcW w:type="dxa" w:w="1701"/>
          </w:tcPr>
          <w:p>
            <w:r>
              <w:t>인쇄 266쪽 / PDF 274쪽 / KN-136 / P1387</w:t>
            </w:r>
          </w:p>
        </w:tc>
        <w:tc>
          <w:tcPr>
            <w:tcW w:type="dxa" w:w="3402"/>
          </w:tcPr>
          <w:p>
            <w:r/>
            <w:r>
              <w:rPr>
                <w:b/>
              </w:rPr>
              <w:t>2번 비유 단서의 문장 범위</w:t>
            </w:r>
          </w:p>
          <w:p>
            <w:r>
              <w:t>수정 전: 가역적 관계·상태 변화</w:t>
            </w:r>
          </w:p>
        </w:tc>
        <w:tc>
          <w:tcPr>
            <w:tcW w:type="dxa" w:w="4535"/>
          </w:tcPr>
          <w:p>
            <w:r>
              <w:t>생각과 시를 물과 얼음에 각각 직접 견준 문장</w:t>
              <w:br/>
              <w:t>반영 문구</w:t>
              <w:br/>
              <w:t>글쓴이는 시 창작의 본질과 가치를 설명한다. ㉠은 오장육부를 힘들게 하며 시를 짓는 노고의 비중을 분수로 표현한 문장이다. ㉡은 생각과 시를 각각 물과 얼음에 직접 견주어 두 대상의 관계를 정의한 문장이다.</w:t>
            </w:r>
          </w:p>
        </w:tc>
      </w:tr>
      <w:tr>
        <w:tc>
          <w:tcPr>
            <w:tcW w:type="dxa" w:w="1701"/>
          </w:tcPr>
          <w:p>
            <w:r>
              <w:t>인쇄 267쪽 / PDF 275쪽 / KN-136 / P1388</w:t>
            </w:r>
          </w:p>
        </w:tc>
        <w:tc>
          <w:tcPr>
            <w:tcW w:type="dxa" w:w="3402"/>
          </w:tcPr>
          <w:p>
            <w:r/>
            <w:r>
              <w:rPr>
                <w:b/>
              </w:rPr>
              <w:t>3번 빈칸 기호·원문조건 및 4번 문장 특정</w:t>
            </w:r>
          </w:p>
          <w:p>
            <w:r>
              <w:t>수정 전: 가나 vs ①②·원문 그대로인데 짓는으로 변형·온 정성 단서</w:t>
            </w:r>
          </w:p>
        </w:tc>
        <w:tc>
          <w:tcPr>
            <w:tcW w:type="dxa" w:w="4535"/>
          </w:tcPr>
          <w:p>
            <w:r>
              <w:t>①② 통일·어미만 변경 허용·분수 표현 문장 특정</w:t>
              <w:br/>
              <w:t>반영 문구</w:t>
              <w:br/>
              <w:t>• 지문에 있는 표현을 사용하되, 문맥에 맞게 어미만 변형할 수 있음.</w:t>
              <w:br/>
              <w:t>㉠은 창작의 노고가 차지하는 비중을 분수로 표현한 문장에서 찾을 것.</w:t>
            </w:r>
          </w:p>
        </w:tc>
      </w:tr>
      <w:tr>
        <w:tc>
          <w:tcPr>
            <w:tcW w:type="dxa" w:w="1701"/>
          </w:tcPr>
          <w:p>
            <w:r>
              <w:t>인쇄 269쪽 / PDF 277쪽 / KN-136 / P1390</w:t>
            </w:r>
          </w:p>
        </w:tc>
        <w:tc>
          <w:tcPr>
            <w:tcW w:type="dxa" w:w="3402"/>
          </w:tcPr>
          <w:p>
            <w:r/>
            <w:r>
              <w:rPr>
                <w:b/>
              </w:rPr>
              <w:t>2번 해설 문단 번호·비유 범위</w:t>
            </w:r>
          </w:p>
          <w:p>
            <w:r>
              <w:t>수정 전: 6문단·한문장이순환전체설명</w:t>
            </w:r>
          </w:p>
        </w:tc>
        <w:tc>
          <w:tcPr>
            <w:tcW w:type="dxa" w:w="4535"/>
          </w:tcPr>
          <w:p>
            <w:r>
              <w:t>생각과 시를 물과 얼음에 직접 비유한 문장</w:t>
              <w:br/>
              <w:t>반영 문구</w:t>
              <w:br/>
              <w:t>㉡ '생각은 물과 같고 시는 얼음과 같다.'에서 생각을 물에, 시를 얼음에 직접 견준다. 이 완전한 문장의 첫 어절은 '생각은', 마지막 어절은 '같다.'이다.</w:t>
            </w:r>
          </w:p>
        </w:tc>
      </w:tr>
      <w:tr>
        <w:tc>
          <w:tcPr>
            <w:tcW w:type="dxa" w:w="1701"/>
          </w:tcPr>
          <w:p>
            <w:r>
              <w:t>인쇄 271쪽 / PDF 279쪽 / KN-136 / P1391</w:t>
            </w:r>
          </w:p>
        </w:tc>
        <w:tc>
          <w:tcPr>
            <w:tcW w:type="dxa" w:w="3402"/>
          </w:tcPr>
          <w:p>
            <w:r/>
            <w:r>
              <w:rPr>
                <w:b/>
              </w:rPr>
              <w:t>5번 예시답안 글자 수 초과</w:t>
            </w:r>
          </w:p>
          <w:p>
            <w:r>
              <w:t>수정 전: 57자로 발문의50자초과</w:t>
            </w:r>
          </w:p>
        </w:tc>
        <w:tc>
          <w:tcPr>
            <w:tcW w:type="dxa" w:w="4535"/>
          </w:tcPr>
          <w:p>
            <w:r>
              <w:t>허균이 불교의 말로 시를 장식함을 경계하고 깊은 생각의 중요성을 일깨우기 위해서이다. (공백포함47자)</w:t>
            </w:r>
          </w:p>
        </w:tc>
      </w:tr>
      <w:tr>
        <w:tc>
          <w:tcPr>
            <w:tcW w:type="dxa" w:w="1701"/>
          </w:tcPr>
          <w:p>
            <w:r>
              <w:t>인쇄 273쪽 / PDF 281쪽 / KN-137 / P1392</w:t>
            </w:r>
          </w:p>
        </w:tc>
        <w:tc>
          <w:tcPr>
            <w:tcW w:type="dxa" w:w="3402"/>
          </w:tcPr>
          <w:p>
            <w:r/>
            <w:r>
              <w:rPr>
                <w:b/>
              </w:rPr>
              <w:t>규원가 요약 홍안의 뜻</w:t>
            </w:r>
          </w:p>
          <w:p>
            <w:r>
              <w:t>수정 전: 운명이 기구한 여자</w:t>
            </w:r>
          </w:p>
        </w:tc>
        <w:tc>
          <w:tcPr>
            <w:tcW w:type="dxa" w:w="4535"/>
          </w:tcPr>
          <w:p>
            <w:r>
              <w:t>젊고 아름다운 여자</w:t>
            </w:r>
          </w:p>
        </w:tc>
      </w:tr>
      <w:tr>
        <w:tc>
          <w:tcPr>
            <w:tcW w:type="dxa" w:w="1701"/>
          </w:tcPr>
          <w:p>
            <w:r>
              <w:t>인쇄 274쪽 / PDF 282쪽 / KN-137 / P1393</w:t>
            </w:r>
          </w:p>
        </w:tc>
        <w:tc>
          <w:tcPr>
            <w:tcW w:type="dxa" w:w="3402"/>
          </w:tcPr>
          <w:p>
            <w:r/>
            <w:r>
              <w:rPr>
                <w:b/>
              </w:rPr>
              <w:t>규원가1번 울음소리 감각</w:t>
            </w:r>
          </w:p>
          <w:p>
            <w:r>
              <w:t>수정 전: 시각적이면서도 청각적</w:t>
            </w:r>
          </w:p>
        </w:tc>
        <w:tc>
          <w:tcPr>
            <w:tcW w:type="dxa" w:w="4535"/>
          </w:tcPr>
          <w:p>
            <w:r>
              <w:t>청각적</w:t>
            </w:r>
          </w:p>
        </w:tc>
      </w:tr>
      <w:tr>
        <w:tc>
          <w:tcPr>
            <w:tcW w:type="dxa" w:w="1701"/>
          </w:tcPr>
          <w:p>
            <w:r>
              <w:t>인쇄 276쪽 / PDF 284쪽 / KN-137 / P1395</w:t>
            </w:r>
          </w:p>
        </w:tc>
        <w:tc>
          <w:tcPr>
            <w:tcW w:type="dxa" w:w="3402"/>
          </w:tcPr>
          <w:p>
            <w:r/>
            <w:r>
              <w:rPr>
                <w:b/>
              </w:rPr>
              <w:t>규원가5·6번 설명 과장</w:t>
            </w:r>
          </w:p>
          <w:p>
            <w:r>
              <w:t>수정 전: 한번빠지면못나옴·모든연결영구차단</w:t>
            </w:r>
          </w:p>
        </w:tc>
        <w:tc>
          <w:tcPr>
            <w:tcW w:type="dxa" w:w="4535"/>
          </w:tcPr>
          <w:p>
            <w:r>
              <w:t>원문의전설속강·임과소통단절</w:t>
            </w:r>
          </w:p>
        </w:tc>
      </w:tr>
      <w:tr>
        <w:tc>
          <w:tcPr>
            <w:tcW w:type="dxa" w:w="1701"/>
          </w:tcPr>
          <w:p>
            <w:r>
              <w:t>인쇄 277쪽 / PDF 285쪽 / KN-137 / P1396</w:t>
            </w:r>
          </w:p>
        </w:tc>
        <w:tc>
          <w:tcPr>
            <w:tcW w:type="dxa" w:w="3402"/>
          </w:tcPr>
          <w:p>
            <w:r/>
            <w:r>
              <w:rPr>
                <w:b/>
              </w:rPr>
              <w:t>규원가2번 완전한 문장의 시작</w:t>
            </w:r>
          </w:p>
          <w:p>
            <w:r>
              <w:t>수정 전: 설빈화안·우리</w:t>
            </w:r>
          </w:p>
        </w:tc>
        <w:tc>
          <w:tcPr>
            <w:tcW w:type="dxa" w:w="4535"/>
          </w:tcPr>
          <w:p>
            <w:r>
              <w:t>부생모육·천상의</w:t>
            </w:r>
          </w:p>
        </w:tc>
      </w:tr>
      <w:tr>
        <w:tc>
          <w:tcPr>
            <w:tcW w:type="dxa" w:w="1701"/>
          </w:tcPr>
          <w:p>
            <w:r>
              <w:t>인쇄 281쪽 / PDF 289쪽 / KN-137 / P1397</w:t>
            </w:r>
          </w:p>
        </w:tc>
        <w:tc>
          <w:tcPr>
            <w:tcW w:type="dxa" w:w="3402"/>
          </w:tcPr>
          <w:p>
            <w:r/>
            <w:r>
              <w:rPr>
                <w:b/>
              </w:rPr>
              <w:t>인현왕후전 요약 발화자·뉘우치는 주체</w:t>
            </w:r>
          </w:p>
          <w:p>
            <w:r>
              <w:t>수정 전: 왕후가사체를이유로거부·왕후가뉘우침</w:t>
            </w:r>
          </w:p>
        </w:tc>
        <w:tc>
          <w:tcPr>
            <w:tcW w:type="dxa" w:w="4535"/>
          </w:tcPr>
          <w:p>
            <w:r>
              <w:t>중신이사체들어개문청함·숙종이뉘우침</w:t>
            </w:r>
          </w:p>
        </w:tc>
      </w:tr>
      <w:tr>
        <w:tc>
          <w:tcPr>
            <w:tcW w:type="dxa" w:w="1701"/>
          </w:tcPr>
          <w:p>
            <w:r>
              <w:t>인쇄 282쪽 / PDF 290쪽 / KN-137 / P1398</w:t>
            </w:r>
          </w:p>
        </w:tc>
        <w:tc>
          <w:tcPr>
            <w:tcW w:type="dxa" w:w="3402"/>
          </w:tcPr>
          <w:p>
            <w:r/>
            <w:r>
              <w:rPr>
                <w:b/>
              </w:rPr>
              <w:t>인현왕후전1번 본가 주인 부재 단정</w:t>
            </w:r>
          </w:p>
          <w:p>
            <w:r>
              <w:t>수정 전: 주인을잃고방치</w:t>
            </w:r>
          </w:p>
        </w:tc>
        <w:tc>
          <w:tcPr>
            <w:tcW w:type="dxa" w:w="4535"/>
          </w:tcPr>
          <w:p>
            <w:r>
              <w:t>왕후가머무는황폐한본가</w:t>
            </w:r>
          </w:p>
        </w:tc>
      </w:tr>
      <w:tr>
        <w:tc>
          <w:tcPr>
            <w:tcW w:type="dxa" w:w="1701"/>
          </w:tcPr>
          <w:p>
            <w:r>
              <w:t>인쇄 282쪽 / PDF 290쪽 / KN-137 / P1604</w:t>
            </w:r>
          </w:p>
        </w:tc>
        <w:tc>
          <w:tcPr>
            <w:tcW w:type="dxa" w:w="3402"/>
          </w:tcPr>
          <w:p>
            <w:r/>
            <w:r>
              <w:rPr>
                <w:b/>
              </w:rPr>
              <w:t>2번 보기 제목과 대사 설명 중첩</w:t>
            </w:r>
          </w:p>
          <w:p>
            <w:r>
              <w:t>수정 전: 제목과 설명의 행간 9pt로 글자 높이 중첩</w:t>
            </w:r>
          </w:p>
        </w:tc>
        <w:tc>
          <w:tcPr>
            <w:tcW w:type="dxa" w:w="4535"/>
          </w:tcPr>
          <w:p>
            <w:r>
              <w:t>원래 보기 영역에서 9pt 글꼴과 13.5pt 행간으로 정리</w:t>
              <w:br/>
              <w:t>반영 문구</w:t>
              <w:br/>
              <w:t>○ ‘후(인현왕후)’ 역 배우의 메모</w:t>
              <w:br/>
              <w:t>대사 ①: 부원군의 상을 치른 후 본가에서 보낸 화려한 옷을 거절한다. 폐출된 신분을 잊지 않고 자신을 엄격히 다스리는 담담하고 결연한 어조로 말한다.</w:t>
              <w:br/>
              <w:t>대사 ②: 숙종의 어찰을 가져온 별감들과의 만남을 거부한다. 복위의 기쁨보다 죄인으로서의 도리와 국가의 체면(국체)을 먼저 생각하는 절도 있는 성격을 드러낸다.</w:t>
            </w:r>
          </w:p>
        </w:tc>
      </w:tr>
      <w:tr>
        <w:tc>
          <w:tcPr>
            <w:tcW w:type="dxa" w:w="1701"/>
          </w:tcPr>
          <w:p>
            <w:r>
              <w:t>인쇄 284쪽 / PDF 292쪽 / KN-137 / P1399</w:t>
            </w:r>
          </w:p>
        </w:tc>
        <w:tc>
          <w:tcPr>
            <w:tcW w:type="dxa" w:w="3402"/>
          </w:tcPr>
          <w:p>
            <w:r/>
            <w:r>
              <w:rPr>
                <w:b/>
              </w:rPr>
              <w:t>인현왕후전6번 빈칸기호</w:t>
            </w:r>
          </w:p>
          <w:p>
            <w:r>
              <w:t>수정 전: ㉮ vs ①</w:t>
            </w:r>
          </w:p>
        </w:tc>
        <w:tc>
          <w:tcPr>
            <w:tcW w:type="dxa" w:w="4535"/>
          </w:tcPr>
          <w:p>
            <w:r>
              <w:t>①</w:t>
            </w:r>
          </w:p>
        </w:tc>
      </w:tr>
      <w:tr>
        <w:tc>
          <w:tcPr>
            <w:tcW w:type="dxa" w:w="1701"/>
          </w:tcPr>
          <w:p>
            <w:r>
              <w:t>인쇄 285쪽 / PDF 293쪽 / KN-137 / P1400</w:t>
            </w:r>
          </w:p>
        </w:tc>
        <w:tc>
          <w:tcPr>
            <w:tcW w:type="dxa" w:w="3402"/>
          </w:tcPr>
          <w:p>
            <w:r/>
            <w:r>
              <w:rPr>
                <w:b/>
              </w:rPr>
              <w:t>인현왕후전1번 쉼표 뒤를 첫어절로 오인</w:t>
            </w:r>
          </w:p>
          <w:p>
            <w:r>
              <w:t>수정 전: 초목이/같은지라</w:t>
            </w:r>
          </w:p>
        </w:tc>
        <w:tc>
          <w:tcPr>
            <w:tcW w:type="dxa" w:w="4535"/>
          </w:tcPr>
          <w:p>
            <w:r>
              <w:t>사관이/같은지라</w:t>
            </w:r>
          </w:p>
        </w:tc>
      </w:tr>
      <w:tr>
        <w:tc>
          <w:tcPr>
            <w:tcW w:type="dxa" w:w="1701"/>
          </w:tcPr>
          <w:p>
            <w:r>
              <w:t>인쇄 286쪽 / PDF 294쪽 / KN-137 / P1401</w:t>
            </w:r>
          </w:p>
        </w:tc>
        <w:tc>
          <w:tcPr>
            <w:tcW w:type="dxa" w:w="3402"/>
          </w:tcPr>
          <w:p>
            <w:r/>
            <w:r>
              <w:rPr>
                <w:b/>
              </w:rPr>
              <w:t>인현왕후전4번 문장 첫어절·원문인용</w:t>
            </w:r>
          </w:p>
          <w:p>
            <w:r>
              <w:t>수정 전: 상궁이/무색한지라·천연누락</w:t>
            </w:r>
          </w:p>
        </w:tc>
        <w:tc>
          <w:tcPr>
            <w:tcW w:type="dxa" w:w="4535"/>
          </w:tcPr>
          <w:p>
            <w:r>
              <w:t>후의/무색한지라·원문복원</w:t>
              <w:br/>
              <w:t>반영 문구</w:t>
              <w:br/>
              <w:t>③ '후의 오라버님 내인이'로 시작하여 문을 열도록 권하는 내용과 상궁이 눈물을 흘리며 왕후를 뵙는 모습을 거쳐 '용모 복색이 초췌 무색한지라.'로 끝나는 문장이다. 상궁이 흘리는 눈물이 주변 인물의 슬픔을 드러내며, 초췌한 용모는 왕후의 모습이다. 첫 어절은 '후의', 마지막 어절은 '무색한지라'이다.</w:t>
            </w:r>
          </w:p>
        </w:tc>
      </w:tr>
      <w:tr>
        <w:tc>
          <w:tcPr>
            <w:tcW w:type="dxa" w:w="1701"/>
          </w:tcPr>
          <w:p>
            <w:r>
              <w:t>인쇄 287쪽 / PDF 295쪽 / KN-137 / P1402</w:t>
            </w:r>
          </w:p>
        </w:tc>
        <w:tc>
          <w:tcPr>
            <w:tcW w:type="dxa" w:w="3402"/>
          </w:tcPr>
          <w:p>
            <w:r/>
            <w:r>
              <w:rPr>
                <w:b/>
              </w:rPr>
              <w:t>인현왕후전5번 두문장을한문장으로인용·6번갈래</w:t>
            </w:r>
          </w:p>
          <w:p>
            <w:r>
              <w:t>수정 전: 죄인이/하라·고전수필</w:t>
            </w:r>
          </w:p>
        </w:tc>
        <w:tc>
          <w:tcPr>
            <w:tcW w:type="dxa" w:w="4535"/>
          </w:tcPr>
          <w:p>
            <w:r>
              <w:t>죄인이/입으리요·고전소설</w:t>
            </w:r>
          </w:p>
        </w:tc>
      </w:tr>
      <w:tr>
        <w:tc>
          <w:tcPr>
            <w:tcW w:type="dxa" w:w="1701"/>
          </w:tcPr>
          <w:p>
            <w:r>
              <w:t>인쇄 290쪽 / PDF 298쪽 / KN-138 / P1418</w:t>
            </w:r>
          </w:p>
        </w:tc>
        <w:tc>
          <w:tcPr>
            <w:tcW w:type="dxa" w:w="3402"/>
          </w:tcPr>
          <w:p>
            <w:r/>
            <w:r>
              <w:rPr>
                <w:b/>
              </w:rPr>
              <w:t>목동가2 문장 범위 및 두 화자 구분</w:t>
            </w:r>
          </w:p>
          <w:p>
            <w:r>
              <w:t>수정 전: 행의 첫마지막·한 화자의 달관</w:t>
            </w:r>
          </w:p>
        </w:tc>
        <w:tc>
          <w:tcPr>
            <w:tcW w:type="dxa" w:w="4535"/>
          </w:tcPr>
          <w:p>
            <w:r>
              <w:t>문장 전체·묻는 화자와 목동 구분</w:t>
              <w:br/>
              <w:t>반영 문구</w:t>
              <w:br/>
              <w:t>「목동가」에는 서로 다른 삶을 지향하는 두 화자가 등장한다. 묻는 화자는 ㉠삼만 육천 일을 살아도 덧없다는 인식과 함께 인간의 생사를 정할 수 없음을 설의적으로 드러낸다. 답하는 목동은 마지막에 ㉡세속의 화려함에 현혹되지 않고 자신의 분수를 지키겠다고 다짐한다.</w:t>
            </w:r>
          </w:p>
        </w:tc>
      </w:tr>
      <w:tr>
        <w:tc>
          <w:tcPr>
            <w:tcW w:type="dxa" w:w="1701"/>
          </w:tcPr>
          <w:p>
            <w:r>
              <w:t>인쇄 291쪽 / PDF 299쪽 / KN-138 / P1419</w:t>
            </w:r>
          </w:p>
        </w:tc>
        <w:tc>
          <w:tcPr>
            <w:tcW w:type="dxa" w:w="3402"/>
          </w:tcPr>
          <w:p>
            <w:r/>
            <w:r>
              <w:rPr>
                <w:b/>
              </w:rPr>
              <w:t>목동가3·4 발화주체 혼동·굴원 단서·소 유형</w:t>
            </w:r>
          </w:p>
          <w:p>
            <w:r>
              <w:t>수정 전: 묻는 화자와 목동 혼동·굴원 유자후 모호·두 종류</w:t>
            </w:r>
          </w:p>
        </w:tc>
        <w:tc>
          <w:tcPr>
            <w:tcW w:type="dxa" w:w="4535"/>
          </w:tcPr>
          <w:p>
            <w:r>
              <w:t>목동의 발화로 명시·초나라대부단서·세 종류 중 두 처지 비교</w:t>
              <w:br/>
              <w:t>반영 문구</w:t>
              <w:br/>
              <w:t>답하는 목동은 소 치는 일상을 통해 삶의 이치를 안다고 말한다. 성인의 ( ① )를 잘 몰라도, 고된 노동이나 허망한 희생보다 자신의 처지에 만족하며 내 ( ② )를 지키는 삶이 중요함을 드러낸다.</w:t>
              <w:br/>
              <w:t>「목동가」에서 묻는 화자와 답하는 목동은 삶에 대한 서로 다른 생각을 드러낸다. 목동은 상대방을 고사 속 인물에 빗대고, 여러 소의 처지를 대조하여 자신이 지향하는 삶을 보여 준다.</w:t>
              <w:br/>
              <w:t>목동은 초췌한 상대방을 초나라 대부 ( ① )에 빗댄다. 이는 근심 많은 상대방에 대한 목동의 인식을 드러낸다. 한편 [A]에는 세 종류의 소가 등장한다. 그중 자연에서 한가롭게 지내는 소와 화려하게 치장되었지만 죽음을 앞둔 '희생'의 처지를 ( ② )시켜 세속적 영광의 허망함을 강조한다. 목동은 소박하더라도 자신의 ( ③ )를 지키는 삶을 지향한다.</w:t>
            </w:r>
          </w:p>
        </w:tc>
      </w:tr>
      <w:tr>
        <w:tc>
          <w:tcPr>
            <w:tcW w:type="dxa" w:w="1701"/>
          </w:tcPr>
          <w:p>
            <w:r>
              <w:t>인쇄 292쪽 / PDF 300쪽 / KN-138 / P1420</w:t>
            </w:r>
          </w:p>
        </w:tc>
        <w:tc>
          <w:tcPr>
            <w:tcW w:type="dxa" w:w="3402"/>
          </w:tcPr>
          <w:p>
            <w:r/>
            <w:r>
              <w:rPr>
                <w:b/>
              </w:rPr>
              <w:t>목동가5 완전한 문장·6 답 출처 불일치</w:t>
            </w:r>
          </w:p>
          <w:p>
            <w:r>
              <w:t>수정 전: 구절·한가로운 한 행/죽음 한 행·분수 강연에 없음</w:t>
            </w:r>
          </w:p>
        </w:tc>
        <w:tc>
          <w:tcPr>
            <w:tcW w:type="dxa" w:w="4535"/>
          </w:tcPr>
          <w:p>
            <w:r>
              <w:t>문장 전체·자유와노동대조/희생질문·③은 제시문</w:t>
              <w:br/>
              <w:t>반영 문구</w:t>
              <w:br/>
              <w:t>( ㉠ )은/는 한가로운 소와 고단하게 일하는 소의 처지를 비교하여, 어느 쪽이 더 한가로운지 묻고 있으며,</w:t>
              <w:br/>
              <w:t>①, ②는 강연자의 설명에서, ③은 제시문에서 알맞은 단어를 찾아 쓰시오.</w:t>
            </w:r>
          </w:p>
        </w:tc>
      </w:tr>
      <w:tr>
        <w:tc>
          <w:tcPr>
            <w:tcW w:type="dxa" w:w="1701"/>
          </w:tcPr>
          <w:p>
            <w:r>
              <w:t>인쇄 293쪽 / PDF 301쪽 / KN-138 / P1421</w:t>
            </w:r>
          </w:p>
        </w:tc>
        <w:tc>
          <w:tcPr>
            <w:tcW w:type="dxa" w:w="3402"/>
          </w:tcPr>
          <w:p>
            <w:r/>
            <w:r>
              <w:rPr>
                <w:b/>
              </w:rPr>
              <w:t>목동가2 첫 어절·해설</w:t>
            </w:r>
          </w:p>
          <w:p>
            <w:r>
              <w:t>수정 전: 하물며/정할쏘냐</w:t>
            </w:r>
          </w:p>
        </w:tc>
        <w:tc>
          <w:tcPr>
            <w:tcW w:type="dxa" w:w="4535"/>
          </w:tcPr>
          <w:p>
            <w:r>
              <w:t>삼만/정할쏘냐</w:t>
            </w:r>
          </w:p>
        </w:tc>
      </w:tr>
      <w:tr>
        <w:tc>
          <w:tcPr>
            <w:tcW w:type="dxa" w:w="1701"/>
          </w:tcPr>
          <w:p>
            <w:r>
              <w:t>인쇄 294쪽 / PDF 302쪽 / KN-138 / P1422</w:t>
            </w:r>
          </w:p>
        </w:tc>
        <w:tc>
          <w:tcPr>
            <w:tcW w:type="dxa" w:w="3402"/>
          </w:tcPr>
          <w:p>
            <w:r/>
            <w:r>
              <w:rPr>
                <w:b/>
              </w:rPr>
              <w:t>목동가3 해설 기호</w:t>
            </w:r>
          </w:p>
          <w:p>
            <w:r>
              <w:t>수정 전: ③</w:t>
            </w:r>
          </w:p>
        </w:tc>
        <w:tc>
          <w:tcPr>
            <w:tcW w:type="dxa" w:w="4535"/>
          </w:tcPr>
          <w:p>
            <w:r>
              <w:t>②</w:t>
            </w:r>
          </w:p>
        </w:tc>
      </w:tr>
      <w:tr>
        <w:tc>
          <w:tcPr>
            <w:tcW w:type="dxa" w:w="1701"/>
          </w:tcPr>
          <w:p>
            <w:r>
              <w:t>인쇄 295쪽 / PDF 303쪽 / KN-138 / P1423</w:t>
            </w:r>
          </w:p>
        </w:tc>
        <w:tc>
          <w:tcPr>
            <w:tcW w:type="dxa" w:w="3402"/>
          </w:tcPr>
          <w:p>
            <w:r/>
            <w:r>
              <w:rPr>
                <w:b/>
              </w:rPr>
              <w:t>목동가5 문장 전체 정답·해설</w:t>
            </w:r>
          </w:p>
          <w:p>
            <w:r>
              <w:t>수정 전: 송아지/놓여·백정의/흩어지니</w:t>
            </w:r>
          </w:p>
        </w:tc>
        <w:tc>
          <w:tcPr>
            <w:tcW w:type="dxa" w:w="4535"/>
          </w:tcPr>
          <w:p>
            <w:r>
              <w:t>송아지/괴로운고·일시에/할꼬</w:t>
            </w:r>
          </w:p>
        </w:tc>
      </w:tr>
      <w:tr>
        <w:tc>
          <w:tcPr>
            <w:tcW w:type="dxa" w:w="1701"/>
          </w:tcPr>
          <w:p>
            <w:r>
              <w:t>인쇄 298쪽 / PDF 306쪽 / KN-138 / P1424</w:t>
            </w:r>
          </w:p>
        </w:tc>
        <w:tc>
          <w:tcPr>
            <w:tcW w:type="dxa" w:w="3402"/>
          </w:tcPr>
          <w:p>
            <w:r/>
            <w:r>
              <w:rPr>
                <w:b/>
              </w:rPr>
              <w:t>풍계육가2 근거 없는 공유 의도·문장 경계</w:t>
            </w:r>
          </w:p>
          <w:p>
            <w:r>
              <w:t>수정 전: 자연독점거부·여러종결문 합침</w:t>
            </w:r>
          </w:p>
        </w:tc>
        <w:tc>
          <w:tcPr>
            <w:tcW w:type="dxa" w:w="4535"/>
          </w:tcPr>
          <w:p>
            <w:r>
              <w:t>옛사람환기·후회진술 완전한 한 문장</w:t>
              <w:br/>
              <w:t>반영 문구</w:t>
              <w:br/>
              <w:t>( ① )에서는 '청풍'과 '명월'을 두고 떠난 옛사람에게 의문의 형식으로 말을 건넨다. 자연을 즐기던 옛사람을 떠올리며 자연과 인간의 관계를 드러낸다.</w:t>
              <w:br/>
              <w:t>( ② )는 제6수에서 벼슬길에 나아간 뒤 훗날 느낄 슬픔과 후회를 직접 진술한 문장이다. 그 뒤에 이어지는 '기구하다'와 한자성어를 사용한 탄식은 포함하지 않는다.</w:t>
            </w:r>
          </w:p>
        </w:tc>
      </w:tr>
      <w:tr>
        <w:tc>
          <w:tcPr>
            <w:tcW w:type="dxa" w:w="1701"/>
          </w:tcPr>
          <w:p>
            <w:r>
              <w:t>인쇄 299쪽 / PDF 307쪽 / KN-138 / P1425</w:t>
            </w:r>
          </w:p>
        </w:tc>
        <w:tc>
          <w:tcPr>
            <w:tcW w:type="dxa" w:w="3402"/>
          </w:tcPr>
          <w:p>
            <w:r/>
            <w:r>
              <w:rPr>
                <w:b/>
              </w:rPr>
              <w:t>풍계육가4 인용답 문법·글자수·어구 조건</w:t>
            </w:r>
          </w:p>
          <w:p>
            <w:r>
              <w:t>수정 전: 늦도록닫치었소행위·칼과톱 글자수불명</w:t>
            </w:r>
          </w:p>
        </w:tc>
        <w:tc>
          <w:tcPr>
            <w:tcW w:type="dxa" w:w="4535"/>
          </w:tcPr>
          <w:p>
            <w:r>
              <w:t>인용문접속·공백제외·말로 통일</w:t>
              <w:br/>
              <w:t>반영 문구</w:t>
              <w:br/>
              <w:t>화자는 ( ② )(이)라는 시어로 벼슬과 녹봉을 멀리하는 태도를 드러낸다. 또 문을 '( ③ )'라고 표현하여 속세와의 단절을 보여 준다. 제6수에서는 ( ④ )이라는 두 도구로 속세의 위험을 나타낸다.</w:t>
              <w:br/>
              <w:t>• ①, ②, ④는 공백 제외 2~3자의 명사(구)로 쓸 것.</w:t>
              <w:br/>
              <w:t>• ③은 원문의 어절을 그대로 사용하여 2어절로 쓸 것.</w:t>
              <w:br/>
              <w:t>• 모든 답은 지문에 제시된 말로 쓸 것.</w:t>
            </w:r>
          </w:p>
        </w:tc>
      </w:tr>
      <w:tr>
        <w:tc>
          <w:tcPr>
            <w:tcW w:type="dxa" w:w="1701"/>
          </w:tcPr>
          <w:p>
            <w:r>
              <w:t>인쇄 300쪽 / PDF 308쪽 / KN-138 / P1426</w:t>
            </w:r>
          </w:p>
        </w:tc>
        <w:tc>
          <w:tcPr>
            <w:tcW w:type="dxa" w:w="3402"/>
          </w:tcPr>
          <w:p>
            <w:r/>
            <w:r>
              <w:rPr>
                <w:b/>
              </w:rPr>
              <w:t>풍계육가6 답란 누락</w:t>
            </w:r>
          </w:p>
          <w:p>
            <w:r>
              <w:t>수정 전: 답란 없음</w:t>
            </w:r>
          </w:p>
        </w:tc>
        <w:tc>
          <w:tcPr>
            <w:tcW w:type="dxa" w:w="4535"/>
          </w:tcPr>
          <w:p>
            <w:r>
              <w:t>원래쪽에 답란 보완</w:t>
              <w:br/>
              <w:t>반영 문구</w:t>
              <w:br/>
              <w:t>답: ______________________________________</w:t>
            </w:r>
          </w:p>
        </w:tc>
      </w:tr>
      <w:tr>
        <w:tc>
          <w:tcPr>
            <w:tcW w:type="dxa" w:w="1701"/>
          </w:tcPr>
          <w:p>
            <w:r>
              <w:t>인쇄 301쪽 / PDF 309쪽 / KN-138 / P1427</w:t>
            </w:r>
          </w:p>
        </w:tc>
        <w:tc>
          <w:tcPr>
            <w:tcW w:type="dxa" w:w="3402"/>
          </w:tcPr>
          <w:p>
            <w:r/>
            <w:r>
              <w:rPr>
                <w:b/>
              </w:rPr>
              <w:t>풍계육가2 후회 문장 끝</w:t>
            </w:r>
          </w:p>
          <w:p>
            <w:r>
              <w:t>수정 전: 옛사람/갔노·나중에/하여라</w:t>
            </w:r>
          </w:p>
        </w:tc>
        <w:tc>
          <w:tcPr>
            <w:tcW w:type="dxa" w:w="4535"/>
          </w:tcPr>
          <w:p>
            <w:r>
              <w:t>옛사람이/갔노·나중에/뉘우친다</w:t>
            </w:r>
          </w:p>
        </w:tc>
      </w:tr>
      <w:tr>
        <w:tc>
          <w:tcPr>
            <w:tcW w:type="dxa" w:w="1701"/>
          </w:tcPr>
          <w:p>
            <w:r>
              <w:t>인쇄 302쪽 / PDF 310쪽 / KN-138 / P1428</w:t>
            </w:r>
          </w:p>
        </w:tc>
        <w:tc>
          <w:tcPr>
            <w:tcW w:type="dxa" w:w="3402"/>
          </w:tcPr>
          <w:p>
            <w:r/>
            <w:r>
              <w:rPr>
                <w:b/>
              </w:rPr>
              <w:t>풍계육가4 의미 불일치 허용답</w:t>
            </w:r>
          </w:p>
          <w:p>
            <w:r>
              <w:t>수정 전: 작록 또는 홍진</w:t>
            </w:r>
          </w:p>
        </w:tc>
        <w:tc>
          <w:tcPr>
            <w:tcW w:type="dxa" w:w="4535"/>
          </w:tcPr>
          <w:p>
            <w:r>
              <w:t>작록만 인정</w:t>
            </w:r>
          </w:p>
        </w:tc>
      </w:tr>
      <w:tr>
        <w:tc>
          <w:tcPr>
            <w:tcW w:type="dxa" w:w="1701"/>
          </w:tcPr>
          <w:p>
            <w:r>
              <w:t>인쇄 305쪽 / PDF 313쪽 / KN-138 / P1429</w:t>
            </w:r>
          </w:p>
        </w:tc>
        <w:tc>
          <w:tcPr>
            <w:tcW w:type="dxa" w:w="3402"/>
          </w:tcPr>
          <w:p>
            <w:r/>
            <w:r>
              <w:rPr>
                <w:b/>
              </w:rPr>
              <w:t>고금군자은현론 요약7 어휘</w:t>
            </w:r>
          </w:p>
          <w:p>
            <w:r>
              <w:t>수정 전: 이익 탐구</w:t>
            </w:r>
          </w:p>
        </w:tc>
        <w:tc>
          <w:tcPr>
            <w:tcW w:type="dxa" w:w="4535"/>
          </w:tcPr>
          <w:p>
            <w:r>
              <w:t>이익 추구</w:t>
            </w:r>
          </w:p>
        </w:tc>
      </w:tr>
      <w:tr>
        <w:tc>
          <w:tcPr>
            <w:tcW w:type="dxa" w:w="1701"/>
          </w:tcPr>
          <w:p>
            <w:r>
              <w:t>인쇄 306쪽 / PDF 314쪽 / KN-138 / P1430</w:t>
            </w:r>
          </w:p>
        </w:tc>
        <w:tc>
          <w:tcPr>
            <w:tcW w:type="dxa" w:w="3402"/>
          </w:tcPr>
          <w:p>
            <w:r/>
            <w:r>
              <w:rPr>
                <w:b/>
              </w:rPr>
              <w:t>고금군자은현론1 수사법 오류·2 완전한문장 명시</w:t>
            </w:r>
          </w:p>
          <w:p>
            <w:r>
              <w:t>수정 전: 평서문을 설의법으로 오판</w:t>
            </w:r>
          </w:p>
        </w:tc>
        <w:tc>
          <w:tcPr>
            <w:tcW w:type="dxa" w:w="4535"/>
          </w:tcPr>
          <w:p>
            <w:r>
              <w:t>사례·비유와 단정적 서술</w:t>
            </w:r>
          </w:p>
        </w:tc>
      </w:tr>
      <w:tr>
        <w:tc>
          <w:tcPr>
            <w:tcW w:type="dxa" w:w="1701"/>
          </w:tcPr>
          <w:p>
            <w:r>
              <w:t>인쇄 307쪽 / PDF 315쪽 / KN-138 / P1431</w:t>
            </w:r>
          </w:p>
        </w:tc>
        <w:tc>
          <w:tcPr>
            <w:tcW w:type="dxa" w:w="3402"/>
          </w:tcPr>
          <w:p>
            <w:r/>
            <w:r>
              <w:rPr>
                <w:b/>
              </w:rPr>
              <w:t>고금군자은현론3 단어/어구 조건·4 답란 누락</w:t>
            </w:r>
          </w:p>
          <w:p>
            <w:r>
              <w:t>수정 전: 한 단어 vs 처한 상황·답란없음</w:t>
            </w:r>
          </w:p>
        </w:tc>
        <w:tc>
          <w:tcPr>
            <w:tcW w:type="dxa" w:w="4535"/>
          </w:tcPr>
          <w:p>
            <w:r>
              <w:t>말로 통일·동일쪽 답란</w:t>
              <w:br/>
              <w:t>반영 문구</w:t>
              <w:br/>
              <w:t>답: ______________________________________</w:t>
              <w:br/>
              <w:t>__________________________________________</w:t>
            </w:r>
          </w:p>
        </w:tc>
      </w:tr>
      <w:tr>
        <w:tc>
          <w:tcPr>
            <w:tcW w:type="dxa" w:w="1701"/>
          </w:tcPr>
          <w:p>
            <w:r>
              <w:t>인쇄 308쪽 / PDF 316쪽 / KN-138 / P1432</w:t>
            </w:r>
          </w:p>
        </w:tc>
        <w:tc>
          <w:tcPr>
            <w:tcW w:type="dxa" w:w="3402"/>
          </w:tcPr>
          <w:p>
            <w:r/>
            <w:r>
              <w:rPr>
                <w:b/>
              </w:rPr>
              <w:t>고금군자은현론6 답안 길이</w:t>
            </w:r>
          </w:p>
          <w:p>
            <w:r>
              <w:t>수정 전: 10자 이내</w:t>
            </w:r>
          </w:p>
        </w:tc>
        <w:tc>
          <w:tcPr>
            <w:tcW w:type="dxa" w:w="4535"/>
          </w:tcPr>
          <w:p>
            <w:r>
              <w:t>12자 이내 (미녀 서시의 웃는 모습)</w:t>
            </w:r>
          </w:p>
        </w:tc>
      </w:tr>
      <w:tr>
        <w:tc>
          <w:tcPr>
            <w:tcW w:type="dxa" w:w="1701"/>
          </w:tcPr>
          <w:p>
            <w:r>
              <w:t>인쇄 309쪽 / PDF 317쪽 / KN-138 / P1433</w:t>
            </w:r>
          </w:p>
        </w:tc>
        <w:tc>
          <w:tcPr>
            <w:tcW w:type="dxa" w:w="3402"/>
          </w:tcPr>
          <w:p>
            <w:r/>
            <w:r>
              <w:rPr>
                <w:b/>
              </w:rPr>
              <w:t>고금군자은현론1 설의법·2 문장첫어절</w:t>
            </w:r>
          </w:p>
          <w:p>
            <w:r>
              <w:t>수정 전: 설의법·추녀가/없다</w:t>
            </w:r>
          </w:p>
        </w:tc>
        <w:tc>
          <w:tcPr>
            <w:tcW w:type="dxa" w:w="4535"/>
          </w:tcPr>
          <w:p>
            <w:r>
              <w:t>단정적 서술·간교한/없다</w:t>
            </w:r>
          </w:p>
        </w:tc>
      </w:tr>
      <w:tr>
        <w:tc>
          <w:tcPr>
            <w:tcW w:type="dxa" w:w="1701"/>
          </w:tcPr>
          <w:p>
            <w:r>
              <w:t>인쇄 310쪽 / PDF 318쪽 / KN-138 / P1434</w:t>
            </w:r>
          </w:p>
        </w:tc>
        <w:tc>
          <w:tcPr>
            <w:tcW w:type="dxa" w:w="3402"/>
          </w:tcPr>
          <w:p>
            <w:r/>
            <w:r>
              <w:rPr>
                <w:b/>
              </w:rPr>
              <w:t>고금군자은현론4 채점 필수단어 충돌</w:t>
            </w:r>
          </w:p>
          <w:p>
            <w:r>
              <w:t>수정 전: 상황 또는 시의면 만점</w:t>
            </w:r>
          </w:p>
        </w:tc>
        <w:tc>
          <w:tcPr>
            <w:tcW w:type="dxa" w:w="4535"/>
          </w:tcPr>
          <w:p>
            <w:r>
              <w:t>의리·상황 필수와 원칙성·적절성 대응</w:t>
            </w:r>
          </w:p>
        </w:tc>
      </w:tr>
      <w:tr>
        <w:tc>
          <w:tcPr>
            <w:tcW w:type="dxa" w:w="1701"/>
          </w:tcPr>
          <w:p>
            <w:r>
              <w:t>인쇄 311쪽 / PDF 319쪽 / KN-138 / P1435</w:t>
            </w:r>
          </w:p>
        </w:tc>
        <w:tc>
          <w:tcPr>
            <w:tcW w:type="dxa" w:w="3402"/>
          </w:tcPr>
          <w:p>
            <w:r/>
            <w:r>
              <w:rPr>
                <w:b/>
              </w:rPr>
              <w:t>고금군자은현론5 산문을 연으로 표기</w:t>
            </w:r>
          </w:p>
          <w:p>
            <w:r>
              <w:t>수정 전: 1연</w:t>
            </w:r>
          </w:p>
        </w:tc>
        <w:tc>
          <w:tcPr>
            <w:tcW w:type="dxa" w:w="4535"/>
          </w:tcPr>
          <w:p>
            <w:r>
              <w:t>첫 문단</w:t>
            </w:r>
          </w:p>
        </w:tc>
      </w:tr>
      <w:tr>
        <w:tc>
          <w:tcPr>
            <w:tcW w:type="dxa" w:w="1701"/>
          </w:tcPr>
          <w:p>
            <w:r>
              <w:t>인쇄 312쪽 / PDF 320쪽 / KN-139 / P1449</w:t>
            </w:r>
          </w:p>
        </w:tc>
        <w:tc>
          <w:tcPr>
            <w:tcW w:type="dxa" w:w="3402"/>
          </w:tcPr>
          <w:p>
            <w:r/>
            <w:r>
              <w:rPr>
                <w:b/>
              </w:rPr>
              <w:t>요약6 원문에 없는 빛 흡수 설명</w:t>
            </w:r>
          </w:p>
          <w:p>
            <w:r>
              <w:t>수정 전: 빛을 흡수하지 않고</w:t>
            </w:r>
          </w:p>
        </w:tc>
        <w:tc>
          <w:tcPr>
            <w:tcW w:type="dxa" w:w="4535"/>
          </w:tcPr>
          <w:p>
            <w:r>
              <w:t>검은 옻칠에 모습이 비침</w:t>
            </w:r>
          </w:p>
        </w:tc>
      </w:tr>
      <w:tr>
        <w:tc>
          <w:tcPr>
            <w:tcW w:type="dxa" w:w="1701"/>
          </w:tcPr>
          <w:p>
            <w:r>
              <w:t>인쇄 314쪽 / PDF 322쪽 / KN-139 / P1450</w:t>
            </w:r>
          </w:p>
        </w:tc>
        <w:tc>
          <w:tcPr>
            <w:tcW w:type="dxa" w:w="3402"/>
          </w:tcPr>
          <w:p>
            <w:r/>
            <w:r>
              <w:rPr>
                <w:b/>
              </w:rPr>
              <w:t>1번 어구 조건·2번 설의 해석</w:t>
            </w:r>
          </w:p>
          <w:p>
            <w:r>
              <w:t>수정 전: 단어 vs 계지의 동산·시각의존만 비판</w:t>
            </w:r>
          </w:p>
        </w:tc>
        <w:tc>
          <w:tcPr>
            <w:tcW w:type="dxa" w:w="4535"/>
          </w:tcPr>
          <w:p>
            <w:r>
              <w:t>말·보지 않고 미리 판단하는 태도</w:t>
            </w:r>
          </w:p>
        </w:tc>
      </w:tr>
      <w:tr>
        <w:tc>
          <w:tcPr>
            <w:tcW w:type="dxa" w:w="1701"/>
          </w:tcPr>
          <w:p>
            <w:r>
              <w:t>인쇄 315쪽 / PDF 323쪽 / KN-139 / P1451</w:t>
            </w:r>
          </w:p>
        </w:tc>
        <w:tc>
          <w:tcPr>
            <w:tcW w:type="dxa" w:w="3402"/>
          </w:tcPr>
          <w:p>
            <w:r/>
            <w:r>
              <w:rPr>
                <w:b/>
              </w:rPr>
              <w:t>4번 조사 및 검은색 이해 단서</w:t>
            </w:r>
          </w:p>
          <w:p>
            <w:r>
              <w:t>수정 전: ①②은·다양한색채만 강조</w:t>
            </w:r>
          </w:p>
        </w:tc>
        <w:tc>
          <w:tcPr>
            <w:tcW w:type="dxa" w:w="4535"/>
          </w:tcPr>
          <w:p>
            <w:r>
              <w:t>①②는·검은색과 어둠의 동일시 비판</w:t>
            </w:r>
          </w:p>
        </w:tc>
      </w:tr>
      <w:tr>
        <w:tc>
          <w:tcPr>
            <w:tcW w:type="dxa" w:w="1701"/>
          </w:tcPr>
          <w:p>
            <w:r>
              <w:t>인쇄 316쪽 / PDF 324쪽 / KN-139 / P1452</w:t>
            </w:r>
          </w:p>
        </w:tc>
        <w:tc>
          <w:tcPr>
            <w:tcW w:type="dxa" w:w="3402"/>
          </w:tcPr>
          <w:p>
            <w:r/>
            <w:r>
              <w:rPr>
                <w:b/>
              </w:rPr>
              <w:t>5번 단서·6번 산문어휘 및 형체 개념</w:t>
            </w:r>
          </w:p>
          <w:p>
            <w:r>
              <w:t>수정 전: 단서 포괄·시어·형체 자체 부정</w:t>
            </w:r>
          </w:p>
        </w:tc>
        <w:tc>
          <w:tcPr>
            <w:tcW w:type="dxa" w:w="4535"/>
          </w:tcPr>
          <w:p>
            <w:r>
              <w:t>자태·재계/불상 단서·말·정형화비판</w:t>
              <w:br/>
              <w:t>반영 문구</w:t>
              <w:br/>
              <w:t>박지원은 형체가 있는 모든 것에 ( ① )이/가 있다고 말한다. 미인의 다양한 모습은 저마다의 감정을 드러낸다. 그런데 속인들은 그녀의 서 있는 모습이 ( ② )한 것처럼 단정하거나, 앉은 모습이 불상처럼 가부좌이기를 요구한다. 이러한 획일적 기준은 대상 고유의 매력을 훼손한다.</w:t>
              <w:br/>
              <w:t>재계·불상 같은</w:t>
              <w:br/>
              <w:t>정형화된 모습</w:t>
            </w:r>
          </w:p>
        </w:tc>
      </w:tr>
      <w:tr>
        <w:tc>
          <w:tcPr>
            <w:tcW w:type="dxa" w:w="1701"/>
          </w:tcPr>
          <w:p>
            <w:r>
              <w:t>인쇄 317쪽 / PDF 325쪽 / KN-139 / P1453</w:t>
            </w:r>
          </w:p>
        </w:tc>
        <w:tc>
          <w:tcPr>
            <w:tcW w:type="dxa" w:w="3402"/>
          </w:tcPr>
          <w:p>
            <w:r/>
            <w:r>
              <w:rPr>
                <w:b/>
              </w:rPr>
              <w:t>2번 설의 문장 해설</w:t>
            </w:r>
          </w:p>
          <w:p>
            <w:r>
              <w:t>수정 전: 눈에 보이는 정보에만 의존하는 태도</w:t>
            </w:r>
          </w:p>
        </w:tc>
        <w:tc>
          <w:tcPr>
            <w:tcW w:type="dxa" w:w="4535"/>
          </w:tcPr>
          <w:p>
            <w:r>
              <w:t>눈으로 보기도 전에 미리 판정</w:t>
            </w:r>
          </w:p>
        </w:tc>
      </w:tr>
      <w:tr>
        <w:tc>
          <w:tcPr>
            <w:tcW w:type="dxa" w:w="1701"/>
          </w:tcPr>
          <w:p>
            <w:r>
              <w:t>인쇄 318쪽 / PDF 326쪽 / KN-139 / P1454</w:t>
            </w:r>
          </w:p>
        </w:tc>
        <w:tc>
          <w:tcPr>
            <w:tcW w:type="dxa" w:w="3402"/>
          </w:tcPr>
          <w:p>
            <w:r/>
            <w:r>
              <w:rPr>
                <w:b/>
              </w:rPr>
              <w:t>4번 검은색 해설·종선 허용답</w:t>
            </w:r>
          </w:p>
          <w:p>
            <w:r>
              <w:t>수정 전: 다양한색깔만 강조·계지만 허용</w:t>
            </w:r>
          </w:p>
        </w:tc>
        <w:tc>
          <w:tcPr>
            <w:tcW w:type="dxa" w:w="4535"/>
          </w:tcPr>
          <w:p>
            <w:r>
              <w:t>검은색의 빛·계지 또는 종선</w:t>
            </w:r>
          </w:p>
        </w:tc>
      </w:tr>
      <w:tr>
        <w:tc>
          <w:tcPr>
            <w:tcW w:type="dxa" w:w="1701"/>
          </w:tcPr>
          <w:p>
            <w:r>
              <w:t>인쇄 319쪽 / PDF 327쪽 / KN-139 / P1455</w:t>
            </w:r>
          </w:p>
        </w:tc>
        <w:tc>
          <w:tcPr>
            <w:tcW w:type="dxa" w:w="3402"/>
          </w:tcPr>
          <w:p>
            <w:r/>
            <w:r>
              <w:rPr>
                <w:b/>
              </w:rPr>
              <w:t>5번 빈칸 변경 정답·6번 형체와 자태 해석</w:t>
            </w:r>
          </w:p>
          <w:p>
            <w:r>
              <w:t>수정 전: 재계 또는불상·형체자체와자태대립</w:t>
            </w:r>
          </w:p>
        </w:tc>
        <w:tc>
          <w:tcPr>
            <w:tcW w:type="dxa" w:w="4535"/>
          </w:tcPr>
          <w:p>
            <w:r>
              <w:t>재계·획일적 요구와 다양한 자태</w:t>
            </w:r>
          </w:p>
        </w:tc>
      </w:tr>
      <w:tr>
        <w:tc>
          <w:tcPr>
            <w:tcW w:type="dxa" w:w="1701"/>
          </w:tcPr>
          <w:p>
            <w:r>
              <w:t>인쇄 322쪽 / PDF 330쪽 / KN-140 / P1459</w:t>
            </w:r>
          </w:p>
        </w:tc>
        <w:tc>
          <w:tcPr>
            <w:tcW w:type="dxa" w:w="3402"/>
          </w:tcPr>
          <w:p>
            <w:r/>
            <w:r>
              <w:rPr>
                <w:b/>
              </w:rPr>
              <w:t>1번 빈칸 앞뒤 문법</w:t>
            </w:r>
          </w:p>
          <w:p>
            <w:r>
              <w:t>수정 전: 자신들의 삶이 운명과분수가</w:t>
            </w:r>
          </w:p>
        </w:tc>
        <w:tc>
          <w:tcPr>
            <w:tcW w:type="dxa" w:w="4535"/>
          </w:tcPr>
          <w:p>
            <w:r>
              <w:t>운명과분수가 본래 정해짐</w:t>
            </w:r>
          </w:p>
        </w:tc>
      </w:tr>
      <w:tr>
        <w:tc>
          <w:tcPr>
            <w:tcW w:type="dxa" w:w="1701"/>
          </w:tcPr>
          <w:p>
            <w:r>
              <w:t>인쇄 323쪽 / PDF 331쪽 / KN-140 / P1460</w:t>
            </w:r>
          </w:p>
        </w:tc>
        <w:tc>
          <w:tcPr>
            <w:tcW w:type="dxa" w:w="3402"/>
          </w:tcPr>
          <w:p>
            <w:r/>
            <w:r>
              <w:rPr>
                <w:b/>
              </w:rPr>
              <w:t>3번 여관의 태도 문법</w:t>
            </w:r>
          </w:p>
          <w:p>
            <w:r>
              <w:t>수정 전: 여관의 태도로 삶을 대함</w:t>
            </w:r>
          </w:p>
        </w:tc>
        <w:tc>
          <w:tcPr>
            <w:tcW w:type="dxa" w:w="4535"/>
          </w:tcPr>
          <w:p>
            <w:r>
              <w:t>세상을 여관으로 여기는 태도</w:t>
            </w:r>
          </w:p>
        </w:tc>
      </w:tr>
      <w:tr>
        <w:tc>
          <w:tcPr>
            <w:tcW w:type="dxa" w:w="1701"/>
          </w:tcPr>
          <w:p>
            <w:r>
              <w:t>인쇄 324쪽 / PDF 332쪽 / KN-140 / P1461</w:t>
            </w:r>
          </w:p>
        </w:tc>
        <w:tc>
          <w:tcPr>
            <w:tcW w:type="dxa" w:w="3402"/>
          </w:tcPr>
          <w:p>
            <w:r/>
            <w:r>
              <w:rPr>
                <w:b/>
              </w:rPr>
              <w:t>5번 글자수·6번 밑줄 부재 및 문장조건·답란</w:t>
            </w:r>
          </w:p>
          <w:p>
            <w:r>
              <w:t>수정 전: 50/60혼재·밑줄없음·구절답·답란누락</w:t>
            </w:r>
          </w:p>
        </w:tc>
        <w:tc>
          <w:tcPr>
            <w:tcW w:type="dxa" w:w="4535"/>
          </w:tcPr>
          <w:p>
            <w:r>
              <w:t>60통일·설명참조·완전한문장·동일쪽답란</w:t>
              <w:br/>
              <w:t>반영 문구</w:t>
              <w:br/>
              <w:t>&lt;보기1&gt;의 은유에 대한 설명을 참고하여, &lt;보기2&gt;에서 설명하는 비유가</w:t>
              <w:br/>
              <w:t>• 세상 전체를 여관에 비유하고 삶의 일시성을 설명하는 완전한 문장을 찾을 것.</w:t>
              <w:br/>
              <w:t>답: ______________________________________</w:t>
              <w:br/>
              <w:t>_________________________________________</w:t>
            </w:r>
          </w:p>
        </w:tc>
      </w:tr>
      <w:tr>
        <w:tc>
          <w:tcPr>
            <w:tcW w:type="dxa" w:w="1701"/>
          </w:tcPr>
          <w:p>
            <w:r>
              <w:t>인쇄 325쪽 / PDF 333쪽 / KN-140 / P1462</w:t>
            </w:r>
          </w:p>
        </w:tc>
        <w:tc>
          <w:tcPr>
            <w:tcW w:type="dxa" w:w="3402"/>
          </w:tcPr>
          <w:p>
            <w:r/>
            <w:r>
              <w:rPr>
                <w:b/>
              </w:rPr>
              <w:t>2번 원문 인용 어미</w:t>
            </w:r>
          </w:p>
          <w:p>
            <w:r>
              <w:t>수정 전: 못한단</w:t>
            </w:r>
          </w:p>
        </w:tc>
        <w:tc>
          <w:tcPr>
            <w:tcW w:type="dxa" w:w="4535"/>
          </w:tcPr>
          <w:p>
            <w:r>
              <w:t>못하단</w:t>
            </w:r>
          </w:p>
        </w:tc>
      </w:tr>
      <w:tr>
        <w:tc>
          <w:tcPr>
            <w:tcW w:type="dxa" w:w="1701"/>
          </w:tcPr>
          <w:p>
            <w:r>
              <w:t>인쇄 326쪽 / PDF 334쪽 / KN-140 / P1463</w:t>
            </w:r>
          </w:p>
        </w:tc>
        <w:tc>
          <w:tcPr>
            <w:tcW w:type="dxa" w:w="3402"/>
          </w:tcPr>
          <w:p>
            <w:r/>
            <w:r>
              <w:rPr>
                <w:b/>
              </w:rPr>
              <w:t>4번 첫 어절 완전한 문장</w:t>
            </w:r>
          </w:p>
          <w:p>
            <w:r>
              <w:t>수정 전: 여관이라/것입니다</w:t>
            </w:r>
          </w:p>
        </w:tc>
        <w:tc>
          <w:tcPr>
            <w:tcW w:type="dxa" w:w="4535"/>
          </w:tcPr>
          <w:p>
            <w:r>
              <w:t>그러나/것입니다.</w:t>
            </w:r>
          </w:p>
        </w:tc>
      </w:tr>
      <w:tr>
        <w:tc>
          <w:tcPr>
            <w:tcW w:type="dxa" w:w="1701"/>
          </w:tcPr>
          <w:p>
            <w:r>
              <w:t>인쇄 327쪽 / PDF 335쪽 / KN-140 / P1464</w:t>
            </w:r>
          </w:p>
        </w:tc>
        <w:tc>
          <w:tcPr>
            <w:tcW w:type="dxa" w:w="3402"/>
          </w:tcPr>
          <w:p>
            <w:r/>
            <w:r>
              <w:rPr>
                <w:b/>
              </w:rPr>
              <w:t>5번 중복 감점·6번 불완전한 정답</w:t>
            </w:r>
          </w:p>
          <w:p>
            <w:r>
              <w:t>수정 전: 핵심누락 이중감점·명사구정답</w:t>
            </w:r>
          </w:p>
        </w:tc>
        <w:tc>
          <w:tcPr>
            <w:tcW w:type="dxa" w:w="4535"/>
          </w:tcPr>
          <w:p>
            <w:r>
              <w:t>내용배점 적용·완전한 원문 문장</w:t>
              <w:br/>
              <w:t>반영 문구</w:t>
              <w:br/>
              <w:t>글자 수 초과(61자 이상) 시</w:t>
              <w:br/>
              <w:t>2점</w:t>
              <w:br/>
              <w:t>감점</w:t>
              <w:br/>
              <w:t>정답: 다른 한편으로 보면, 지금 이 세상이란 우리들이 목숨을 이어 가며 죽은 이를 떠나보내는 여관인데 그 여관이란 게 또 하룻밤이나 이틀 밤을 자고 떠나는 여관일 뿐입니다.</w:t>
              <w:br/>
              <w:t>해설: 세상을 잠시 머무는 여관에 비유한 문장 전체를 쓴다. '여관인데'는 뒤로 이어지는 연결 어미이므로, 첫 어절 '다른'부터 마지막 어절 '뿐입니다.'까지 인용한다.</w:t>
              <w:br/>
              <w:t>위 예시의 완전한 문장 전체를 원문대로 인용함</w:t>
              <w:br/>
              <w:t>(오답 예시) 여관 속의 여관: 명사구로, 요구한 문장 전체가 아님</w:t>
              <w:br/>
              <w:t>(오답 예시) 세상이란 여관: 원문을 요약하여 문장 일부를 생략함</w:t>
            </w:r>
          </w:p>
        </w:tc>
      </w:tr>
      <w:tr>
        <w:tc>
          <w:tcPr>
            <w:tcW w:type="dxa" w:w="1701"/>
          </w:tcPr>
          <w:p>
            <w:r>
              <w:t>인쇄 332쪽 / PDF 340쪽 / KN-145 / P1472</w:t>
            </w:r>
          </w:p>
        </w:tc>
        <w:tc>
          <w:tcPr>
            <w:tcW w:type="dxa" w:w="3402"/>
          </w:tcPr>
          <w:p>
            <w:r/>
            <w:r>
              <w:rPr>
                <w:b/>
              </w:rPr>
              <w:t>1번 원문에 없는 정답·문맥 불일치</w:t>
            </w:r>
          </w:p>
          <w:p>
            <w:r>
              <w:t>수정 전: 녹비왈자4자·친척행동과청촉원문불일치</w:t>
            </w:r>
          </w:p>
        </w:tc>
        <w:tc>
          <w:tcPr>
            <w:tcW w:type="dxa" w:w="4535"/>
          </w:tcPr>
          <w:p>
            <w:r>
              <w:t>녹비2자·따오기청촉근거명시</w:t>
              <w:br/>
              <w:t>반영 문구</w:t>
              <w:br/>
              <w:t>학생 B: 맞아. 제시문에서는 판결이 마음대로 달라지는 상황을, 늘어나는 사슴 가죽인 ( ① )에 글자를 쓰는 일에 비유해. 친척과 닮은 따오기도 황새에게 ( ② )을/를 하여 이기려 하지.</w:t>
              <w:br/>
              <w:t>• ①~③은 각각 2자로 작성할 것.</w:t>
            </w:r>
          </w:p>
        </w:tc>
      </w:tr>
      <w:tr>
        <w:tc>
          <w:tcPr>
            <w:tcW w:type="dxa" w:w="1701"/>
          </w:tcPr>
          <w:p>
            <w:r>
              <w:t>인쇄 333쪽 / PDF 341쪽 / KN-145 / P1473</w:t>
            </w:r>
          </w:p>
        </w:tc>
        <w:tc>
          <w:tcPr>
            <w:tcW w:type="dxa" w:w="3402"/>
          </w:tcPr>
          <w:p>
            <w:r/>
            <w:r>
              <w:rPr>
                <w:b/>
              </w:rPr>
              <w:t>3번 비유 연결·4번 문구 조건·완전문장 특정</w:t>
            </w:r>
          </w:p>
          <w:p>
            <w:r>
              <w:t>수정 전: 녹비의 상황·5어절·불완전한문장</w:t>
            </w:r>
          </w:p>
        </w:tc>
        <w:tc>
          <w:tcPr>
            <w:tcW w:type="dxa" w:w="4535"/>
          </w:tcPr>
          <w:p>
            <w:r>
              <w:t>녹비 비유·6어절·심경과 계획 함께</w:t>
              <w:br/>
              <w:t>반영 문구</w:t>
              <w:br/>
              <w:t>부자는 법적 정당성만 믿었으나, 상대방인 '그놈'은 관리들을 포섭하여 승소한다. 서술자는 판결이 자의적으로 달라지는 상황을 ( ① )에 쓴 글자가 늘이는 방향에 따라 달라지는 것에 비유한다.</w:t>
              <w:br/>
              <w:t>(단, ①은 '녹비에'부터 시작하는 6어절의 문구로 작성할 것.)</w:t>
              <w:br/>
              <w:t>부자의 분하고 애달픈 마음과 송관에게 무안을 주려는 계획이 함께 드러난 문장 전체를 찾아 첫 어절과 마지막 어절을 순서대로 쓰시오.</w:t>
            </w:r>
          </w:p>
        </w:tc>
      </w:tr>
      <w:tr>
        <w:tc>
          <w:tcPr>
            <w:tcW w:type="dxa" w:w="1701"/>
          </w:tcPr>
          <w:p>
            <w:r>
              <w:t>인쇄 334쪽 / PDF 342쪽 / KN-145 / P1474</w:t>
            </w:r>
          </w:p>
        </w:tc>
        <w:tc>
          <w:tcPr>
            <w:tcW w:type="dxa" w:w="3402"/>
          </w:tcPr>
          <w:p>
            <w:r/>
            <w:r>
              <w:rPr>
                <w:b/>
              </w:rPr>
              <w:t>5번 문장 특정·6번 어구 글자수조건</w:t>
            </w:r>
          </w:p>
          <w:p>
            <w:r>
              <w:t>수정 전: 초라함만으로 문장 불명확·단어8자이내</w:t>
            </w:r>
          </w:p>
        </w:tc>
        <w:tc>
          <w:tcPr>
            <w:tcW w:type="dxa" w:w="4535"/>
          </w:tcPr>
          <w:p>
            <w:r>
              <w:t>옛말인용과청촉결심·말7자</w:t>
            </w:r>
          </w:p>
        </w:tc>
      </w:tr>
      <w:tr>
        <w:tc>
          <w:tcPr>
            <w:tcW w:type="dxa" w:w="1701"/>
          </w:tcPr>
          <w:p>
            <w:r>
              <w:t>인쇄 335쪽 / PDF 343쪽 / KN-145 / P1475</w:t>
            </w:r>
          </w:p>
        </w:tc>
        <w:tc>
          <w:tcPr>
            <w:tcW w:type="dxa" w:w="3402"/>
          </w:tcPr>
          <w:p>
            <w:r/>
            <w:r>
              <w:rPr>
                <w:b/>
              </w:rPr>
              <w:t>1번 원문정답·2번 첫어절</w:t>
            </w:r>
          </w:p>
          <w:p>
            <w:r>
              <w:t>수정 전: 녹비왈자·자고로</w:t>
            </w:r>
          </w:p>
        </w:tc>
        <w:tc>
          <w:tcPr>
            <w:tcW w:type="dxa" w:w="4535"/>
          </w:tcPr>
          <w:p>
            <w:r>
              <w:t>녹비·이때</w:t>
            </w:r>
          </w:p>
        </w:tc>
      </w:tr>
      <w:tr>
        <w:tc>
          <w:tcPr>
            <w:tcW w:type="dxa" w:w="1701"/>
          </w:tcPr>
          <w:p>
            <w:r>
              <w:t>인쇄 336쪽 / PDF 344쪽 / KN-145 / P1476</w:t>
            </w:r>
          </w:p>
        </w:tc>
        <w:tc>
          <w:tcPr>
            <w:tcW w:type="dxa" w:w="3402"/>
          </w:tcPr>
          <w:p>
            <w:r/>
            <w:r>
              <w:rPr>
                <w:b/>
              </w:rPr>
              <w:t>4번 원문 문구·마지막 어절</w:t>
            </w:r>
          </w:p>
          <w:p>
            <w:r>
              <w:t>수정 전: 씀·가득하여</w:t>
            </w:r>
          </w:p>
        </w:tc>
        <w:tc>
          <w:tcPr>
            <w:tcW w:type="dxa" w:w="4535"/>
          </w:tcPr>
          <w:p>
            <w:r>
              <w:t>씀이라·뵈리라.</w:t>
            </w:r>
          </w:p>
        </w:tc>
      </w:tr>
      <w:tr>
        <w:tc>
          <w:tcPr>
            <w:tcW w:type="dxa" w:w="1701"/>
          </w:tcPr>
          <w:p>
            <w:r>
              <w:t>인쇄 337쪽 / PDF 345쪽 / KN-145 / P1477</w:t>
            </w:r>
          </w:p>
        </w:tc>
        <w:tc>
          <w:tcPr>
            <w:tcW w:type="dxa" w:w="3402"/>
          </w:tcPr>
          <w:p>
            <w:r/>
            <w:r>
              <w:rPr>
                <w:b/>
              </w:rPr>
              <w:t>5번 첫어절 및 원문인용</w:t>
            </w:r>
          </w:p>
          <w:p>
            <w:r>
              <w:t>수정 전: 아무렇거나</w:t>
            </w:r>
          </w:p>
        </w:tc>
        <w:tc>
          <w:tcPr>
            <w:tcW w:type="dxa" w:w="4535"/>
          </w:tcPr>
          <w:p>
            <w:r>
              <w:t>옛사람이</w:t>
            </w:r>
          </w:p>
        </w:tc>
      </w:tr>
      <w:tr>
        <w:tc>
          <w:tcPr>
            <w:tcW w:type="dxa" w:w="1701"/>
          </w:tcPr>
          <w:p>
            <w:r>
              <w:t>인쇄 339쪽 / PDF 347쪽 / KN-146 / P1492</w:t>
            </w:r>
          </w:p>
        </w:tc>
        <w:tc>
          <w:tcPr>
            <w:tcW w:type="dxa" w:w="3402"/>
          </w:tcPr>
          <w:p>
            <w:r/>
            <w:r>
              <w:rPr>
                <w:b/>
              </w:rPr>
              <w:t>요약 빈칸 번호 오식</w:t>
            </w:r>
          </w:p>
          <w:p>
            <w:r>
              <w:t>수정 전: (!4) 두 곳</w:t>
            </w:r>
          </w:p>
        </w:tc>
        <w:tc>
          <w:tcPr>
            <w:tcW w:type="dxa" w:w="4535"/>
          </w:tcPr>
          <w:p>
            <w:r>
              <w:t>(14), 답안 가림 유지</w:t>
            </w:r>
          </w:p>
        </w:tc>
      </w:tr>
      <w:tr>
        <w:tc>
          <w:tcPr>
            <w:tcW w:type="dxa" w:w="1701"/>
          </w:tcPr>
          <w:p>
            <w:r>
              <w:t>인쇄 341쪽 / PDF 349쪽 / KN-146 / P1493</w:t>
            </w:r>
          </w:p>
        </w:tc>
        <w:tc>
          <w:tcPr>
            <w:tcW w:type="dxa" w:w="3402"/>
          </w:tcPr>
          <w:p>
            <w:r/>
            <w:r>
              <w:rPr>
                <w:b/>
              </w:rPr>
              <w:t>4번 답 중복 방지·보기 행간 과밀</w:t>
            </w:r>
          </w:p>
          <w:p>
            <w:r>
              <w:t>수정 전: 순서 무관만 명시</w:t>
            </w:r>
          </w:p>
        </w:tc>
        <w:tc>
          <w:tcPr>
            <w:tcW w:type="dxa" w:w="4535"/>
          </w:tcPr>
          <w:p>
            <w:r>
              <w:t>각 쌍 서로 다른 시어·보기 문장 정리</w:t>
              <w:br/>
              <w:t>반영 문구</w:t>
              <w:br/>
              <w:t>화자는 자연 속의 소박한 삶을 긍정한다. 소박한 음식과 세속의 권력을 대조하여, 자연에서 누리는 즐거움이 권력보다 가치 있음을 강조한다.</w:t>
            </w:r>
          </w:p>
        </w:tc>
      </w:tr>
      <w:tr>
        <w:tc>
          <w:tcPr>
            <w:tcW w:type="dxa" w:w="1701"/>
          </w:tcPr>
          <w:p>
            <w:r>
              <w:t>인쇄 342쪽 / PDF 350쪽 / KN-146 / P1494</w:t>
            </w:r>
          </w:p>
        </w:tc>
        <w:tc>
          <w:tcPr>
            <w:tcW w:type="dxa" w:w="3402"/>
          </w:tcPr>
          <w:p>
            <w:r/>
            <w:r>
              <w:rPr>
                <w:b/>
              </w:rPr>
              <w:t>6번 시행 시작 예시</w:t>
            </w:r>
          </w:p>
          <w:p>
            <w:r>
              <w:t>수정 전: 중간구절 내 분인가</w:t>
            </w:r>
          </w:p>
        </w:tc>
        <w:tc>
          <w:tcPr>
            <w:tcW w:type="dxa" w:w="4535"/>
          </w:tcPr>
          <w:p>
            <w:r>
              <w:t>시행 첫 두 어절 어리고 햐암의</w:t>
              <w:br/>
              <w:t>반영 문구</w:t>
              <w:br/>
              <w:t>어리고</w:t>
              <w:br/>
              <w:t>햐암의</w:t>
            </w:r>
          </w:p>
        </w:tc>
      </w:tr>
      <w:tr>
        <w:tc>
          <w:tcPr>
            <w:tcW w:type="dxa" w:w="1701"/>
          </w:tcPr>
          <w:p>
            <w:r>
              <w:t>인쇄 343쪽 / PDF 351쪽 / KN-146 / P1495</w:t>
            </w:r>
          </w:p>
        </w:tc>
        <w:tc>
          <w:tcPr>
            <w:tcW w:type="dxa" w:w="3402"/>
          </w:tcPr>
          <w:p>
            <w:r/>
            <w:r>
              <w:rPr>
                <w:b/>
              </w:rPr>
              <w:t>1·2번 완전문장 첫어절</w:t>
            </w:r>
          </w:p>
          <w:p>
            <w:r>
              <w:t>수정 전: 그리던·어리고</w:t>
            </w:r>
          </w:p>
        </w:tc>
        <w:tc>
          <w:tcPr>
            <w:tcW w:type="dxa" w:w="4535"/>
          </w:tcPr>
          <w:p>
            <w:r>
              <w:t>잔·산수</w:t>
            </w:r>
          </w:p>
        </w:tc>
      </w:tr>
      <w:tr>
        <w:tc>
          <w:tcPr>
            <w:tcW w:type="dxa" w:w="1701"/>
          </w:tcPr>
          <w:p>
            <w:r>
              <w:t>인쇄 344쪽 / PDF 352쪽 / KN-146 / P1496</w:t>
            </w:r>
          </w:p>
        </w:tc>
        <w:tc>
          <w:tcPr>
            <w:tcW w:type="dxa" w:w="3402"/>
          </w:tcPr>
          <w:p>
            <w:r/>
            <w:r>
              <w:rPr>
                <w:b/>
              </w:rPr>
              <w:t>3번 수 번호</w:t>
            </w:r>
          </w:p>
          <w:p>
            <w:r>
              <w:t>수정 전: 제3수</w:t>
            </w:r>
          </w:p>
        </w:tc>
        <w:tc>
          <w:tcPr>
            <w:tcW w:type="dxa" w:w="4535"/>
          </w:tcPr>
          <w:p>
            <w:r>
              <w:t>제4수</w:t>
            </w:r>
          </w:p>
        </w:tc>
      </w:tr>
      <w:tr>
        <w:tc>
          <w:tcPr>
            <w:tcW w:type="dxa" w:w="1701"/>
          </w:tcPr>
          <w:p>
            <w:r>
              <w:t>인쇄 345쪽 / PDF 353쪽 / KN-146 / P1497</w:t>
            </w:r>
          </w:p>
        </w:tc>
        <w:tc>
          <w:tcPr>
            <w:tcW w:type="dxa" w:w="3402"/>
          </w:tcPr>
          <w:p>
            <w:r/>
            <w:r>
              <w:rPr>
                <w:b/>
              </w:rPr>
              <w:t>5번 문장 첫어절</w:t>
            </w:r>
          </w:p>
          <w:p>
            <w:r>
              <w:t>수정 전: 그리던</w:t>
            </w:r>
          </w:p>
        </w:tc>
        <w:tc>
          <w:tcPr>
            <w:tcW w:type="dxa" w:w="4535"/>
          </w:tcPr>
          <w:p>
            <w:r>
              <w:t>잔</w:t>
            </w:r>
          </w:p>
        </w:tc>
      </w:tr>
      <w:tr>
        <w:tc>
          <w:tcPr>
            <w:tcW w:type="dxa" w:w="1701"/>
          </w:tcPr>
          <w:p>
            <w:r>
              <w:t>인쇄 348쪽 / PDF 356쪽 / KN-146 / P1498</w:t>
            </w:r>
          </w:p>
        </w:tc>
        <w:tc>
          <w:tcPr>
            <w:tcW w:type="dxa" w:w="3402"/>
          </w:tcPr>
          <w:p>
            <w:r/>
            <w:r>
              <w:rPr>
                <w:b/>
              </w:rPr>
              <w:t>1번 근거 없는 요충지·2번 인용 경계</w:t>
            </w:r>
          </w:p>
          <w:p>
            <w:r>
              <w:t>수정 전: 지리적 요충지·인용문 범위 불명확</w:t>
            </w:r>
          </w:p>
        </w:tc>
        <w:tc>
          <w:tcPr>
            <w:tcW w:type="dxa" w:w="4535"/>
          </w:tcPr>
          <w:p>
            <w:r>
              <w:t>경치 좋은 곳·따옴표 안 완전문장</w:t>
              <w:br/>
              <w:t>반영 문구</w:t>
              <w:br/>
              <w:t>①은 인용된 장자의 말에서 따옴표 안의 한 문장, ②는 &lt;보기1&gt;의 설명에 해당하는 한 문장을 찾아 각각 첫 어절과 마지막 어절을 쓰시오.</w:t>
            </w:r>
          </w:p>
        </w:tc>
      </w:tr>
      <w:tr>
        <w:tc>
          <w:tcPr>
            <w:tcW w:type="dxa" w:w="1701"/>
          </w:tcPr>
          <w:p>
            <w:r>
              <w:t>인쇄 349쪽 / PDF 357쪽 / KN-146 / P1499</w:t>
            </w:r>
          </w:p>
        </w:tc>
        <w:tc>
          <w:tcPr>
            <w:tcW w:type="dxa" w:w="3402"/>
          </w:tcPr>
          <w:p>
            <w:r/>
            <w:r>
              <w:rPr>
                <w:b/>
              </w:rPr>
              <w:t>3번 비교작품 원문 오류·4번 글자수</w:t>
            </w:r>
          </w:p>
          <w:p>
            <w:r>
              <w:t>수정 전: 설일에 없는 내용을 재구성 인용·6자 이내</w:t>
            </w:r>
          </w:p>
        </w:tc>
        <w:tc>
          <w:tcPr>
            <w:tcW w:type="dxa" w:w="4535"/>
          </w:tcPr>
          <w:p>
            <w:r>
              <w:t>설일 실제 일부·6자</w:t>
            </w:r>
          </w:p>
        </w:tc>
      </w:tr>
      <w:tr>
        <w:tc>
          <w:tcPr>
            <w:tcW w:type="dxa" w:w="1701"/>
          </w:tcPr>
          <w:p>
            <w:r>
              <w:t>인쇄 350쪽 / PDF 358쪽 / KN-146 / P1500</w:t>
            </w:r>
          </w:p>
        </w:tc>
        <w:tc>
          <w:tcPr>
            <w:tcW w:type="dxa" w:w="3402"/>
          </w:tcPr>
          <w:p>
            <w:r/>
            <w:r>
              <w:rPr>
                <w:b/>
              </w:rPr>
              <w:t>5번 빈칸 결합·6번 정답 특정</w:t>
            </w:r>
          </w:p>
          <w:p>
            <w:r>
              <w:t>수정 전: 마음을 다 쓰면이라는 태도·복수 구절 가능</w:t>
            </w:r>
          </w:p>
        </w:tc>
        <w:tc>
          <w:tcPr>
            <w:tcW w:type="dxa" w:w="4535"/>
          </w:tcPr>
          <w:p>
            <w:r>
              <w:t>문장 연결 수정·골짜기에 시작 명시</w:t>
              <w:br/>
              <w:t>반영 문구</w:t>
              <w:br/>
              <w:t>이 글은 '장춘'이라는 이름을 둘러싼 문답을 통해 삶의 이치를 다룬다. 글쓴이는 인위적으로 붙잡아 두려는 행위의 허망함을 경계하기 위해 ( ② )의 말을 인용한다. 형체를 가진 것은 변화를 피할 수 없다. 글쓴이는 하늘이 준 본성을 깨닫고, 이 점을 음미하여 ( ③ ) 되지 않겠느냐고 제안한다.</w:t>
              <w:br/>
              <w:t>• ①은 6자, ②는 2자, ③은 8자로 작성할 것</w:t>
              <w:br/>
              <w:t>(띄어쓰기 포함).</w:t>
              <w:br/>
              <w:t>• ㉠은 '골짜기에'부터 시작하는 3어절로 쓰시오.</w:t>
            </w:r>
          </w:p>
        </w:tc>
      </w:tr>
      <w:tr>
        <w:tc>
          <w:tcPr>
            <w:tcW w:type="dxa" w:w="1701"/>
          </w:tcPr>
          <w:p>
            <w:r>
              <w:t>인쇄 352쪽 / PDF 360쪽 / KN-146 / P1501</w:t>
            </w:r>
          </w:p>
        </w:tc>
        <w:tc>
          <w:tcPr>
            <w:tcW w:type="dxa" w:w="3402"/>
          </w:tcPr>
          <w:p>
            <w:r/>
            <w:r>
              <w:rPr>
                <w:b/>
              </w:rPr>
              <w:t>3번 해설 근거 오류</w:t>
            </w:r>
          </w:p>
          <w:p>
            <w:r>
              <w:t>수정 전: 실제 시에 없는 따뜻함·미움 없음 인용</w:t>
            </w:r>
          </w:p>
        </w:tc>
        <w:tc>
          <w:tcPr>
            <w:tcW w:type="dxa" w:w="4535"/>
          </w:tcPr>
          <w:p>
            <w:r>
              <w:t>실제 발췌의 사랑·너그러움으로 해설</w:t>
            </w:r>
          </w:p>
        </w:tc>
      </w:tr>
      <w:tr>
        <w:tc>
          <w:tcPr>
            <w:tcW w:type="dxa" w:w="1701"/>
          </w:tcPr>
          <w:p>
            <w:r>
              <w:t>인쇄 354쪽 / PDF 362쪽 / KN-149 / P1512</w:t>
            </w:r>
          </w:p>
        </w:tc>
        <w:tc>
          <w:tcPr>
            <w:tcW w:type="dxa" w:w="3402"/>
          </w:tcPr>
          <w:p>
            <w:r/>
            <w:r>
              <w:rPr>
                <w:b/>
              </w:rPr>
              <w:t>요약① 원문 관계 명확화</w:t>
            </w:r>
          </w:p>
          <w:p>
            <w:r>
              <w:t>수정 전: 시녀가 준 환혼주를 먹고 회복</w:t>
            </w:r>
          </w:p>
        </w:tc>
        <w:tc>
          <w:tcPr>
            <w:tcW w:type="dxa" w:w="4535"/>
          </w:tcPr>
          <w:p>
            <w:r>
              <w:t>시녀가 환혼주를 얻어 와 구함</w:t>
            </w:r>
          </w:p>
        </w:tc>
      </w:tr>
      <w:tr>
        <w:tc>
          <w:tcPr>
            <w:tcW w:type="dxa" w:w="1701"/>
          </w:tcPr>
          <w:p>
            <w:r>
              <w:t>인쇄 357쪽 / PDF 365쪽 / KN-149 / P1508</w:t>
            </w:r>
          </w:p>
        </w:tc>
        <w:tc>
          <w:tcPr>
            <w:tcW w:type="dxa" w:w="3402"/>
          </w:tcPr>
          <w:p>
            <w:r/>
            <w:r>
              <w:rPr>
                <w:b/>
              </w:rPr>
              <w:t>3번 동기 단정·4번 밑줄부재 및 답란</w:t>
            </w:r>
          </w:p>
          <w:p>
            <w:r>
              <w:t>수정 전: 자기영광 목적 배제·밑줄친 과거 없음·답란 없음</w:t>
            </w:r>
          </w:p>
        </w:tc>
        <w:tc>
          <w:tcPr>
            <w:tcW w:type="dxa" w:w="4535"/>
          </w:tcPr>
          <w:p>
            <w:r>
              <w:t>가문문제와 이름후세전함·과거참조명확·같은페이지 답란</w:t>
            </w:r>
          </w:p>
        </w:tc>
      </w:tr>
      <w:tr>
        <w:tc>
          <w:tcPr>
            <w:tcW w:type="dxa" w:w="1701"/>
          </w:tcPr>
          <w:p>
            <w:r>
              <w:t>인쇄 358쪽 / PDF 366쪽 / KN-149 / P1509</w:t>
            </w:r>
          </w:p>
        </w:tc>
        <w:tc>
          <w:tcPr>
            <w:tcW w:type="dxa" w:w="3402"/>
          </w:tcPr>
          <w:p>
            <w:r/>
            <w:r>
              <w:rPr>
                <w:b/>
              </w:rPr>
              <w:t>5번 허용답과 문장범위·6번 답 범위</w:t>
            </w:r>
          </w:p>
          <w:p>
            <w:r>
              <w:t>수정 전: 명사 무제한·구절 첫끝·직유 구절 범위 불명확</w:t>
            </w:r>
          </w:p>
        </w:tc>
        <w:tc>
          <w:tcPr>
            <w:tcW w:type="dxa" w:w="4535"/>
          </w:tcPr>
          <w:p>
            <w:r>
              <w:t>신선봉황 명시·한 문장·같은 포함 명사구3개</w:t>
              <w:br/>
              <w:t>반영 문구</w:t>
              <w:br/>
              <w:t>• ㉠은 신선 같은 기질 또는 선계의 새에 비유한 명사로 쓸 것.</w:t>
              <w:br/>
              <w:t>• ㉡은 해당하는 한 문장의 첫 어절과 마지막 어절을 순서대로 쓸 것.</w:t>
              <w:br/>
              <w:t>(가)의 밑줄 친 표현과 같은 비유법이 쓰인 명사구 세 개를 지문에서 찾으시오. '같은'을 포함하여 외양과 기상을 나타내는 명사까지, 지문 순서대로 쓰시오.</w:t>
            </w:r>
          </w:p>
        </w:tc>
      </w:tr>
      <w:tr>
        <w:tc>
          <w:tcPr>
            <w:tcW w:type="dxa" w:w="1701"/>
          </w:tcPr>
          <w:p>
            <w:r>
              <w:t>인쇄 359쪽 / PDF 367쪽 / KN-149 / P1510</w:t>
            </w:r>
          </w:p>
        </w:tc>
        <w:tc>
          <w:tcPr>
            <w:tcW w:type="dxa" w:w="3402"/>
          </w:tcPr>
          <w:p>
            <w:r/>
            <w:r>
              <w:rPr>
                <w:b/>
              </w:rPr>
              <w:t>2번 비유 소재 설명</w:t>
            </w:r>
          </w:p>
          <w:p>
            <w:r>
              <w:t>수정 전: 붉은입술·하얀이도 비유로 묶음</w:t>
            </w:r>
          </w:p>
        </w:tc>
        <w:tc>
          <w:tcPr>
            <w:tcW w:type="dxa" w:w="4535"/>
          </w:tcPr>
          <w:p>
            <w:r>
              <w:t>흰옥·샛별 비유와 묘사 구별</w:t>
            </w:r>
          </w:p>
        </w:tc>
      </w:tr>
      <w:tr>
        <w:tc>
          <w:tcPr>
            <w:tcW w:type="dxa" w:w="1701"/>
          </w:tcPr>
          <w:p>
            <w:r>
              <w:t>인쇄 361쪽 / PDF 369쪽 / KN-149 / P1511</w:t>
            </w:r>
          </w:p>
        </w:tc>
        <w:tc>
          <w:tcPr>
            <w:tcW w:type="dxa" w:w="3402"/>
          </w:tcPr>
          <w:p>
            <w:r/>
            <w:r>
              <w:rPr>
                <w:b/>
              </w:rPr>
              <w:t>5번 종결어절 오자</w:t>
            </w:r>
          </w:p>
          <w:p>
            <w:r>
              <w:t>수정 전: 추중하였다.</w:t>
            </w:r>
          </w:p>
        </w:tc>
        <w:tc>
          <w:tcPr>
            <w:tcW w:type="dxa" w:w="4535"/>
          </w:tcPr>
          <w:p>
            <w:r>
              <w:t>추증하였다.</w:t>
            </w:r>
          </w:p>
        </w:tc>
      </w:tr>
      <w:tr>
        <w:tc>
          <w:tcPr>
            <w:tcW w:type="dxa" w:w="1701"/>
          </w:tcPr>
          <w:p>
            <w:r>
              <w:t>인쇄 362쪽 / PDF 370쪽 / KN-150 (교재 오기151) / P1523</w:t>
            </w:r>
          </w:p>
        </w:tc>
        <w:tc>
          <w:tcPr>
            <w:tcW w:type="dxa" w:w="3402"/>
          </w:tcPr>
          <w:p>
            <w:r/>
            <w:r>
              <w:rPr>
                <w:b/>
              </w:rPr>
              <w:t>매칭번호151→150</w:t>
            </w:r>
          </w:p>
          <w:p>
            <w:r>
              <w:t>수정 전: 151 한정록 서·문장경계 및 조건 오류</w:t>
            </w:r>
          </w:p>
        </w:tc>
        <w:tc>
          <w:tcPr>
            <w:tcW w:type="dxa" w:w="4535"/>
          </w:tcPr>
          <w:p>
            <w:r>
              <w:t>매칭번호151→150</w:t>
            </w:r>
          </w:p>
        </w:tc>
      </w:tr>
      <w:tr>
        <w:tc>
          <w:tcPr>
            <w:tcW w:type="dxa" w:w="1701"/>
          </w:tcPr>
          <w:p>
            <w:r>
              <w:t>인쇄 363쪽 / PDF 371쪽 / KN-150 (교재 오기151) / P1524</w:t>
            </w:r>
          </w:p>
        </w:tc>
        <w:tc>
          <w:tcPr>
            <w:tcW w:type="dxa" w:w="3402"/>
          </w:tcPr>
          <w:p>
            <w:r/>
            <w:r>
              <w:rPr>
                <w:b/>
              </w:rPr>
              <w:t>은거 불가능 단정을 책무에 따른 어려움으로 수정</w:t>
            </w:r>
          </w:p>
          <w:p>
            <w:r>
              <w:t>수정 전: 151 한정록 서·문장경계 및 조건 오류</w:t>
            </w:r>
          </w:p>
        </w:tc>
        <w:tc>
          <w:tcPr>
            <w:tcW w:type="dxa" w:w="4535"/>
          </w:tcPr>
          <w:p>
            <w:r>
              <w:t>은거 불가능 단정을 책무에 따른 어려움으로 수정</w:t>
            </w:r>
          </w:p>
        </w:tc>
      </w:tr>
      <w:tr>
        <w:tc>
          <w:tcPr>
            <w:tcW w:type="dxa" w:w="1701"/>
          </w:tcPr>
          <w:p>
            <w:r>
              <w:t>인쇄 364쪽 / PDF 372쪽 / KN-150 (교재 오기151) / P1525</w:t>
            </w:r>
          </w:p>
        </w:tc>
        <w:tc>
          <w:tcPr>
            <w:tcW w:type="dxa" w:w="3402"/>
          </w:tcPr>
          <w:p>
            <w:r/>
            <w:r>
              <w:rPr>
                <w:b/>
              </w:rPr>
              <w:t>매칭번호·독서노구 오자·첫 문장 감탄사 제외 명시</w:t>
            </w:r>
          </w:p>
          <w:p>
            <w:r>
              <w:t>수정 전: 151 한정록 서·문장경계 및 조건 오류</w:t>
            </w:r>
          </w:p>
        </w:tc>
        <w:tc>
          <w:tcPr>
            <w:tcW w:type="dxa" w:w="4535"/>
          </w:tcPr>
          <w:p>
            <w:r>
              <w:t>매칭번호·독서노구 오자·첫 문장 감탄사 제외 명시</w:t>
              <w:br/>
              <w:t>반영 문구</w:t>
              <w:br/>
              <w:t>&lt;보기1&gt;의 ㉠, ㉡에 해당하는 한 문장을 찾아 첫 어절과 마지막 어절을 쓰시오. ㉠은 '오호라!' 다음의 물음표로 끝나는 한 문장을 대상으로 하시오.</w:t>
            </w:r>
          </w:p>
        </w:tc>
      </w:tr>
      <w:tr>
        <w:tc>
          <w:tcPr>
            <w:tcW w:type="dxa" w:w="1701"/>
          </w:tcPr>
          <w:p>
            <w:r>
              <w:t>인쇄 365쪽 / PDF 373쪽 / KN-150 (교재 오기151) / P1526</w:t>
            </w:r>
          </w:p>
        </w:tc>
        <w:tc>
          <w:tcPr>
            <w:tcW w:type="dxa" w:w="3402"/>
          </w:tcPr>
          <w:p>
            <w:r/>
            <w:r>
              <w:rPr>
                <w:b/>
              </w:rPr>
              <w:t>매칭번호·빈칸 기호 가→① 통일</w:t>
            </w:r>
          </w:p>
          <w:p>
            <w:r>
              <w:t>수정 전: 151 한정록 서·문장경계 및 조건 오류</w:t>
            </w:r>
          </w:p>
        </w:tc>
        <w:tc>
          <w:tcPr>
            <w:tcW w:type="dxa" w:w="4535"/>
          </w:tcPr>
          <w:p>
            <w:r>
              <w:t>매칭번호·빈칸 기호 가→① 통일</w:t>
            </w:r>
          </w:p>
        </w:tc>
      </w:tr>
      <w:tr>
        <w:tc>
          <w:tcPr>
            <w:tcW w:type="dxa" w:w="1701"/>
          </w:tcPr>
          <w:p>
            <w:r>
              <w:t>인쇄 366쪽 / PDF 374쪽 / KN-150 (교재 오기151) / P1527</w:t>
            </w:r>
          </w:p>
        </w:tc>
        <w:tc>
          <w:tcPr>
            <w:tcW w:type="dxa" w:w="3402"/>
          </w:tcPr>
          <w:p>
            <w:r/>
            <w:r>
              <w:rPr>
                <w:b/>
              </w:rPr>
              <w:t>매칭번호·5번 원문 관형어구 범위·답란·6번 산문 어휘 조건</w:t>
            </w:r>
          </w:p>
          <w:p>
            <w:r>
              <w:t>수정 전: 151 한정록 서·문장경계 및 조건 오류</w:t>
            </w:r>
          </w:p>
        </w:tc>
        <w:tc>
          <w:tcPr>
            <w:tcW w:type="dxa" w:w="4535"/>
          </w:tcPr>
          <w:p>
            <w:r>
              <w:t>매칭번호·5번 원문 관형어구 범위·답란·6번 산문 어휘 조건</w:t>
              <w:br/>
              <w:t>반영 문구</w:t>
              <w:br/>
              <w:t>답: ___________________________________</w:t>
            </w:r>
          </w:p>
        </w:tc>
      </w:tr>
      <w:tr>
        <w:tc>
          <w:tcPr>
            <w:tcW w:type="dxa" w:w="1701"/>
          </w:tcPr>
          <w:p>
            <w:r>
              <w:t>인쇄 367쪽 / PDF 375쪽 / KN-150 (교재 오기151) / P1528</w:t>
            </w:r>
          </w:p>
        </w:tc>
        <w:tc>
          <w:tcPr>
            <w:tcW w:type="dxa" w:w="3402"/>
          </w:tcPr>
          <w:p>
            <w:r/>
            <w:r>
              <w:rPr>
                <w:b/>
              </w:rPr>
              <w:t>매칭번호·1번 첫어절 오호라!→이·근거 문단 번호</w:t>
            </w:r>
          </w:p>
          <w:p>
            <w:r>
              <w:t>수정 전: 151 한정록 서·문장경계 및 조건 오류</w:t>
            </w:r>
          </w:p>
        </w:tc>
        <w:tc>
          <w:tcPr>
            <w:tcW w:type="dxa" w:w="4535"/>
          </w:tcPr>
          <w:p>
            <w:r>
              <w:t>매칭번호·1번 첫어절 오호라!→이·근거 문단 번호</w:t>
              <w:br/>
              <w:t>반영 문구</w:t>
              <w:br/>
              <w:t>㉠ 감탄사 '오호라!' 다음, '이 세상을 살아가는 선비가'로 시작하여 '싶겠는가?'로 끝나는 한 문장이다. 설의법으로 선비의 은둔이 시대적 불우함 때문임을 드러낸다.</w:t>
            </w:r>
          </w:p>
        </w:tc>
      </w:tr>
      <w:tr>
        <w:tc>
          <w:tcPr>
            <w:tcW w:type="dxa" w:w="1701"/>
          </w:tcPr>
          <w:p>
            <w:r>
              <w:t>인쇄 368쪽 / PDF 376쪽 / KN-150 (교재 오기151) / P1529</w:t>
            </w:r>
          </w:p>
        </w:tc>
        <w:tc>
          <w:tcPr>
            <w:tcW w:type="dxa" w:w="3402"/>
          </w:tcPr>
          <w:p>
            <w:r/>
            <w:r>
              <w:rPr>
                <w:b/>
              </w:rPr>
              <w:t>매칭번호151→150</w:t>
            </w:r>
          </w:p>
          <w:p>
            <w:r>
              <w:t>수정 전: 151 한정록 서·문장경계 및 조건 오류</w:t>
            </w:r>
          </w:p>
        </w:tc>
        <w:tc>
          <w:tcPr>
            <w:tcW w:type="dxa" w:w="4535"/>
          </w:tcPr>
          <w:p>
            <w:r>
              <w:t>매칭번호151→150</w:t>
            </w:r>
          </w:p>
        </w:tc>
      </w:tr>
      <w:tr>
        <w:tc>
          <w:tcPr>
            <w:tcW w:type="dxa" w:w="1701"/>
          </w:tcPr>
          <w:p>
            <w:r>
              <w:t>인쇄 369쪽 / PDF 377쪽 / KN-150 (교재 오기151) / P1530</w:t>
            </w:r>
          </w:p>
        </w:tc>
        <w:tc>
          <w:tcPr>
            <w:tcW w:type="dxa" w:w="3402"/>
          </w:tcPr>
          <w:p>
            <w:r/>
            <w:r>
              <w:rPr>
                <w:b/>
              </w:rPr>
              <w:t>매칭번호·5번 원문에 없는 결합 답 수정·채점 기준 충돌 정리</w:t>
            </w:r>
          </w:p>
          <w:p>
            <w:r>
              <w:t>수정 전: 151 한정록 서·문장경계 및 조건 오류</w:t>
            </w:r>
          </w:p>
        </w:tc>
        <w:tc>
          <w:tcPr>
            <w:tcW w:type="dxa" w:w="4535"/>
          </w:tcPr>
          <w:p>
            <w:r>
              <w:t>매칭번호·5번 원문에 없는 결합 답 수정·채점 기준 충돌 정리</w:t>
              <w:br/>
              <w:t>반영 문구</w:t>
              <w:br/>
              <w:t>'정사를 맡으라는'을 정확히 쓴 경우</w:t>
              <w:br/>
              <w:t>'정사'만 쓴 경우</w:t>
              <w:br/>
              <w:t>의미는 맞지만 형식 조건을 어긴 경우</w:t>
            </w:r>
          </w:p>
        </w:tc>
      </w:tr>
      <w:tr>
        <w:tc>
          <w:tcPr>
            <w:tcW w:type="dxa" w:w="1701"/>
          </w:tcPr>
          <w:p>
            <w:r>
              <w:t>인쇄 370쪽 / PDF 378쪽 / KN-152 / P1531</w:t>
            </w:r>
          </w:p>
        </w:tc>
        <w:tc>
          <w:tcPr>
            <w:tcW w:type="dxa" w:w="3402"/>
          </w:tcPr>
          <w:p>
            <w:r/>
            <w:r>
              <w:rPr>
                <w:b/>
              </w:rPr>
              <w:t>식불감미 의미를 입맛 없음으로 바로잡고 빈칸 유지</w:t>
            </w:r>
          </w:p>
          <w:p>
            <w:r>
              <w:t>수정 전: 원문과 조건·정답·해설 불일치</w:t>
            </w:r>
          </w:p>
        </w:tc>
        <w:tc>
          <w:tcPr>
            <w:tcW w:type="dxa" w:w="4535"/>
          </w:tcPr>
          <w:p>
            <w:r>
              <w:t>식불감미 의미를 입맛 없음으로 바로잡고 빈칸 유지</w:t>
            </w:r>
          </w:p>
        </w:tc>
      </w:tr>
      <w:tr>
        <w:tc>
          <w:tcPr>
            <w:tcW w:type="dxa" w:w="1701"/>
          </w:tcPr>
          <w:p>
            <w:r>
              <w:t>인쇄 372쪽 / PDF 380쪽 / KN-152 / P1532</w:t>
            </w:r>
          </w:p>
        </w:tc>
        <w:tc>
          <w:tcPr>
            <w:tcW w:type="dxa" w:w="3402"/>
          </w:tcPr>
          <w:p>
            <w:r/>
            <w:r>
              <w:rPr>
                <w:b/>
              </w:rPr>
              <w:t>황천객에서 공간 부분 추출 허용·2번 전체문장 기준</w:t>
            </w:r>
          </w:p>
          <w:p>
            <w:r>
              <w:t>수정 전: 원문과 조건·정답·해설 불일치</w:t>
            </w:r>
          </w:p>
        </w:tc>
        <w:tc>
          <w:tcPr>
            <w:tcW w:type="dxa" w:w="4535"/>
          </w:tcPr>
          <w:p>
            <w:r>
              <w:t>황천객에서 공간 부분 추출 허용·2번 전체문장 기준</w:t>
              <w:br/>
              <w:t>반영 문구</w:t>
              <w:br/>
              <w:t>&lt;보기&gt;는 두 작품에 나타난 공간과 화자의 정서를 정리한 표이다. ①, ②에 들어갈 장소를 지문에서 찾으시오. ①은 화자의 죽음 뒤 처지를 나타낸 말에서 공간을 뜻하는 부분만 쓰시오.</w:t>
              <w:br/>
              <w:t>&lt;보기1&gt;의 ㉠, ㉡에 해당하는 한 문장을 찾아 첫 어절과 마지막 어절을 쓰시오. (나)는 초장부터 종장까지 이어지는 전체 문장을 대상으로 하시오.</w:t>
            </w:r>
          </w:p>
        </w:tc>
      </w:tr>
      <w:tr>
        <w:tc>
          <w:tcPr>
            <w:tcW w:type="dxa" w:w="1701"/>
          </w:tcPr>
          <w:p>
            <w:r>
              <w:t>인쇄 373쪽 / PDF 381쪽 / KN-152 / P1533</w:t>
            </w:r>
          </w:p>
        </w:tc>
        <w:tc>
          <w:tcPr>
            <w:tcW w:type="dxa" w:w="3402"/>
          </w:tcPr>
          <w:p>
            <w:r/>
            <w:r>
              <w:rPr>
                <w:b/>
              </w:rPr>
              <w:t>3번 기대의 주체·꿈 변신 중복 수정·4번 문장 범위 명시</w:t>
            </w:r>
          </w:p>
          <w:p>
            <w:r>
              <w:t>수정 전: 원문과 조건·정답·해설 불일치</w:t>
            </w:r>
          </w:p>
        </w:tc>
        <w:tc>
          <w:tcPr>
            <w:tcW w:type="dxa" w:w="4535"/>
          </w:tcPr>
          <w:p>
            <w:r>
              <w:t>3번 기대의 주체·꿈 변신 중복 수정·4번 문장 범위 명시</w:t>
              <w:br/>
              <w:t>반영 문구</w:t>
              <w:br/>
              <w:t>(가)의 화자는 죽음에 임박한 처지를 호소하며 임이 ( ① )기를 기대한다. (나)에서는 임을 그리는 꿈이 ( ② )(이)가 되어 임의 방에 들어가, 자신을 잊고 잠든 임을 깨우려 한다.</w:t>
              <w:br/>
              <w:t>두 &lt;보기&gt;의 ㉠, ㉡에 해당하는 한 문장을 찾아 첫 어절과 마지막 어절을 쓰시오. (나)는 초장부터 종장까지 이어지는 전체 문장을 대상으로 하시오.</w:t>
            </w:r>
          </w:p>
        </w:tc>
      </w:tr>
      <w:tr>
        <w:tc>
          <w:tcPr>
            <w:tcW w:type="dxa" w:w="1701"/>
          </w:tcPr>
          <w:p>
            <w:r>
              <w:t>인쇄 374쪽 / PDF 382쪽 / KN-152 / P1534</w:t>
            </w:r>
          </w:p>
        </w:tc>
        <w:tc>
          <w:tcPr>
            <w:tcW w:type="dxa" w:w="3402"/>
          </w:tcPr>
          <w:p>
            <w:r/>
            <w:r>
              <w:rPr>
                <w:b/>
              </w:rPr>
              <w:t>5번 50자 조건 통일·서술 답란·6번 자기지칭 어구 범위</w:t>
            </w:r>
          </w:p>
          <w:p>
            <w:r>
              <w:t>수정 전: 원문과 조건·정답·해설 불일치</w:t>
            </w:r>
          </w:p>
        </w:tc>
        <w:tc>
          <w:tcPr>
            <w:tcW w:type="dxa" w:w="4535"/>
          </w:tcPr>
          <w:p>
            <w:r>
              <w:t>5번 50자 조건 통일·서술 답란·6번 자기지칭 어구 범위</w:t>
              <w:br/>
              <w:t>반영 문구</w:t>
              <w:br/>
              <w:t>서술: _____________________________________</w:t>
              <w:br/>
              <w:t>_________________________________________</w:t>
              <w:br/>
              <w:t>• '이내'를 포함한 두 어절 표현 두 개와 죽음 뒤 처지를 가리키는 한 단어를 쓸 것. (순서 무관)</w:t>
            </w:r>
          </w:p>
        </w:tc>
      </w:tr>
      <w:tr>
        <w:tc>
          <w:tcPr>
            <w:tcW w:type="dxa" w:w="1701"/>
          </w:tcPr>
          <w:p>
            <w:r>
              <w:t>인쇄 375쪽 / PDF 383쪽 / KN-152 / P1535</w:t>
            </w:r>
          </w:p>
        </w:tc>
        <w:tc>
          <w:tcPr>
            <w:tcW w:type="dxa" w:w="3402"/>
          </w:tcPr>
          <w:p>
            <w:r/>
            <w:r>
              <w:rPr>
                <w:b/>
              </w:rPr>
              <w:t>2번 시조 전체문장 첫어절 날→임 및 해설</w:t>
            </w:r>
          </w:p>
          <w:p>
            <w:r>
              <w:t>수정 전: 원문과 조건·정답·해설 불일치</w:t>
            </w:r>
          </w:p>
        </w:tc>
        <w:tc>
          <w:tcPr>
            <w:tcW w:type="dxa" w:w="4535"/>
          </w:tcPr>
          <w:p>
            <w:r>
              <w:t>2번 시조 전체문장 첫어절 날→임 및 해설</w:t>
              <w:br/>
              <w:t>반영 문구</w:t>
              <w:br/>
              <w:t>㉡ (나)는 '임 그린 상사몽이'에서 시작하여 '하노라'로 끝나는 한 문장이다. 초장의 '되어'와 중장의 '들었다가'는 문장이 끝난 부분이 아니다. 임의 잠을 깨우려는 소망을 드러낸다.</w:t>
            </w:r>
          </w:p>
        </w:tc>
      </w:tr>
      <w:tr>
        <w:tc>
          <w:tcPr>
            <w:tcW w:type="dxa" w:w="1701"/>
          </w:tcPr>
          <w:p>
            <w:r>
              <w:t>인쇄 376쪽 / PDF 384쪽 / KN-152 / P1536</w:t>
            </w:r>
          </w:p>
        </w:tc>
        <w:tc>
          <w:tcPr>
            <w:tcW w:type="dxa" w:w="3402"/>
          </w:tcPr>
          <w:p>
            <w:r/>
            <w:r>
              <w:rPr>
                <w:b/>
              </w:rPr>
              <w:t>3번 허하려마→허하여라·4번 전체문장 시작과 해설</w:t>
            </w:r>
          </w:p>
          <w:p>
            <w:r>
              <w:t>수정 전: 원문과 조건·정답·해설 불일치</w:t>
            </w:r>
          </w:p>
        </w:tc>
        <w:tc>
          <w:tcPr>
            <w:tcW w:type="dxa" w:w="4535"/>
          </w:tcPr>
          <w:p>
            <w:r>
              <w:t>3번 허하려마→허하여라·4번 전체문장 시작과 해설</w:t>
              <w:br/>
              <w:t>반영 문구</w:t>
              <w:br/>
              <w:t>㉡ (나)는 초장 '임 그린 상사몽이'부터 종장 '하노라'까지 이어지는 한 문장이다. '되어', '들었다가'에서 문장이 끝나지 않으므로 첫 어절은 '임', 마지막 어절은 '하노라'이다.</w:t>
            </w:r>
          </w:p>
        </w:tc>
      </w:tr>
    </w:tbl>
    <w:p>
      <w:r>
        <w:br w:type="page"/>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