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36A5A" w14:textId="77777777" w:rsidR="001E75BC" w:rsidRDefault="00000000">
      <w:pPr>
        <w:jc w:val="center"/>
        <w:rPr>
          <w:lang w:eastAsia="ko-KR"/>
        </w:rPr>
      </w:pPr>
      <w:r>
        <w:rPr>
          <w:rFonts w:eastAsia="맑은 고딕" w:cs="맑은 고딕"/>
          <w:b/>
          <w:color w:val="1F3864"/>
          <w:sz w:val="36"/>
          <w:lang w:eastAsia="ko-KR"/>
        </w:rPr>
        <w:t>스터짐 파워업 국어 문학2 정오표</w:t>
      </w:r>
    </w:p>
    <w:p w14:paraId="25E3AE20" w14:textId="77777777" w:rsidR="001E75BC" w:rsidRDefault="00000000">
      <w:pPr>
        <w:spacing w:after="100"/>
        <w:jc w:val="center"/>
        <w:rPr>
          <w:lang w:eastAsia="ko-KR"/>
        </w:rPr>
      </w:pPr>
      <w:r>
        <w:rPr>
          <w:rFonts w:eastAsia="맑은 고딕" w:cs="맑은 고딕"/>
          <w:color w:val="595959"/>
          <w:sz w:val="18"/>
          <w:lang w:eastAsia="ko-KR"/>
        </w:rPr>
        <w:t>검증 범위: 갈래복합 144 + 실전학습 150 + 현대소설 119 + 현대소설 124  |  검증일: 2026-07-10</w:t>
      </w:r>
    </w:p>
    <w:tbl>
      <w:tblPr>
        <w:tblW w:w="11800" w:type="dxa"/>
        <w:tblLook w:val="04A0" w:firstRow="1" w:lastRow="0" w:firstColumn="1" w:lastColumn="0" w:noHBand="0" w:noVBand="1"/>
      </w:tblPr>
      <w:tblGrid>
        <w:gridCol w:w="640"/>
        <w:gridCol w:w="1286"/>
        <w:gridCol w:w="640"/>
        <w:gridCol w:w="697"/>
        <w:gridCol w:w="895"/>
        <w:gridCol w:w="1398"/>
        <w:gridCol w:w="3127"/>
        <w:gridCol w:w="3117"/>
      </w:tblGrid>
      <w:tr w:rsidR="001E75BC" w14:paraId="2ED01ECC" w14:textId="77777777" w:rsidTr="005B1E38">
        <w:trPr>
          <w:tblHeader/>
        </w:trPr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8E411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순번</w:t>
            </w:r>
          </w:p>
        </w:tc>
        <w:tc>
          <w:tcPr>
            <w:tcW w:w="12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20F15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구분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9673B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지문</w:t>
            </w:r>
          </w:p>
        </w:tc>
        <w:tc>
          <w:tcPr>
            <w:tcW w:w="6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A0AAA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문항</w:t>
            </w:r>
          </w:p>
        </w:tc>
        <w:tc>
          <w:tcPr>
            <w:tcW w:w="8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7F97E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대학</w:t>
            </w:r>
          </w:p>
        </w:tc>
        <w:tc>
          <w:tcPr>
            <w:tcW w:w="139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B3988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유형</w:t>
            </w:r>
          </w:p>
        </w:tc>
        <w:tc>
          <w:tcPr>
            <w:tcW w:w="31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BAD951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오류내용</w:t>
            </w:r>
          </w:p>
        </w:tc>
        <w:tc>
          <w:tcPr>
            <w:tcW w:w="311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FDA23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수정</w:t>
            </w:r>
          </w:p>
        </w:tc>
      </w:tr>
      <w:tr w:rsidR="001E75BC" w14:paraId="503DDCB0" w14:textId="77777777" w:rsidTr="005B1E38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3A46CA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1</w:t>
            </w:r>
          </w:p>
        </w:tc>
        <w:tc>
          <w:tcPr>
            <w:tcW w:w="12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A5C38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현대소설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0A9F6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119</w:t>
            </w:r>
          </w:p>
        </w:tc>
        <w:tc>
          <w:tcPr>
            <w:tcW w:w="6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50AA2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1번</w:t>
            </w:r>
          </w:p>
        </w:tc>
        <w:tc>
          <w:tcPr>
            <w:tcW w:w="8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5DD41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39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5D42A" w14:textId="77777777" w:rsidR="001E75BC" w:rsidRDefault="00000000">
            <w:r>
              <w:rPr>
                <w:rFonts w:eastAsia="맑은 고딕" w:cs="맑은 고딕"/>
                <w:sz w:val="18"/>
              </w:rPr>
              <w:t>채점기준 배점 오류</w:t>
            </w:r>
          </w:p>
        </w:tc>
        <w:tc>
          <w:tcPr>
            <w:tcW w:w="31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92905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합계 11점 (① 지렁이 2점 + ② 진딧물 3점 + ③ 첫·끝 어절 3점 + ④ 핵심내용+어미 3점)</w:t>
            </w:r>
          </w:p>
        </w:tc>
        <w:tc>
          <w:tcPr>
            <w:tcW w:w="311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795E2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10점 기준에 맞게 배점 재설정 (예: ① 1점으로 수정하거나 ④를 2점으로 수정)</w:t>
            </w:r>
          </w:p>
        </w:tc>
      </w:tr>
      <w:tr w:rsidR="001E75BC" w14:paraId="51CC0937" w14:textId="77777777" w:rsidTr="005B1E38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820C1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2</w:t>
            </w:r>
          </w:p>
        </w:tc>
        <w:tc>
          <w:tcPr>
            <w:tcW w:w="12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1D7DA2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현대소설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96A84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124</w:t>
            </w:r>
          </w:p>
        </w:tc>
        <w:tc>
          <w:tcPr>
            <w:tcW w:w="6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852C5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8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C437B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국민대</w:t>
            </w:r>
          </w:p>
        </w:tc>
        <w:tc>
          <w:tcPr>
            <w:tcW w:w="139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59F87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발문↔정답 불일치</w:t>
            </w:r>
          </w:p>
        </w:tc>
        <w:tc>
          <w:tcPr>
            <w:tcW w:w="31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5A95B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발문에 소문항①②③ 3개 존재 / 채점기준은 ①②④ — ③번 항목 누락, ④번 항목 오삽입</w:t>
            </w:r>
          </w:p>
        </w:tc>
        <w:tc>
          <w:tcPr>
            <w:tcW w:w="311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EBB16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④를 ③으로 수정 (소문항3에 해당하는 배점 4점 항목)</w:t>
            </w:r>
          </w:p>
        </w:tc>
      </w:tr>
      <w:tr w:rsidR="001E75BC" w14:paraId="0A419233" w14:textId="77777777" w:rsidTr="005B1E38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A7519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3</w:t>
            </w:r>
          </w:p>
        </w:tc>
        <w:tc>
          <w:tcPr>
            <w:tcW w:w="12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B0C10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갈래복합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A7C56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144</w:t>
            </w:r>
          </w:p>
        </w:tc>
        <w:tc>
          <w:tcPr>
            <w:tcW w:w="6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09D65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4번</w:t>
            </w:r>
          </w:p>
        </w:tc>
        <w:tc>
          <w:tcPr>
            <w:tcW w:w="8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327B2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을지대</w:t>
            </w:r>
          </w:p>
        </w:tc>
        <w:tc>
          <w:tcPr>
            <w:tcW w:w="139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6C92F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정답·채점기준 타 지문 내용 오삽입</w:t>
            </w:r>
          </w:p>
        </w:tc>
        <w:tc>
          <w:tcPr>
            <w:tcW w:w="31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0CAAC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정답 ① '독립운동은 독립에만 목적을 두는 운동이라야 한다' / ② '이 부대에 있는 친구들의 생명' — 갈래복합 144 지문(김혜순 「잘 익은 사과」 / 문태준 「강을 따라갔다 돌아왔다」 / 김인숙 「길의 안내자들」)과 무관한 타 지문 정답 삽입</w:t>
            </w:r>
          </w:p>
        </w:tc>
        <w:tc>
          <w:tcPr>
            <w:tcW w:w="311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BDD9C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해설에 근거한 올바른 정답: ① '내 자전거 바퀴가 치르르 치르르 도는 소리' (자전거 바퀴 소리 시행) / ② '구멍가게 노망든 할머니'가 포함된 시행 (잇몸으로 오물오물 먹는 장면) — 해설 내용은 정상이며 정답란만 오삽입됨</w:t>
            </w:r>
          </w:p>
        </w:tc>
      </w:tr>
      <w:tr w:rsidR="001E75BC" w14:paraId="7E5AE0D1" w14:textId="77777777" w:rsidTr="005B1E38"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9270EB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4</w:t>
            </w:r>
          </w:p>
        </w:tc>
        <w:tc>
          <w:tcPr>
            <w:tcW w:w="12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2984C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실전학습</w:t>
            </w:r>
          </w:p>
        </w:tc>
        <w:tc>
          <w:tcPr>
            <w:tcW w:w="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98CE7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150</w:t>
            </w:r>
          </w:p>
        </w:tc>
        <w:tc>
          <w:tcPr>
            <w:tcW w:w="6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BF45F8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8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C22F3" w14:textId="77777777" w:rsidR="001E75BC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신한대</w:t>
            </w:r>
          </w:p>
        </w:tc>
        <w:tc>
          <w:tcPr>
            <w:tcW w:w="139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56E50" w14:textId="77777777" w:rsidR="001E75BC" w:rsidRDefault="00000000">
            <w:r>
              <w:rPr>
                <w:rFonts w:eastAsia="맑은 고딕" w:cs="맑은 고딕"/>
                <w:sz w:val="18"/>
              </w:rPr>
              <w:t>채점기준 배점 오류</w:t>
            </w:r>
          </w:p>
        </w:tc>
        <w:tc>
          <w:tcPr>
            <w:tcW w:w="31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5C915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합계 7점 (① 그믐달 3점 + ② 죽음 4점)</w:t>
            </w:r>
          </w:p>
        </w:tc>
        <w:tc>
          <w:tcPr>
            <w:tcW w:w="311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FF22F" w14:textId="77777777" w:rsidR="001E75BC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10점 기준에 맞게 배점 재설정 (예: ① 3점 + ② 7점, 또는 소문항 추가)</w:t>
            </w:r>
          </w:p>
        </w:tc>
      </w:tr>
    </w:tbl>
    <w:p w14:paraId="7F6FB9C4" w14:textId="77777777" w:rsidR="0007027E" w:rsidRDefault="0007027E">
      <w:pPr>
        <w:rPr>
          <w:lang w:eastAsia="ko-KR"/>
        </w:rPr>
      </w:pPr>
    </w:p>
    <w:sectPr w:rsidR="0007027E" w:rsidSect="00034616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8248064">
    <w:abstractNumId w:val="8"/>
  </w:num>
  <w:num w:numId="2" w16cid:durableId="140972612">
    <w:abstractNumId w:val="6"/>
  </w:num>
  <w:num w:numId="3" w16cid:durableId="627050553">
    <w:abstractNumId w:val="5"/>
  </w:num>
  <w:num w:numId="4" w16cid:durableId="509678509">
    <w:abstractNumId w:val="4"/>
  </w:num>
  <w:num w:numId="5" w16cid:durableId="1811089105">
    <w:abstractNumId w:val="7"/>
  </w:num>
  <w:num w:numId="6" w16cid:durableId="215318157">
    <w:abstractNumId w:val="3"/>
  </w:num>
  <w:num w:numId="7" w16cid:durableId="1064182066">
    <w:abstractNumId w:val="2"/>
  </w:num>
  <w:num w:numId="8" w16cid:durableId="1852645889">
    <w:abstractNumId w:val="1"/>
  </w:num>
  <w:num w:numId="9" w16cid:durableId="10219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27E"/>
    <w:rsid w:val="0015074B"/>
    <w:rsid w:val="001E75BC"/>
    <w:rsid w:val="0029639D"/>
    <w:rsid w:val="00326F90"/>
    <w:rsid w:val="005B1E38"/>
    <w:rsid w:val="00AA1D8D"/>
    <w:rsid w:val="00B47730"/>
    <w:rsid w:val="00CB0664"/>
    <w:rsid w:val="00F27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9BCC4"/>
  <w14:defaultImageDpi w14:val="300"/>
  <w15:docId w15:val="{FB5C1428-31B1-4470-ACF5-383C894C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재석 이</cp:lastModifiedBy>
  <cp:revision>2</cp:revision>
  <dcterms:created xsi:type="dcterms:W3CDTF">2013-12-23T23:15:00Z</dcterms:created>
  <dcterms:modified xsi:type="dcterms:W3CDTF">2026-09-10T02:34:00Z</dcterms:modified>
  <cp:category/>
</cp:coreProperties>
</file>