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2AB4" w14:textId="77777777" w:rsidR="004F7D73" w:rsidRDefault="00000000">
      <w:pPr>
        <w:jc w:val="center"/>
        <w:rPr>
          <w:lang w:eastAsia="ko-KR"/>
        </w:rPr>
      </w:pPr>
      <w:r>
        <w:rPr>
          <w:rFonts w:eastAsia="맑은 고딕" w:cs="맑은 고딕"/>
          <w:b/>
          <w:color w:val="1F3864"/>
          <w:sz w:val="36"/>
          <w:lang w:eastAsia="ko-KR"/>
        </w:rPr>
        <w:t>스터짐 파워업 국어 독서2 정오표</w:t>
      </w:r>
    </w:p>
    <w:p w14:paraId="434F29E9" w14:textId="77777777" w:rsidR="004F7D73" w:rsidRDefault="00000000">
      <w:pPr>
        <w:spacing w:after="100"/>
        <w:jc w:val="center"/>
        <w:rPr>
          <w:lang w:eastAsia="ko-KR"/>
        </w:rPr>
      </w:pPr>
      <w:r>
        <w:rPr>
          <w:rFonts w:eastAsia="맑은 고딕" w:cs="맑은 고딕"/>
          <w:color w:val="595959"/>
          <w:sz w:val="18"/>
          <w:lang w:eastAsia="ko-KR"/>
        </w:rPr>
        <w:t>검증 범위: 인문·예술 19 + 인문·예술 20 + 인문·예술 22 + 인문·예슬 26 + 주제 통합 55 + 주제 통합 56 + 주제 통합 57 + 주제 통합 58  |  검증일: 2026-07-10</w:t>
      </w:r>
    </w:p>
    <w:p w14:paraId="634E8043" w14:textId="77777777" w:rsidR="004F7D73" w:rsidRDefault="004F7D73">
      <w:pPr>
        <w:rPr>
          <w:lang w:eastAsia="ko-KR"/>
        </w:rPr>
      </w:pPr>
    </w:p>
    <w:tbl>
      <w:tblPr>
        <w:tblW w:w="11800" w:type="dxa"/>
        <w:tblLook w:val="04A0" w:firstRow="1" w:lastRow="0" w:firstColumn="1" w:lastColumn="0" w:noHBand="0" w:noVBand="1"/>
      </w:tblPr>
      <w:tblGrid>
        <w:gridCol w:w="640"/>
        <w:gridCol w:w="1283"/>
        <w:gridCol w:w="640"/>
        <w:gridCol w:w="697"/>
        <w:gridCol w:w="894"/>
        <w:gridCol w:w="1400"/>
        <w:gridCol w:w="3114"/>
        <w:gridCol w:w="3132"/>
      </w:tblGrid>
      <w:tr w:rsidR="004F7D73" w14:paraId="15EA9C5A" w14:textId="77777777">
        <w:trPr>
          <w:tblHeader/>
        </w:trPr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B7FFA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순번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97A6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구분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9A06D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지문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C5BB9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문항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7B82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대학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071E1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유형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DAA0A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오류내용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131A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FFFF"/>
                <w:sz w:val="20"/>
              </w:rPr>
              <w:t>수정</w:t>
            </w:r>
          </w:p>
        </w:tc>
      </w:tr>
      <w:tr w:rsidR="004F7D73" w14:paraId="2D32546F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CE383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1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108FC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270B5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19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A9C55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C34C8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을지대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1B693" w14:textId="77777777" w:rsidR="004F7D73" w:rsidRDefault="00000000">
            <w:r>
              <w:rPr>
                <w:rFonts w:eastAsia="맑은 고딕" w:cs="맑은 고딕"/>
                <w:sz w:val="18"/>
              </w:rPr>
              <w:t>오탈자 — 유형명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5D7AD" w14:textId="77777777" w:rsidR="004F7D73" w:rsidRDefault="00000000">
            <w:r>
              <w:rPr>
                <w:rFonts w:eastAsia="맑은 고딕" w:cs="맑은 고딕"/>
                <w:sz w:val="18"/>
              </w:rPr>
              <w:t>사오간관계 해석형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20037A" w14:textId="77777777" w:rsidR="004F7D73" w:rsidRDefault="00000000">
            <w:r>
              <w:rPr>
                <w:rFonts w:eastAsia="맑은 고딕" w:cs="맑은 고딕"/>
                <w:sz w:val="18"/>
              </w:rPr>
              <w:t>상관관계 해석형</w:t>
            </w:r>
          </w:p>
        </w:tc>
      </w:tr>
      <w:tr w:rsidR="004F7D73" w14:paraId="1124B901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DFC9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2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2F2324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3D54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19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8C26E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7C90F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수원대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908C9" w14:textId="77777777" w:rsidR="004F7D73" w:rsidRDefault="00000000">
            <w:r>
              <w:rPr>
                <w:rFonts w:eastAsia="맑은 고딕" w:cs="맑은 고딕"/>
                <w:sz w:val="18"/>
              </w:rPr>
              <w:t>오탈자 — 해설 내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2D3AB" w14:textId="77777777" w:rsidR="004F7D73" w:rsidRDefault="00000000">
            <w:r>
              <w:rPr>
                <w:rFonts w:eastAsia="맑은 고딕" w:cs="맑은 고딕"/>
                <w:sz w:val="18"/>
              </w:rPr>
              <w:t>지문 3단어에서 (2곳)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F405C" w14:textId="77777777" w:rsidR="004F7D73" w:rsidRDefault="00000000">
            <w:r>
              <w:rPr>
                <w:rFonts w:eastAsia="맑은 고딕" w:cs="맑은 고딕"/>
                <w:sz w:val="18"/>
              </w:rPr>
              <w:t>지문 3문단에서</w:t>
            </w:r>
          </w:p>
        </w:tc>
      </w:tr>
      <w:tr w:rsidR="004F7D73" w14:paraId="14F39843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A1BF4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3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F2924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A518D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20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75149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626CD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삼육대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B52AD" w14:textId="77777777" w:rsidR="004F7D73" w:rsidRDefault="00000000">
            <w:r>
              <w:rPr>
                <w:rFonts w:eastAsia="맑은 고딕" w:cs="맑은 고딕"/>
                <w:sz w:val="18"/>
              </w:rPr>
              <w:t>오탈자 — 기출동형 표기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F8646" w14:textId="77777777" w:rsidR="004F7D73" w:rsidRDefault="00000000">
            <w:r>
              <w:rPr>
                <w:rFonts w:eastAsia="맑은 고딕" w:cs="맑은 고딕"/>
                <w:sz w:val="18"/>
              </w:rPr>
              <w:t>[기출 동형] 25심육대(인문)4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EF396" w14:textId="77777777" w:rsidR="004F7D73" w:rsidRDefault="00000000">
            <w:r>
              <w:rPr>
                <w:rFonts w:eastAsia="맑은 고딕" w:cs="맑은 고딕"/>
                <w:sz w:val="18"/>
              </w:rPr>
              <w:t>[기출 동형] 25삼육대(인문)4</w:t>
            </w:r>
          </w:p>
        </w:tc>
      </w:tr>
      <w:tr w:rsidR="004F7D73" w14:paraId="687EE5B0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502DA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4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B4E19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FD3F3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22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2D3F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A7788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서경대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87D36" w14:textId="77777777" w:rsidR="004F7D73" w:rsidRDefault="00000000">
            <w:r>
              <w:rPr>
                <w:rFonts w:eastAsia="맑은 고딕" w:cs="맑은 고딕"/>
                <w:sz w:val="18"/>
              </w:rPr>
              <w:t>채점기준/조건 불일치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87489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발문 '50자 이내' vs 조건·채점기준 '70자 이내'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B5F2D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발문·조건·채점기준을 '70자 이내'로 통일</w:t>
            </w:r>
          </w:p>
        </w:tc>
      </w:tr>
      <w:tr w:rsidR="004F7D73" w14:paraId="1E86C32E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E79F3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5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93BBD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5A10B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22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0059B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3C048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서경대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4741B" w14:textId="77777777" w:rsidR="004F7D73" w:rsidRDefault="00000000">
            <w:r>
              <w:rPr>
                <w:rFonts w:eastAsia="맑은 고딕" w:cs="맑은 고딕"/>
                <w:sz w:val="18"/>
              </w:rPr>
              <w:t>오탈자 — 출제의도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70381" w14:textId="77777777" w:rsidR="004F7D73" w:rsidRDefault="00000000">
            <w:r>
              <w:rPr>
                <w:rFonts w:eastAsia="맑은 고딕" w:cs="맑은 고딕"/>
                <w:sz w:val="18"/>
              </w:rPr>
              <w:t>평가힌디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E4195" w14:textId="77777777" w:rsidR="004F7D73" w:rsidRDefault="00000000">
            <w:r>
              <w:rPr>
                <w:rFonts w:eastAsia="맑은 고딕" w:cs="맑은 고딕"/>
                <w:sz w:val="18"/>
              </w:rPr>
              <w:t>평가한다</w:t>
            </w:r>
          </w:p>
        </w:tc>
      </w:tr>
      <w:tr w:rsidR="004F7D73" w14:paraId="37CF9E54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A6B3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6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FFCF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인문·예슬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85D5B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26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24CCB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전체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8CE55" w14:textId="77777777" w:rsidR="004F7D73" w:rsidRDefault="004F7D73">
            <w:pPr>
              <w:jc w:val="center"/>
            </w:pP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04A67" w14:textId="77777777" w:rsidR="004F7D73" w:rsidRDefault="00000000">
            <w:r>
              <w:rPr>
                <w:rFonts w:eastAsia="맑은 고딕" w:cs="맑은 고딕"/>
                <w:sz w:val="18"/>
              </w:rPr>
              <w:t>오탈자 — 지문명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31BC0" w14:textId="77777777" w:rsidR="004F7D73" w:rsidRDefault="00000000">
            <w:r>
              <w:rPr>
                <w:rFonts w:eastAsia="맑은 고딕" w:cs="맑은 고딕"/>
                <w:sz w:val="18"/>
              </w:rPr>
              <w:t>인문·예슬 26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C4F6C" w14:textId="77777777" w:rsidR="004F7D73" w:rsidRDefault="00000000">
            <w:r>
              <w:rPr>
                <w:rFonts w:eastAsia="맑은 고딕" w:cs="맑은 고딕"/>
                <w:sz w:val="18"/>
              </w:rPr>
              <w:t>인문·예술 26</w:t>
            </w:r>
          </w:p>
        </w:tc>
      </w:tr>
      <w:tr w:rsidR="004F7D73" w14:paraId="6B37F15A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9C9EB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7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40833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B5F7A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55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A81B8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F44BD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CEFC8" w14:textId="77777777" w:rsidR="004F7D73" w:rsidRDefault="00000000">
            <w:r>
              <w:rPr>
                <w:rFonts w:eastAsia="맑은 고딕" w:cs="맑은 고딕"/>
                <w:sz w:val="18"/>
              </w:rPr>
              <w:t>채점기준/조건 불일치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7C5DD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③ 허용 답안 '작더라도' (4자)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E92F0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조건 '3자 이내'이므로 허용 답안 수정 또는 조건 완화 필요</w:t>
            </w:r>
          </w:p>
        </w:tc>
      </w:tr>
      <w:tr w:rsidR="004F7D73" w14:paraId="1146077D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306C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lastRenderedPageBreak/>
              <w:t>8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6D3BC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5A0EC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56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B5E7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3E82E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국민대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EE43B" w14:textId="77777777" w:rsidR="004F7D73" w:rsidRDefault="00000000">
            <w:r>
              <w:rPr>
                <w:rFonts w:eastAsia="맑은 고딕" w:cs="맑은 고딕"/>
                <w:sz w:val="18"/>
              </w:rPr>
              <w:t>채점기준 배점 오류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69C21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합계 3점 (각 1점 × 3항목)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058A9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10점 기준에 맞게 배점 재설정 (예: 각 3·3·4점)</w:t>
            </w:r>
          </w:p>
        </w:tc>
      </w:tr>
      <w:tr w:rsidR="004F7D73" w14:paraId="0A320A3D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A13D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9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6DE64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E7546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56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5DB32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6BBB2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서경대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EB6DCA" w14:textId="77777777" w:rsidR="004F7D73" w:rsidRDefault="00000000">
            <w:r>
              <w:rPr>
                <w:rFonts w:eastAsia="맑은 고딕" w:cs="맑은 고딕"/>
                <w:sz w:val="18"/>
              </w:rPr>
              <w:t>채점기준/문항 불일치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F94DB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채점기준: ㉠~㉤ 5항목 (2점×5=10점) | 문항: ㉮·㉯ 2개만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E716B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채점기준을 문항 기호(㉮·㉯)에 맞게 수정</w:t>
            </w:r>
          </w:p>
        </w:tc>
      </w:tr>
      <w:tr w:rsidR="004F7D73" w14:paraId="001747D8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F7D02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6600"/>
                <w:sz w:val="18"/>
              </w:rPr>
              <w:t>10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B8E12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601EF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57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50CE9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D0D61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707B3" w14:textId="77777777" w:rsidR="004F7D73" w:rsidRDefault="00000000">
            <w:r>
              <w:rPr>
                <w:rFonts w:eastAsia="맑은 고딕" w:cs="맑은 고딕"/>
                <w:sz w:val="18"/>
              </w:rPr>
              <w:t>미기재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F201D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유형 코드 공란, [기출 동형] '25' 만 기재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FDA53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유형 코드 및 기출동형 정보 완성 필요</w:t>
            </w:r>
          </w:p>
        </w:tc>
      </w:tr>
      <w:tr w:rsidR="004F7D73" w14:paraId="5EC35070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BEAF5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FF6600"/>
                <w:sz w:val="18"/>
              </w:rPr>
              <w:t>11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1896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1181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57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E612A7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1번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68AE1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가천대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A971B" w14:textId="77777777" w:rsidR="004F7D73" w:rsidRDefault="00000000">
            <w:r>
              <w:rPr>
                <w:rFonts w:eastAsia="맑은 고딕" w:cs="맑은 고딕"/>
                <w:sz w:val="18"/>
              </w:rPr>
              <w:t>오탈자 — 채점기준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3B796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채점기준 정답 '조세회피' (붙여쓰기)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6A19F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정답 표기와 동일하게 '조세 회피' (띄어쓰기)</w:t>
            </w:r>
          </w:p>
        </w:tc>
      </w:tr>
      <w:tr w:rsidR="004F7D73" w14:paraId="2369EDF5" w14:textId="77777777"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1C65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b/>
                <w:color w:val="C00000"/>
                <w:sz w:val="18"/>
              </w:rPr>
              <w:t>12</w:t>
            </w:r>
          </w:p>
        </w:tc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19493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주제 통합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D9700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58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6E5C5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97954" w14:textId="77777777" w:rsidR="004F7D73" w:rsidRDefault="00000000">
            <w:pPr>
              <w:jc w:val="center"/>
            </w:pPr>
            <w:r>
              <w:rPr>
                <w:rFonts w:eastAsia="맑은 고딕" w:cs="맑은 고딕"/>
                <w:sz w:val="18"/>
              </w:rPr>
              <w:t>국민대</w:t>
            </w:r>
          </w:p>
        </w:tc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05F4A" w14:textId="77777777" w:rsidR="004F7D73" w:rsidRDefault="00000000">
            <w:r>
              <w:rPr>
                <w:rFonts w:eastAsia="맑은 고딕" w:cs="맑은 고딕"/>
                <w:sz w:val="18"/>
              </w:rPr>
              <w:t>오탈자 — 해설 내 대학명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045034" w14:textId="77777777" w:rsidR="004F7D73" w:rsidRDefault="00000000">
            <w:pPr>
              <w:rPr>
                <w:lang w:eastAsia="ko-KR"/>
              </w:rPr>
            </w:pPr>
            <w:r>
              <w:rPr>
                <w:rFonts w:eastAsia="맑은 고딕" w:cs="맑은 고딕"/>
                <w:sz w:val="18"/>
                <w:lang w:eastAsia="ko-KR"/>
              </w:rPr>
              <w:t>해설 페이지 '3번 (가천대)'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5CF2E" w14:textId="77777777" w:rsidR="004F7D73" w:rsidRDefault="00000000">
            <w:r>
              <w:rPr>
                <w:rFonts w:eastAsia="맑은 고딕" w:cs="맑은 고딕"/>
                <w:sz w:val="18"/>
              </w:rPr>
              <w:t>3번 (국민대)</w:t>
            </w:r>
          </w:p>
        </w:tc>
      </w:tr>
    </w:tbl>
    <w:p w14:paraId="31DA861A" w14:textId="77777777" w:rsidR="00B108B4" w:rsidRDefault="00B108B4"/>
    <w:sectPr w:rsidR="00B108B4" w:rsidSect="00034616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321884">
    <w:abstractNumId w:val="8"/>
  </w:num>
  <w:num w:numId="2" w16cid:durableId="1594046192">
    <w:abstractNumId w:val="6"/>
  </w:num>
  <w:num w:numId="3" w16cid:durableId="629701514">
    <w:abstractNumId w:val="5"/>
  </w:num>
  <w:num w:numId="4" w16cid:durableId="802384747">
    <w:abstractNumId w:val="4"/>
  </w:num>
  <w:num w:numId="5" w16cid:durableId="223957725">
    <w:abstractNumId w:val="7"/>
  </w:num>
  <w:num w:numId="6" w16cid:durableId="756365372">
    <w:abstractNumId w:val="3"/>
  </w:num>
  <w:num w:numId="7" w16cid:durableId="1166365998">
    <w:abstractNumId w:val="2"/>
  </w:num>
  <w:num w:numId="8" w16cid:durableId="660625002">
    <w:abstractNumId w:val="1"/>
  </w:num>
  <w:num w:numId="9" w16cid:durableId="17546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7D73"/>
    <w:rsid w:val="006A2182"/>
    <w:rsid w:val="00973879"/>
    <w:rsid w:val="00AA1D8D"/>
    <w:rsid w:val="00B108B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F9DC1A"/>
  <w14:defaultImageDpi w14:val="300"/>
  <w15:docId w15:val="{17B224D9-CE42-496A-8330-827E082C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재석 이</cp:lastModifiedBy>
  <cp:revision>2</cp:revision>
  <dcterms:created xsi:type="dcterms:W3CDTF">2013-12-23T23:15:00Z</dcterms:created>
  <dcterms:modified xsi:type="dcterms:W3CDTF">2026-09-10T02:34:00Z</dcterms:modified>
  <cp:category/>
</cp:coreProperties>
</file>